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Тополі стали наче струни...</w:t>
      </w:r>
    </w:p>
    <w:p>
      <w:r>
        <w:br/>
        <w:t xml:space="preserve"> Тополі стали наче струни —&lt;br /&gt;</w:t>
        <w:br/>
        <w:t>До неба просто від землі!&lt;br /&gt;</w:t>
        <w:br/>
        <w:t>Не може буть, щоб були труни,&lt;br /&gt;</w:t>
        <w:br/>
        <w:t>Щоб в бурях никли кораблі…</w:t>
      </w:r>
    </w:p>
    <w:p>
      <w:r>
        <w:br/>
        <w:t>Майбутнє – світла зоряниця,&lt;br /&gt;</w:t>
        <w:br/>
        <w:t>Що тьмарить відблиски заграв.&lt;br /&gt;</w:t>
        <w:br/>
        <w:t>Так що з того, що дика птиця&lt;br /&gt;</w:t>
        <w:br/>
        <w:t>Віщує смерть між чорних трав…</w:t>
      </w:r>
    </w:p>
    <w:p>
      <w:r>
        <w:br/>
        <w:t>Так що з того, що я стомився,&lt;br /&gt;</w:t>
        <w:br/>
        <w:t>Що за спиною виріс гріх?&lt;br /&gt;</w:t>
        <w:br/>
        <w:t>Моїх думок моріг розлігся,&lt;br /&gt;</w:t>
        <w:br/>
        <w:t>О, не приборкать дум моїх!</w:t>
      </w:r>
    </w:p>
    <w:p>
      <w:r>
        <w:br/>
        <w:t>Хай за спиною грішні крила,&lt;br /&gt;</w:t>
        <w:br/>
        <w:t>Хай очи розбратом горять,&lt;br /&gt;</w:t>
        <w:br/>
        <w:t>Напнуться радісні вітрила,&lt;br /&gt;</w:t>
        <w:br/>
        <w:t>І пружні зорі заіскрять!</w:t>
      </w:r>
    </w:p>
    <w:p>
      <w:r>
        <w:br/>
        <w:t>О, заіскрять майбутні зорі,&lt;br /&gt;</w:t>
        <w:br/>
        <w:t>Жагуче ляже світлий шлях…&lt;br /&gt;</w:t>
        <w:br/>
        <w:t>О, горілиць, о – серцем д’горі!&lt;br /&gt;</w:t>
        <w:br/>
        <w:t>Терн – оксамит, і шовк – реп’ях…</w:t>
      </w:r>
    </w:p>
    <w:p>
      <w:r>
        <w:br/>
        <w:t>Хай догнивають чорні труни,&lt;br /&gt;</w:t>
        <w:br/>
        <w:t>Хай гинуть мудрі кораблі!&lt;br /&gt;</w:t>
        <w:br/>
        <w:t>До неба пнуться наче струни —&lt;br /&gt;</w:t>
        <w:br/>
        <w:t>Тополі – просто від землі…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Тополі стали наче струни...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