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Тоді ми зникли в лісі...</w:t>
      </w:r>
    </w:p>
    <w:p>
      <w:r>
        <w:br/>
        <w:t xml:space="preserve"> Тоді ми зникли в лісі… Кроків шість –&lt;br /&gt;</w:t>
        <w:br/>
        <w:t>і там твій сміх і крок!</w:t>
      </w:r>
    </w:p>
    <w:p>
      <w:r>
        <w:br/>
        <w:t>Слабого світла</w:t>
      </w:r>
    </w:p>
    <w:p>
      <w:r>
        <w:br/>
        <w:t>пучок з-між віт – ти зблідла.</w:t>
      </w:r>
    </w:p>
    <w:p>
      <w:r>
        <w:br/>
        <w:t>З того літа</w:t>
      </w:r>
    </w:p>
    <w:p>
      <w:r>
        <w:br/>
        <w:t>він там живе між афин і дощів,&lt;br /&gt;</w:t>
        <w:br/>
        <w:t>твій сміх.</w:t>
      </w:r>
    </w:p>
    <w:p>
      <w:r>
        <w:br/>
        <w:t>Туди – шість кроків і смерік.</w:t>
      </w:r>
    </w:p>
    <w:p>
      <w:r>
        <w:br/>
        <w:t>йому не відлунати, не пропасти.&lt;br /&gt;</w:t>
        <w:br/>
        <w:t>Не дався звіру – й вітрові не вкрасти&lt;br /&gt;</w:t>
        <w:br/>
        <w:t>його.</w:t>
      </w:r>
    </w:p>
    <w:p>
      <w:r>
        <w:br/>
        <w:t>Зайшов за шуми і протік</w:t>
      </w:r>
    </w:p>
    <w:p>
      <w:r>
        <w:br/>
        <w:t>у нори, в мох, у страх, у шпари сну&lt;br /&gt;</w:t>
        <w:br/>
        <w:t>безумства,</w:t>
      </w:r>
    </w:p>
    <w:p>
      <w:r>
        <w:br/>
        <w:t>закрутився в афинниччі…</w:t>
      </w:r>
    </w:p>
    <w:p>
      <w:r>
        <w:br/>
        <w:t>Його все більше.</w:t>
      </w:r>
    </w:p>
    <w:p>
      <w:r>
        <w:br/>
        <w:t>Звідусіль у вічі</w:t>
      </w:r>
    </w:p>
    <w:p>
      <w:r>
        <w:br/>
        <w:t>він дивиться.</w:t>
      </w:r>
    </w:p>
    <w:p>
      <w:r>
        <w:br/>
        <w:t>Не радість, а вину</w:t>
      </w:r>
    </w:p>
    <w:p>
      <w:r>
        <w:br/>
        <w:t>немов лишили ми – це той пучок&lt;br /&gt;</w:t>
        <w:br/>
        <w:t>нерозповитого, слабого світла&lt;br /&gt;</w:t>
        <w:br/>
        <w:t>тоді ще осінив тебе – ти зблідла&lt;br /&gt;</w:t>
        <w:br/>
        <w:t>отам на мить одну.</w:t>
      </w:r>
    </w:p>
    <w:p>
      <w:r>
        <w:br/>
        <w:t>На шостий крок.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Тоді ми зникли в лісі...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