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Точна адреса</w:t>
      </w:r>
    </w:p>
    <w:p>
      <w:r>
        <w:br/>
        <w:t xml:space="preserve"> &lt;p&gt;Турецька преса повідомляє, що до Анкари прибула американська "експедиція" для одержання дозволу на розшуки "Ноєва ковчега". Побувавши в Анкарі, "експедиція" на чолі з своїм керівником паном Смітом повернулась до Стамбула.</w:t>
      </w:r>
    </w:p>
    <w:p>
      <w:r>
        <w:br/>
        <w:t>Турецька газета "Тасвір", посилаючись на заяву Сміта, пише, що питання про дозвіл для розшуків "ковчега" обговорюється в генеральному штабі турецької армії і що днів через три-чотири цей дозвіл буде видано.</w:t>
      </w:r>
    </w:p>
    <w:p>
      <w:r>
        <w:br/>
        <w:t>Це для всіх ясно, що дозвіл шукати "Ноїв ковчег" буде видано, бо "ковчег", як відомо, зачепився за гору Арарат, а гора Арарат знаходиться якраз на кордоні з СРСР.</w:t>
      </w:r>
    </w:p>
    <w:p>
      <w:r>
        <w:br/>
        <w:t>Ясно й те, що всю гору Арарат буде обшукано геть до найменшого кущика, до найдрібнішого горбочка й проваллячка…</w:t>
      </w:r>
    </w:p>
    <w:p>
      <w:r>
        <w:br/>
        <w:t>І все це буде зафотографовано, зафільмовано й зарисовано…</w:t>
      </w:r>
    </w:p>
    <w:p>
      <w:r>
        <w:br/>
        <w:t>Потім всі ці матеріали ретельно вивчатимуть в генеральному штабі американського військового міністерства, бо ніхто так тепер не цікавиться Ветхим завітом, ніхто так не уболіває за старим Ноєм та його трьома синами — Симом, Хамом і Яфетом, як військове міністерство США.</w:t>
      </w:r>
    </w:p>
    <w:p>
      <w:r>
        <w:br/>
        <w:t>Розшуки, треба сказать, будуть нелегенькі.</w:t>
      </w:r>
    </w:p>
    <w:p>
      <w:r>
        <w:br/>
        <w:t>Трудні, скажемо прямо, будуть розшуки, бо чимало часу минуло після всесвітнього потопу.</w:t>
      </w:r>
    </w:p>
    <w:p>
      <w:r>
        <w:br/>
        <w:t>Тварини, — сім пар чистих і сім пар нечистих, — що їх був узяв з собою Ной, теж навряд чи до цього часу залишилися</w:t>
      </w:r>
    </w:p>
    <w:p>
      <w:r>
        <w:br/>
        <w:t>Труднувато, — ще раз кажемо, — буде знайти ковчег…</w:t>
      </w:r>
    </w:p>
    <w:p>
      <w:r>
        <w:br/>
        <w:t>В цій справі ми дещо можемо допомогти, бо нам пощастило оце недавнечко бачити нащадка того голуба, що його Ной випустив був шукати сухого місця.</w:t>
      </w:r>
    </w:p>
    <w:p>
      <w:r>
        <w:br/>
        <w:t>В родині нашого голуба збереглися перекази, де саме на горі Арарат зачепився ковчег і де його слід шукати.</w:t>
      </w:r>
    </w:p>
    <w:p>
      <w:r>
        <w:br/>
        <w:t>Керівникові експедиції Смітові слід вилізти на вершечок гори Арарат, стати лицем в напрямку Кавказького кряжа і одрахувати 723 метри в лівий бік…</w:t>
      </w:r>
    </w:p>
    <w:p>
      <w:r>
        <w:br/>
        <w:t>Пройшовши ті 723 метри, він побачить величенький кущ бузини…</w:t>
      </w:r>
    </w:p>
    <w:p>
      <w:r>
        <w:br/>
        <w:t>Як узяти від тої бузини трохи цабе, там буде невеличке провалля, а в тому проваллі на дні лежить кістяний ґудзик з Ноєвих штанів.</w:t>
      </w:r>
    </w:p>
    <w:p>
      <w:r>
        <w:br/>
        <w:t>Оце й є те саме місце, де зупинився "Ноєв ковчег"…</w:t>
      </w:r>
    </w:p>
    <w:p>
      <w:r>
        <w:br/>
        <w:t>Тільки під час розшуків ні в якому разі не можна дивитися в дзеркало, бо як тільки хтось з "експедиції" подивиться, зразу ж побачить лице Хама. І тоді з ним може трапитися те, що трапилося з містером Форрестолом. Тільки летіти доведеться значно довше, ніж покійному міністрові США…</w:t>
      </w:r>
    </w:p>
    <w:p>
      <w:r>
        <w:br/>
        <w:t>І взагалі це дуже заважатиме побачити бузину і ґудзик.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Точна адреса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