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брехня!</w:t>
      </w:r>
    </w:p>
    <w:p>
      <w:r>
        <w:br/>
        <w:t xml:space="preserve"> &lt;p&gt;Шолом Алейхем</w:t>
      </w:r>
    </w:p>
    <w:p>
      <w:r>
        <w:br/>
        <w:t>ТО БРЕХНЯ!</w:t>
      </w:r>
    </w:p>
    <w:p>
      <w:r>
        <w:br/>
        <w:t>--------------------------------------</w:t>
      </w:r>
    </w:p>
    <w:p>
      <w:r>
        <w:br/>
        <w:t>Діалог у Галичині</w:t>
      </w:r>
    </w:p>
    <w:p>
      <w:r>
        <w:br/>
        <w:t>— Ви ідете, здається, до Коломиї?</w:t>
      </w:r>
    </w:p>
    <w:p>
      <w:r>
        <w:br/>
        <w:t>— Звідки ви знаєте, що я їду до Коломиї?</w:t>
      </w:r>
    </w:p>
    <w:p>
      <w:r>
        <w:br/>
        <w:t>— Я чув, як ви розмовляли з кондуктором. Ви таки коломийський чи тільки їдете до Коломиї?</w:t>
      </w:r>
    </w:p>
    <w:p>
      <w:r>
        <w:br/>
        <w:t>— Таки коломийський, а що?</w:t>
      </w:r>
    </w:p>
    <w:p>
      <w:r>
        <w:br/>
        <w:t>— Нічого. Просто питаю. Коломия нічого собі місто?</w:t>
      </w:r>
    </w:p>
    <w:p>
      <w:r>
        <w:br/>
        <w:t>— Що значить — нічого собі місто? Місто, як усі міста в Галичині. Гарне містечко. Дуже гарне містечко!..</w:t>
      </w:r>
    </w:p>
    <w:p>
      <w:r>
        <w:br/>
        <w:t>— Я хочу спитати, чи є у вас порядні люди, багатії?</w:t>
      </w:r>
    </w:p>
    <w:p>
      <w:r>
        <w:br/>
        <w:t>— Є різні: є багатії, є бідняки. Звичайно, бідняків більше, ніж багатіїв.</w:t>
      </w:r>
    </w:p>
    <w:p>
      <w:r>
        <w:br/>
        <w:t>— Те саме, що й у нас. На одного багатія, нівроку, тисяча злидарів. У вас в Коломиї є багач Фінкельштейн?</w:t>
      </w:r>
    </w:p>
    <w:p>
      <w:r>
        <w:br/>
        <w:t>— Є такий багач Фінкельштейн. А що, ви його знаєте?</w:t>
      </w:r>
    </w:p>
    <w:p>
      <w:r>
        <w:br/>
        <w:t>— Ні, я його не знаю, але багато чув. Його звуть реб Шая?</w:t>
      </w:r>
    </w:p>
    <w:p>
      <w:r>
        <w:br/>
        <w:t>— Реб Шая. А що?</w:t>
      </w:r>
    </w:p>
    <w:p>
      <w:r>
        <w:br/>
        <w:t>— Нічого. Просто так питаю. Він справді, отой реб Шая, такий багатій, як про нього кажуть?</w:t>
      </w:r>
    </w:p>
    <w:p>
      <w:r>
        <w:br/>
        <w:t>— Хто зна? Його грошей я не лічив. Чого ви так допитуєтесь? Вам це треба знати, щоб одержати кредит?</w:t>
      </w:r>
    </w:p>
    <w:p>
      <w:r>
        <w:br/>
        <w:t>— Ні, просто так собі. Він, кажуть, має дочку.</w:t>
      </w:r>
    </w:p>
    <w:p>
      <w:r>
        <w:br/>
        <w:t>— У нього три дочки. Може, сватання? Скільки, сказали вам, дає він посагу дочці?</w:t>
      </w:r>
    </w:p>
    <w:p>
      <w:r>
        <w:br/>
        <w:t>— Тут ідеться не про посаг, розумієте. Мене цікавить сім'я, сама сім'я реб Шаї Фінкельштейна. Що то за люди, розумієте.</w:t>
      </w:r>
    </w:p>
    <w:p>
      <w:r>
        <w:br/>
        <w:t>— Яка може бути сім'я? Сім'я, як усі сім'ї. Єврейська сім'я, порядна, дуже порядна сім'я! Хоч, правда, кажуть, що з погляду вимог релігії там останнім часом... Але то брехня!</w:t>
      </w:r>
    </w:p>
    <w:p>
      <w:r>
        <w:br/>
        <w:t>— Що саме брехня?</w:t>
      </w:r>
    </w:p>
    <w:p>
      <w:r>
        <w:br/>
        <w:t>— Хоч би що сказали — брехня. Коломия, треба вам знати, це місто самих брехунів.</w:t>
      </w:r>
    </w:p>
    <w:p>
      <w:r>
        <w:br/>
        <w:t>— Саме тому цікаво знати, що кажуть, приміром, про його домівку.</w:t>
      </w:r>
    </w:p>
    <w:p>
      <w:r>
        <w:br/>
        <w:t>— Кажуть, що це вже не те, що колись. Наприклад, колись там суворо додержували прадідівських звичаїв... Сам він бувало їздив двічі на рік до праведника. А тепер... Тепер уже не те...</w:t>
      </w:r>
    </w:p>
    <w:p>
      <w:r>
        <w:br/>
        <w:t>— Оце все?</w:t>
      </w:r>
    </w:p>
    <w:p>
      <w:r>
        <w:br/>
        <w:t>— А що ви хотіли? Щоб збрив бороду й пейси і прилюдно їв свинину?</w:t>
      </w:r>
    </w:p>
    <w:p>
      <w:r>
        <w:br/>
        <w:t>— Ви говорите "кажуть", то я подумав бозна-що! Головне ж — це те, щоб людина була людиною. Тобто мене цікавить, чи він, отой реб Шая Фінкельштейн, порядна, чесна людина? Ось що мене цікавить.</w:t>
      </w:r>
    </w:p>
    <w:p>
      <w:r>
        <w:br/>
        <w:t>— Що значить — порядна людина? Людина як усі люди. Навіщо неславу пускати? Досить порядна людина. У нас, правда, подейкують, що він трохи... Але то брехня!</w:t>
      </w:r>
    </w:p>
    <w:p>
      <w:r>
        <w:br/>
        <w:t>— Що брехня?</w:t>
      </w:r>
    </w:p>
    <w:p>
      <w:r>
        <w:br/>
        <w:t>— Все, що кажуть про нього, — брехня. Коломия таке місто, де люблять оббріхувати один одного, а я не хочу повторювати, бо це зветься плітки.</w:t>
      </w:r>
    </w:p>
    <w:p>
      <w:r>
        <w:br/>
        <w:t>— Якщо ви знаєте, що це брехня, то це вже не плітки.</w:t>
      </w:r>
    </w:p>
    <w:p>
      <w:r>
        <w:br/>
        <w:t>— Кажуть, що він... трохи... крутій.</w:t>
      </w:r>
    </w:p>
    <w:p>
      <w:r>
        <w:br/>
        <w:t>— Крутій? Кожен купець — крутій. Купець крутить. А ви хіба не крутій?</w:t>
      </w:r>
    </w:p>
    <w:p>
      <w:r>
        <w:br/>
        <w:t>— Різні бувають крутії. На нього кажуть, розумієте... але то брехня.</w:t>
      </w:r>
    </w:p>
    <w:p>
      <w:r>
        <w:br/>
        <w:t>— Що ж, власне, кажуть на нього?</w:t>
      </w:r>
    </w:p>
    <w:p>
      <w:r>
        <w:br/>
        <w:t>— Я ж вам кажу, що це брехня!</w:t>
      </w:r>
    </w:p>
    <w:p>
      <w:r>
        <w:br/>
        <w:t>— То я хочу знати брехню, яку про нього вигадують.</w:t>
      </w:r>
    </w:p>
    <w:p>
      <w:r>
        <w:br/>
        <w:t>— Кажуть, що він уже тричі банкрутував. Але то брехня! Я знаю тільки про один раз.</w:t>
      </w:r>
    </w:p>
    <w:p>
      <w:r>
        <w:br/>
        <w:t>— Оце все? Де ви бачили купця, який не банкрутував би? Купець торгує доти, аж поки проторгується. Коли купець вмирає, не збанкрутувавши — це ознака, що він помер передчасно. Що? Хіба не так?</w:t>
      </w:r>
    </w:p>
    <w:p>
      <w:r>
        <w:br/>
        <w:t>— Різні бувають банкрутства. Про нього кажуть, що він погано збанкрутував. Гроші поклав собі в кишеню, а людям дав дулю. Розумієте?</w:t>
      </w:r>
    </w:p>
    <w:p>
      <w:r>
        <w:br/>
        <w:t>— Не дурний, видно. Ну, а крім цього, нічого більше?</w:t>
      </w:r>
    </w:p>
    <w:p>
      <w:r>
        <w:br/>
        <w:t>— Чого вам ще треба? Щоб він людей різав? Докотився до злочину? Щоправда, у нас розказують про одну якусь дуже негарну справу... але то брехня!</w:t>
      </w:r>
    </w:p>
    <w:p>
      <w:r>
        <w:br/>
        <w:t>— А саме?</w:t>
      </w:r>
    </w:p>
    <w:p>
      <w:r>
        <w:br/>
        <w:t>— Справа з один паном... Дурниці!</w:t>
      </w:r>
    </w:p>
    <w:p>
      <w:r>
        <w:br/>
        <w:t>— Що за справа з паном?</w:t>
      </w:r>
    </w:p>
    <w:p>
      <w:r>
        <w:br/>
        <w:t>— Якийсь там пан... Векселі... Мало що Коломия може вигадати? То брехня! Я знаю, що то брехня!</w:t>
      </w:r>
    </w:p>
    <w:p>
      <w:r>
        <w:br/>
        <w:t>— Коли ви знаєте, що це брехня, то воно ж йому не зашкодить.</w:t>
      </w:r>
    </w:p>
    <w:p>
      <w:r>
        <w:br/>
        <w:t>— Він, кажуть, мав діло з паном, дуже багатим паном, був у пана в пошані, у великій пошані. А коли той пан помер, він подав на нього кілька векселів. У місті зчинився галас: звідки взялись у Фінкельштейна векселі, коли пан зроду не підписував ніяких документів?.. Коломия, треба вам знати, це — місто, що стежить...</w:t>
      </w:r>
    </w:p>
    <w:p>
      <w:r>
        <w:br/>
        <w:t>— Ну?</w:t>
      </w:r>
    </w:p>
    <w:p>
      <w:r>
        <w:br/>
        <w:t>— Ну-ну! Він мав рахубу...</w:t>
      </w:r>
    </w:p>
    <w:p>
      <w:r>
        <w:br/>
        <w:t>— Оце все? Кожна людина має неприємності. Ви бачили коли-небудь людину без неприємностей?</w:t>
      </w:r>
    </w:p>
    <w:p>
      <w:r>
        <w:br/>
        <w:t>— Але ж цей, кажуть, мав три мороки.</w:t>
      </w:r>
    </w:p>
    <w:p>
      <w:r>
        <w:br/>
        <w:t>— Три мороки? А саме? Які ще мороки він мав?</w:t>
      </w:r>
    </w:p>
    <w:p>
      <w:r>
        <w:br/>
        <w:t>— З млином, кажуть, морочився... Але то вже напевне брехня!</w:t>
      </w:r>
    </w:p>
    <w:p>
      <w:r>
        <w:br/>
        <w:t>— Млин, певно, згорів, а на Фінкельштейна сказали, що млин був старий, добре застрахований і він сам пустив червоного півня, щоб мати змогу потім збудувати новий?</w:t>
      </w:r>
    </w:p>
    <w:p>
      <w:r>
        <w:br/>
        <w:t>— Звідки ви знаєте, що так було діло?</w:t>
      </w:r>
    </w:p>
    <w:p>
      <w:r>
        <w:br/>
        <w:t>— Не знаю, але я собі уявляю, що так мало бути.</w:t>
      </w:r>
    </w:p>
    <w:p>
      <w:r>
        <w:br/>
        <w:t>— Саме так, значить, подейкують у нас в Коломиї, але то брехня. Можу вам заприсягтися, що то брехня!</w:t>
      </w:r>
    </w:p>
    <w:p>
      <w:r>
        <w:br/>
        <w:t>— Мене це не хвилює, якщо воно й правда. Яку ще, кажете, мороку він мав?</w:t>
      </w:r>
    </w:p>
    <w:p>
      <w:r>
        <w:br/>
        <w:t>— Я кажу? Місто каже. Але це вже просто причіпка, наклеп, справжній наклеп.</w:t>
      </w:r>
    </w:p>
    <w:p>
      <w:r>
        <w:br/>
        <w:t>— Наклеп? Фальшиві гроші?</w:t>
      </w:r>
    </w:p>
    <w:p>
      <w:r>
        <w:br/>
        <w:t>— Ще гірше.</w:t>
      </w:r>
    </w:p>
    <w:p>
      <w:r>
        <w:br/>
        <w:t>— Що вже може бути гірше)</w:t>
      </w:r>
    </w:p>
    <w:p>
      <w:r>
        <w:br/>
        <w:t>— Соромно розповідати, що Коломия вигадує! Нечесні люди... Байдичі... А може, це було навмисне підстроєно, щоб можна було вимантачувати гроші? Хіба не знаєте — маленьке містечко, багатій має ворогів...</w:t>
      </w:r>
    </w:p>
    <w:p>
      <w:r>
        <w:br/>
        <w:t>— У нього, певно, було щось із служницею?..</w:t>
      </w:r>
    </w:p>
    <w:p>
      <w:r>
        <w:br/>
        <w:t>— Звідки ви знаєте? Вам уже розповідали?</w:t>
      </w:r>
    </w:p>
    <w:p>
      <w:r>
        <w:br/>
        <w:t>— Мені не розповідали, але я вже здогадуюсь, йому цей наклеп, певно, коштував чималу копійчину?</w:t>
      </w:r>
    </w:p>
    <w:p>
      <w:r>
        <w:br/>
        <w:t>— Дай боже нам обом заробляти щотижня, — я вам не ворог, — те, що йому коштувало, хоч він у цьому зовсім не винний. Маленьке містечко... багатій... Йому добре ведеться... Люди заздрять... Просто заздрять йому!..</w:t>
      </w:r>
    </w:p>
    <w:p>
      <w:r>
        <w:br/>
        <w:t>— Можлива річ. А діти в нього порядні, хороші? Три дочки, кажете є в нього?</w:t>
      </w:r>
    </w:p>
    <w:p>
      <w:r>
        <w:br/>
        <w:t>— Три. Дві заміжні, а одна дівчина. Порядні діти, дуже порядні діти... На старшу, правда, кажуть, що... але це брехня!</w:t>
      </w:r>
    </w:p>
    <w:p>
      <w:r>
        <w:br/>
        <w:t>— А саме, що кажуть на неї?</w:t>
      </w:r>
    </w:p>
    <w:p>
      <w:r>
        <w:br/>
        <w:t>— Я ж вам кажу, що це брехня.</w:t>
      </w:r>
    </w:p>
    <w:p>
      <w:r>
        <w:br/>
        <w:t>— Знаю, що це брехня, але я хочу знати брехню.</w:t>
      </w:r>
    </w:p>
    <w:p>
      <w:r>
        <w:br/>
        <w:t>— Коли схочете вислухати усі побрехеньки, які поширюють у нашій Коломиї, вам невистачить трьох днів і трьох ночей... Про старшу кажуть, що вона зовсім не носить парика. Я можу бути свідком, що це брехня, бо вона зовсім не така освічена, щоб усім показувати своє волосся. А на другу дочку з доброго дива вигадали, що дівчиною бувши... Та мало що Коломия може вигадати! То брехня!</w:t>
      </w:r>
    </w:p>
    <w:p>
      <w:r>
        <w:br/>
        <w:t>— Цікаво послухати, що можуть у вас в Коломиї вигадати.</w:t>
      </w:r>
    </w:p>
    <w:p>
      <w:r>
        <w:br/>
        <w:t>— Я ж вам кажу, що Коломия — це місто самих брехунів, обмовників і плетунів. Хіба не знаєте? У маленькому містечку, коли дівчина вночі прогулюється по місту удвох з молодим чоловіком, то здіймається галас: чого це дівчина ходить по Коломиї вночі удвох з провізором?</w:t>
      </w:r>
    </w:p>
    <w:p>
      <w:r>
        <w:br/>
        <w:t>— Оце все?</w:t>
      </w:r>
    </w:p>
    <w:p>
      <w:r>
        <w:br/>
        <w:t>— А ви ще чого хотіли? Щоб вона з ним утекла в судний день до Чернівець, так само, як, кажуть, утнула молодша?</w:t>
      </w:r>
    </w:p>
    <w:p>
      <w:r>
        <w:br/>
        <w:t>— А що утнула молодша?</w:t>
      </w:r>
    </w:p>
    <w:p>
      <w:r>
        <w:br/>
        <w:t>— Не варто, слово честі, навіть переказувати всі дурниці, що їх вигадують у нас в Коломиї. Я терпіти не можу повторювати побрехеньки!..</w:t>
      </w:r>
    </w:p>
    <w:p>
      <w:r>
        <w:br/>
        <w:t>— Ви вже переказали стільки побрехеньок, розкажіть уже й цю.</w:t>
      </w:r>
    </w:p>
    <w:p>
      <w:r>
        <w:br/>
        <w:t>— Я розказую не мої побрехеньки, пане добродію. Я розказую чужі!.. І взагалі не розумію, чого ви допитуєтесь так у мене про кожного окремо, неначе прокурор. Ви, здається мені, з тих, що одно люблять випитувати, нишпорити, витягати з іншого всі жили, а самі боїтесь слово сказати... Пробачте, що я вам кажу щиру правду. Ви, на мою думку, з російських євреїв, а вони мають погану звичку: люблять залазити іншому з чобітьми в серце... Російські євреї, видно, неабиякі обмовники... Зрештою, от уже скоро Коломия... Час пакуватися... Дозвольте, будь ласка!</w:t>
      </w:r>
    </w:p>
    <w:p>
      <w:r>
        <w:br/>
        <w:t>1906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брехня!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