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Тюхтій та Чванько</w:t>
      </w:r>
    </w:p>
    <w:p>
      <w:r>
        <w:br/>
        <w:t xml:space="preserve"> (Побрехенька)</w:t>
      </w:r>
    </w:p>
    <w:p>
      <w:r>
        <w:br/>
        <w:t>Mes jours sont le tissu d'un contraste &amp;#233;tonnant:&lt;br /&gt;</w:t>
        <w:br/>
        <w:t>Je ne vis qu'en pleurant, et je pleure en riant!&lt;br /&gt;</w:t>
        <w:br/>
        <w:t>L'amour, pour tant de coeurs l'objet de plus doux charmes&lt;br /&gt;</w:t>
        <w:br/>
        <w:t>Fut pour le mien la source et des maux, et des larmes!&lt;br /&gt;</w:t>
        <w:br/>
        <w:t>Pour adoucir mon sort et mes regrets cisants!&lt;br /&gt;</w:t>
        <w:br/>
        <w:t>En poussant des soupirs, j'&amp;#233;cris des vers plaisants,&lt;br /&gt;</w:t>
        <w:br/>
        <w:t>Qu'il sont drфles, ma foi, ces destins que les n&amp;#243;tres!&lt;br /&gt;</w:t>
        <w:br/>
        <w:t>En voulant larmoyer je fais rire les autres! [9]&lt;br /&gt;</w:t>
        <w:br/>
        <w:t>Автор "Т[юхтія] ma Ч[Ванька]"</w:t>
      </w:r>
    </w:p>
    <w:p>
      <w:r>
        <w:br/>
        <w:t>Наш віршомаз Тюхтій старих людей шанує:&lt;br /&gt;</w:t>
        <w:br/>
        <w:t>Гарасько [10] як звелів,— він так і компонує.&lt;br /&gt;</w:t>
        <w:br/>
        <w:t>Чи справжки, чи на жарт що тільки написав,&lt;br /&gt;</w:t>
        <w:br/>
        <w:t>То так на дев'ять рік те в бодню і запхав;&lt;br /&gt;</w:t>
        <w:br/>
        <w:t>А на десятий рік, як вийме й прочитає,-&lt;br /&gt;</w:t>
        <w:br/>
        <w:t>Побачить сам здоров, що там ладу біс має,&lt;br /&gt;</w:t>
        <w:br/>
        <w:t>То в грубу так-таки і впре шпаргалля все!..&lt;br /&gt;</w:t>
        <w:br/>
        <w:t>От брат його, Чванько, слабкий уже на се!&lt;br /&gt;</w:t>
        <w:br/>
        <w:t>Що начеркав, те так в друкарню і несе!&lt;br /&gt;</w:t>
        <w:br/>
        <w:t>Але громада їх однако поважає:&lt;br /&gt;</w:t>
        <w:br/>
        <w:t>Того ні сном не зна, другого не читає!&lt;br /&gt;</w:t>
        <w:br/>
        <w:t>Скажіть, будь ласкаві: хто з їх дурніший двох?&lt;br /&gt;</w:t>
        <w:br/>
        <w:t>Та глузду, гріх казать, скупенько у обох!..&lt;br /&gt;</w:t>
        <w:br/>
        <w:t>Так перший же хоч тим за працю надолужить,&lt;br /&gt;</w:t>
        <w:br/>
        <w:t>Що в дев'ять рік хоч раз теплом собі услужить;&lt;br /&gt;</w:t>
        <w:br/>
        <w:t>Другий — такий дурний, що з холоду дрижить,&lt;br /&gt;</w:t>
        <w:br/>
        <w:t>А книжок же його з півсажня так лежить...&lt;br /&gt;</w:t>
        <w:br/>
        <w:t>1 ноября 1819 года, Харьков</w:t>
      </w:r>
    </w:p>
    <w:p>
      <w:r>
        <w:br/>
        <w:t>[9] — Мої дні — це тканина з чудних контрастів: я живу плачучи, і плачу сміючись. Кохання — ці солодкі чари для багатьох сердець — було для мого серця джерелом болю та сліз. Щоби полегши свою долю і свої пекучі жалі, зітхаючи, я пишу забавні вірші. Яка ж бо, справді, смішна наша доля! Бажаючи плакать, я смішу інших!&lt;br /&gt;</w:t>
        <w:br/>
        <w:t>[10] — Гарасько — Горацій Флакк Квінт (65–8 до н.е.), римський поет, який неодноразово підкреслював, що кожен літератор має бути надзвичайно вимогливим до себе і не повинен поспішати з публікацією своїх творів до тих пір, доки не переконається в їх художній досконалості.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Тюхтій та Чванько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