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Тирлик</w:t>
      </w:r>
    </w:p>
    <w:p>
      <w:r>
        <w:br/>
        <w:t xml:space="preserve"> &lt;p&gt;Коли сонце зачервоніє на сході, а сусідський найголосистіший півень вдесяте прокричить сердито своє кукуріку, отоді й просинається Тирлик.</w:t>
      </w:r>
    </w:p>
    <w:p>
      <w:r>
        <w:br/>
        <w:t>Хто його так прозвав, хоч убийте — не знаю. Дітей же на хуторі, окрім нього, немає. А дорослим мов і не личило дратувати малого. Але так воно було: усі звали його лише Тирликом.</w:t>
      </w:r>
    </w:p>
    <w:p>
      <w:r>
        <w:br/>
        <w:t>Може, прозвали його отак ще тоді, як він був зовсім маленьким і не вимовляв літери "р". І хоч він давно уже освоїв цю капосну літеру — вона в нього лунка та розкотиста, як у Полкана, коли того дуже розсердити, й але так і лишився Тирликом.</w:t>
      </w:r>
    </w:p>
    <w:p>
      <w:r>
        <w:br/>
        <w:t>Тирлик то й Тирлик, можна зникнути до всякого прізвиська, коли тебе ним не дратують, і він уже й не пам'ятав, як його звати по-справжньому, — озивався тільки на Тирлика.</w:t>
      </w:r>
    </w:p>
    <w:p>
      <w:r>
        <w:br/>
        <w:t>То ж Тирлик, проснувишсь, ще трохи покліпав очима, а потім став сповзати з ліжка. Ліжко таке широчене, що Тирлик може спати на ньому і вздовж, і впоперек, а коли злазить, то довго ловить ногами долівку. І тоді полотняна сорочка його задирається мало не на плечі. Колись на цьому ліжкові спали Тирликові батьки, тепер же вони сплять десь у місті. Колись у цій кімнаті було повно людей, тепер же в ній один Тирлик. Та ще хіба численні фото на стінах: дядьків і тіток, двоюрідних братів і сестер, але йому байдуже до них, бо давно вже вивчив їх напам'ять, і тому тепер навіть не дивиться на них, а почина заклопотано зодягатися.</w:t>
      </w:r>
    </w:p>
    <w:p>
      <w:r>
        <w:br/>
        <w:t>Найбільше мороки з штаньми. І не так із штаньми, як із шлейками. Хутірський кравець дід Матвій, з отакенним більмом на правому оці, чи то зовсім був осліп, коли пришивав шлейки, чи захотів покепкувати з малого, тільки ушив їх задом наперед, і тепер Тирлик мусить щоразу закидати руки за спину та ловити непокірливі ґудзики. Морока страшенна, особливо коли Тирлик переспить і йому ґвалт треба по-швидше надвір, а ґудзик наче навмисне випручується з рук.</w:t>
      </w:r>
    </w:p>
    <w:p>
      <w:r>
        <w:br/>
        <w:t>— Нічого, козаче, привчайся штани задом наперед носити — на старість буде, як знахідка! — сміявся дідуньо.</w:t>
      </w:r>
    </w:p>
    <w:p>
      <w:r>
        <w:br/>
        <w:t>Тирликові отой сміх — ніж гострий у серце. Він супив білі брови, блискав сердито очима:</w:t>
      </w:r>
    </w:p>
    <w:p>
      <w:r>
        <w:br/>
        <w:t>— Ви, дідуньо, старі, а розуму, як у дитини!</w:t>
      </w:r>
    </w:p>
    <w:p>
      <w:r>
        <w:br/>
        <w:t>Дідуньо ще дужче сміявся, бабуня ж била руками об поли:</w:t>
      </w:r>
    </w:p>
    <w:p>
      <w:r>
        <w:br/>
        <w:t>— То ти отак на рідного діда?! Ану, де віник?..</w:t>
      </w:r>
    </w:p>
    <w:p>
      <w:r>
        <w:br/>
        <w:t>Та до віника не доходило: дід завжди заступався за онука:</w:t>
      </w:r>
    </w:p>
    <w:p>
      <w:r>
        <w:br/>
        <w:t>— Ти сама в тому винна, стара!</w:t>
      </w:r>
    </w:p>
    <w:p>
      <w:r>
        <w:br/>
        <w:t>— Оце! — дивувалась бабуня. А в чім моя провина?</w:t>
      </w:r>
    </w:p>
    <w:p>
      <w:r>
        <w:br/>
        <w:t>— Бо ти сама отак мені кажеш, а воно й переймає…</w:t>
      </w:r>
    </w:p>
    <w:p>
      <w:r>
        <w:br/>
        <w:t>Сьогодні Тирлик не перележав, тож мав час упоратись із ґудзиками. Прилаштувавши шлейки, вибіг у сусідню кімнату. Тут стояла величезна, на півхати, піч, від неї завжди смачно пахло, особливо, коли Тирлик вбігав знадвору голодний. До печі тулилося широке дерев'яне ліжко, з горою білих, мов аж надутих, подушок такі були вони пухкі та повні. Біля вікна — стіл, коло дверей — умивальник.</w:t>
      </w:r>
    </w:p>
    <w:p>
      <w:r>
        <w:br/>
        <w:t>Тирлик підійшов до вмивальника, трохи постояв перед тим, як умиватись. Умиватися йому не хотілося, вода ж бо холодна і мокра, а обличчя ще гаряче зі сну. Та бабуня одразу дізнається, умився Тирлик чи ні, це були якісь незбагненні чари, що ними володіла бабуня. І Тирлик, скрушно зітхнувши, урешті простягнув до вмивальника руки. Він тільки міцніше заплющив очі, щоб не бачити воду, та швиденько потім ухопив довгий рушник.</w:t>
      </w:r>
    </w:p>
    <w:p>
      <w:r>
        <w:br/>
        <w:t>На столі вже на нього чекав кухоль із молоком, скибка білого хліба. Тирлик похапцем випив молоко, а хлібом не став заїдати, хліб можна з'їсти пізніше, надворі. Сховавши скибку поглибше за пазуху, поспішив геть із хати.</w:t>
      </w:r>
    </w:p>
    <w:p>
      <w:r>
        <w:br/>
        <w:t>На порозі він зустрічається із сонцем. Воно висить так близько, що Тирликові тільки руку простягнути — і він діткнеться до нього, але він руки не простяга, бо вже знає, що сонце страшенно гаряче, як розжарена сковорода. Тирлик тільки дивиться на сонце, а воно обливає його таким ясним, таким свіжим промінням, що йому</w:t>
      </w:r>
    </w:p>
    <w:p>
      <w:r>
        <w:br/>
        <w:t>стає лоскітно. Він поводить плечима і, затуливши долонями очі, сміється.</w:t>
      </w:r>
    </w:p>
    <w:p>
      <w:r>
        <w:br/>
        <w:t>Згодом потихеньку розводить пальці, крадькома стежить за сонцем, чи не сховалося. Та сонце висне на тому ж самому місці і так же весело світить, і пальці у Тирлика теж починають рожево світитися, і сонячні Зайчики борсаються поміж ними, проскакують то в одне око, то в друге. Тирлик сміється ще дужче, йому конче треба з кимось поділитися своєю радістю.</w:t>
      </w:r>
    </w:p>
    <w:p>
      <w:r>
        <w:br/>
        <w:t>— Бабуню! — гукає Тирлик, усе ще тримаючи на очах долоні. — Бабуню..</w:t>
      </w:r>
    </w:p>
    <w:p>
      <w:r>
        <w:br/>
        <w:t>Бабуня не озивається. Тоді Тирлик пригадує, що бабуня погнала Машку в череду, а дідуньо давно вже на роботі. Він опускає руки й дивиться у двір.</w:t>
      </w:r>
    </w:p>
    <w:p>
      <w:r>
        <w:br/>
        <w:t>Двір широкий, просторий і весь заріс шпоришем. Шпориш такий густий та пружний, що можна скільки завгодно качатися, а він і не примнеться. Зараз шпориш мокрий, аж чорний, а зверху по ньому мов сипонув хто вогнем. І хоч Тирлик знає, що то роса. Однак йому зараз здається, що то й справді вогонь: такий він живий та яскравий.</w:t>
      </w:r>
    </w:p>
    <w:p>
      <w:r>
        <w:br/>
        <w:t>Але годі вистоювати, за простій гроші не платять, тим більше, що на Тирлика чекає робота. Він має сьогодні зорати шмат он того поля, що в кінці двору, біля колодязя. Тирлик сходить із ґанку і прямує до трактора.</w:t>
      </w:r>
    </w:p>
    <w:p>
      <w:r>
        <w:br/>
        <w:t>Трактор — величезний жовтяк-огірок — уже чекає на нього. Ще вчора Тирлик змастив його олією, залив гасом і тепер лишилося тільки завести. Та знайти причіплювача, який таке вже ледащо, що де на нього сядеш, там і злізеш. Спить, мабуть, і досі, вигріва свої боки на сонці.</w:t>
      </w:r>
    </w:p>
    <w:p>
      <w:r>
        <w:br/>
        <w:t>— Васько! — гука Тирлик щосили. — Васько!</w:t>
      </w:r>
    </w:p>
    <w:p>
      <w:r>
        <w:br/>
        <w:t>Васька ні слуху ні духу. Хоча Тирлик може заприсягнутися, що він його чує.</w:t>
      </w:r>
    </w:p>
    <w:p>
      <w:r>
        <w:br/>
        <w:t>— Ну, зажди ж! — каже погрозливо Тирлик і вируша на пошуки. Так і є — спить! Згорнувся в клубок, удає, що нічого не бачить і не чує.</w:t>
      </w:r>
    </w:p>
    <w:p>
      <w:r>
        <w:br/>
        <w:t>— Ти що ж собі думаєш?! — кричить до нього Тирлик. — Я за тебе робитиму?</w:t>
      </w:r>
    </w:p>
    <w:p>
      <w:r>
        <w:br/>
        <w:t>Васько неохоче розплющує очі. Витяга спершу одну лапу, потім другу, вигинається в спині, позіха, розкриваючи невеликого червоного рота. Рот геть усіяний гострими зубами, таких Тирликові й не снилось, але він не став зараз заглядати та пробувати їх пальцями: ніколи.</w:t>
      </w:r>
    </w:p>
    <w:p>
      <w:r>
        <w:br/>
        <w:t>— Ану до роботи!</w:t>
      </w:r>
    </w:p>
    <w:p>
      <w:r>
        <w:br/>
        <w:t>Без церемоній хапає Васька за холку, несе до трактора Васько такий важкий, що Тирлик аж перегинається набік, а він навіть не пробує вирватись: заплющив очі й знову спить.</w:t>
      </w:r>
    </w:p>
    <w:p>
      <w:r>
        <w:br/>
        <w:t>— Ставай на місце! — каже засапано Тирлик і ставить причіплювача позаду трактора. Щоб той не втік, мусить однією рукою весь час тримати його за хопку, а другою справлятись із машиною. Васько невдоволено мружить очі, неохоче переступає лапами, і Тирлик майже силоміць цупить його за плугом.</w:t>
      </w:r>
    </w:p>
    <w:p>
      <w:r>
        <w:br/>
        <w:t>— Дррр… Дррр… Василю, та чи тобі повилазило?! Глибше, глибше давай…</w:t>
      </w:r>
    </w:p>
    <w:p>
      <w:r>
        <w:br/>
        <w:t>Васько нявчить, почина опиратись, дугою вигинаючи спину.</w:t>
      </w:r>
    </w:p>
    <w:p>
      <w:r>
        <w:br/>
        <w:t>— Ось оштрафую на сто трудоднів! — вдається до погрози Тирлик.</w:t>
      </w:r>
    </w:p>
    <w:p>
      <w:r>
        <w:br/>
        <w:t>Скільки це — сто — Тирлик поки що не знає. Але вживає цю цифру щоразу: так вона йому подобається. Кругла, вагома: як скаже, то наче сокирою цокне: сто!</w:t>
      </w:r>
    </w:p>
    <w:p>
      <w:r>
        <w:br/>
        <w:t>— Дррр… Дррр… Васько, не дрімай: бригадир ондечки!</w:t>
      </w:r>
    </w:p>
    <w:p>
      <w:r>
        <w:br/>
        <w:t>Васько врешті не витримує; востаннє нявкнувши, виривається од Тирлика. Весь наїжачений, хвіст догори — пошпарив, як навіжений.</w:t>
      </w:r>
    </w:p>
    <w:p>
      <w:r>
        <w:br/>
        <w:t>— Перекур, — оголошує Тирлик і вимикає мотор… Дооравши колгоспне поле, Тирлик задумуєгься: що робити далі? Кидати трактора неохота, він же он як гуркоче, а робити тут уже нічого. І тоді Тирлик пригадує, як баба Вустя ще весною просила трактористів зорати їй город. Тож він знову сідає на трактора і рушає до баби.</w:t>
      </w:r>
    </w:p>
    <w:p>
      <w:r>
        <w:br/>
        <w:t>— Бабо, тов, бабо? — гукає він бабу Вустю. Так що вам зробити?</w:t>
      </w:r>
    </w:p>
    <w:p>
      <w:r>
        <w:br/>
        <w:t>Появляється баба Вустя, і Тирлик хоч-не-хоч мусить роздвоїтись: говорить то за трактора, то за бабу.</w:t>
      </w:r>
    </w:p>
    <w:p>
      <w:r>
        <w:br/>
        <w:t>— Город зори, синку! — кланяється сам собі Тирлик. — Стара стала, немічна, лопата з рук валиться…</w:t>
      </w:r>
    </w:p>
    <w:p>
      <w:r>
        <w:br/>
        <w:t>— А горюче маєте? — переходить Тирлик на бас.</w:t>
      </w:r>
    </w:p>
    <w:p>
      <w:r>
        <w:br/>
        <w:t>— Маю, синку, маю, — відповіла тонким бабиним голосом. — І горюче і до горючого…</w:t>
      </w:r>
    </w:p>
    <w:p>
      <w:r>
        <w:br/>
        <w:t>— Тоді, де вже вас подінеш, зорю… Підкинете трояка — до обіду і впораюсь…</w:t>
      </w:r>
    </w:p>
    <w:p>
      <w:r>
        <w:br/>
        <w:t>Тирлик-тракторист руша на город, а Тирлик-баба Вустя плює йому вслід і тихо дається:</w:t>
      </w:r>
    </w:p>
    <w:p>
      <w:r>
        <w:br/>
        <w:t>— Щоб ти кров свою так пив, ідол клятий! Управи на тебе немає…</w:t>
      </w:r>
    </w:p>
    <w:p>
      <w:r>
        <w:br/>
        <w:t>Упоравшись і на бабиному, Тирпик врешті одводить трактор на місце: на сьогодні досить. Тим більше, що на носі свято, а Тирлик мусить підготуватися до нього. Щоб умитись, одягнутися у святкове та ще й прибрати у клубі. Бо він уже не тракторист, а завідуючий клубом, і не на хуторі, а в селі, куди хуторяни ходять на свята Тирлик лаштує високу трибуну, розставляє лавки. Лавки поки що порожні, та слухняна Тирликова уява враз заповняє їх людом. Сам же Тирлик, як і годиться, на трибуні: він уже не завідуючий клубом, а промовець із району, оратель, як кажуть на хуторі.</w:t>
      </w:r>
    </w:p>
    <w:p>
      <w:r>
        <w:br/>
        <w:t>— Товариші! — кричить щосили Тирлик; усі промовні чомусь кричать. — Від імені й по порученію.. — І вже зовсім з іншою: — Хай живе і пасеться…</w:t>
      </w:r>
    </w:p>
    <w:p>
      <w:r>
        <w:br/>
        <w:t>Останню фразу Тирлик чув од діда Данила, який, підносячи чарку до рота, неодмінно приказував: "То ж хай живе і пасеться". А решту виніс з отих свят, коли сидів у першім ряду і, розтуливши рота, уважно слухав промовців.</w:t>
      </w:r>
    </w:p>
    <w:p>
      <w:r>
        <w:br/>
        <w:t>Промова закінчена. Тирлик, сам собі аплодуючи, злазить із трибуни. Люди вже рушають із клубу, і він біжить поперед них, щоб устигнути до отого-он високою стовпа з нап'ятими дротами.</w:t>
      </w:r>
    </w:p>
    <w:p>
      <w:r>
        <w:br/>
        <w:t>Бо Тирлик уже репродуктор. Звисає із стовпа головою донизу, грає бадьорого марша.</w:t>
      </w:r>
    </w:p>
    <w:p>
      <w:r>
        <w:br/>
        <w:t>— Трум-ба-тум-ба-тумі.. Трум-ба-тум-ба-тумі.. — ллється з Тирлика</w:t>
      </w:r>
    </w:p>
    <w:p>
      <w:r>
        <w:br/>
        <w:t>Під оту музику й розходяться хто куди люди. Хто пройтися селом, хто до сільмагу, а хто й просто додому, за стіл, бо не гріх же в такий день чимось і горло змочити. Але Тирлика вже серед того люду нема. Тирликові уже не до свята: Тирлик ховає діда Петра, який помер позаминулою тижня. Помер, як у воду впав: ходив, ходив і звалився.</w:t>
      </w:r>
    </w:p>
    <w:p>
      <w:r>
        <w:br/>
        <w:t>— Не знаєш, коли тебе Бог і покличе, — журилась бабуня. — Ходиш, бродиш, щось затіваєш, а Бог до тебе вже пальцем киває.</w:t>
      </w:r>
    </w:p>
    <w:p>
      <w:r>
        <w:br/>
        <w:t>— Бабуню, а куди Бог кличе? — запитав тоді Тирлик. — На роботу?</w:t>
      </w:r>
    </w:p>
    <w:p>
      <w:r>
        <w:br/>
        <w:t>У Тирликовій уяві Бог схожий на їхнього бригадира: ні світні зоря підходить до хати та й гукає, щоб ішли на роботу. Тирлик проводжає діда Петра до невідомого Бога.</w:t>
      </w:r>
    </w:p>
    <w:p>
      <w:r>
        <w:br/>
        <w:t>Одламав паличку, з товщого кінця приліпив трохи прядива, —точнісінький дід Петро, як лежав у труні. Замість труни в Тирли­ка дощечка. Він кладе її на долоню і обережно несе до глибокої ямки, старанно викопаної ножем, — там кладовище. Іде Тирлик поважки, вид у нього засмучений, голова опущена. Іде і співає:</w:t>
      </w:r>
    </w:p>
    <w:p>
      <w:r>
        <w:br/>
        <w:t>Ви жертвою пали в борьбе роковой…</w:t>
      </w:r>
    </w:p>
    <w:p>
      <w:r>
        <w:br/>
        <w:t>Що далі співати, Тирлик не знає: не запам’ятав. Та воно і недиво: адже жалісну пісню оцю співали на хуторі вперше — на по­хоронах діда Петра. До того баби виводили "со святими", та бри­гадир наказав:</w:t>
      </w:r>
    </w:p>
    <w:p>
      <w:r>
        <w:br/>
        <w:t>— Щоб я цього дурману більше не чув! До Місяця дістали,скоро й на Марс полетять, а ви — "со святими"!</w:t>
      </w:r>
    </w:p>
    <w:p>
      <w:r>
        <w:br/>
        <w:t>Співали перші чотири рядки. Що далі співати, не знав до ладу й сам бригадир, тож вирішив, що вистачить для першого разу й цього…</w:t>
      </w:r>
    </w:p>
    <w:p>
      <w:r>
        <w:br/>
        <w:t>Опустивши труну на дно ями, Тирлик набрав трохи в доло­ню землі, кинув донизу, а тоді став закопувати. Так запорався, щой не помітив, як повернулася бабуня.</w:t>
      </w:r>
    </w:p>
    <w:p>
      <w:r>
        <w:br/>
        <w:t>— А що це ти робиш?</w:t>
      </w:r>
    </w:p>
    <w:p>
      <w:r>
        <w:br/>
        <w:t>Тирлик задира до бабуні серйозне обличчя, під носом у нього брудна смуга: піт витирав, а руки ж у землі.</w:t>
      </w:r>
    </w:p>
    <w:p>
      <w:r>
        <w:br/>
        <w:t>— Кого ти тут закопав? — помічає бабуня свіжий горбочок.</w:t>
      </w:r>
    </w:p>
    <w:p>
      <w:r>
        <w:br/>
        <w:t>Тирлик мовчить. Щось йому підказує, що краще не казати ба­буні, хто тут похований.</w:t>
      </w:r>
    </w:p>
    <w:p>
      <w:r>
        <w:br/>
        <w:t>— Мишу?.. А, мо’, пацюка?..</w:t>
      </w:r>
    </w:p>
    <w:p>
      <w:r>
        <w:br/>
        <w:t>—Діда Петра! —не витримує щиро обурений Тирлик; став би він возитись з якоюсь там мишею!</w:t>
      </w:r>
    </w:p>
    <w:p>
      <w:r>
        <w:br/>
        <w:t>Бабуня вражено одступає назад, а тоді починає вичитуватьТирликові:</w:t>
      </w:r>
    </w:p>
    <w:p>
      <w:r>
        <w:br/>
        <w:t>—Ти що ж це, безбожнику, вигадав: мертвого непокоїти! Та тобі й руки покрутить!.. От зажди: прийде дід Петро з того світу, він тебе запита, навіщо ти його кісточки непокоїв! Він тобі дасть!..</w:t>
      </w:r>
    </w:p>
    <w:p>
      <w:r>
        <w:br/>
        <w:t>— Не прийде! — шпарко заперечує Тирлик, а в очах уже пере­ляк. Одступа, одступає од горбика, бо йому вже й насправді зда­ється, що лежить там не паличка, а живий дід Петро, і він тепер боятиметься мимо й проходити. Надто увечері, коли вже стемніє.</w:t>
      </w:r>
    </w:p>
    <w:p>
      <w:r>
        <w:br/>
        <w:t>— Ходімо вже, грішнику, снідати, — каже тим часом бабуня. —Молоко пив?</w:t>
      </w:r>
    </w:p>
    <w:p>
      <w:r>
        <w:br/>
        <w:t>— Пив…</w:t>
      </w:r>
    </w:p>
    <w:p>
      <w:r>
        <w:br/>
        <w:t>— Хліб з’їв?</w:t>
      </w:r>
    </w:p>
    <w:p>
      <w:r>
        <w:br/>
        <w:t>Лише зараз згадує Тирлик про хліб, що й досі за пазухою. За­поравшись, забув і з’їсти.</w:t>
      </w:r>
    </w:p>
    <w:p>
      <w:r>
        <w:br/>
        <w:t>— От не будеш їсти хліба, то й не ростимеш! — сердиться ба­буня. — Отаким недомірком і помреш!..</w:t>
      </w:r>
    </w:p>
    <w:p>
      <w:r>
        <w:br/>
        <w:t>Тирлик страх не любить, коли йому нагадують про смерть.Тирлик твердо переконаний, що він не помре ніколи: житиме віч­но. Однак йому не хочеться весь час ходити недомірком, тому вінобіцяє бабуні:</w:t>
      </w:r>
    </w:p>
    <w:p>
      <w:r>
        <w:br/>
        <w:t>— Я вже їстиму хліб!</w:t>
      </w:r>
    </w:p>
    <w:p>
      <w:r>
        <w:br/>
        <w:t>— Їстимеш, їстимеш! — бурчить бабуня. — Біжи краще вми­вайся та сідай-но до столу…</w:t>
      </w:r>
    </w:p>
    <w:p>
      <w:r>
        <w:br/>
        <w:t>Після сніданку Тирлик знову поспішає з хати. Хоч день ледь по­чався і здається йому безконечним, але Тирлик не хоче взівати сво­го ні хвилини. Тим більше, що тепер, аж до обіду, він сам собі пан. Іде до воріт, на вулицю. Полкан скавучить, гребе передніми лапами землю, вимахує щосили хвостом: запрошує Тирлика в гості.</w:t>
      </w:r>
    </w:p>
    <w:p>
      <w:r>
        <w:br/>
        <w:t>— Потім пограємось, мені зараз ніколи, — відповідає йому Тирлик, і Полкан, гавкнувши двічі, замовкає.</w:t>
      </w:r>
    </w:p>
    <w:p>
      <w:r>
        <w:br/>
        <w:t>Кладе голову на лапи, благально дивиться на Тирлика. Тирлик розуміє, що Полкан теж рветься на вулицю, але цього якраз і не можна.</w:t>
      </w:r>
    </w:p>
    <w:p>
      <w:r>
        <w:br/>
        <w:t>—Якби ти не був такий дурний та не ганяв курей, я тебе й одпустив би. А так знаєш, що мені од бабуні буде?</w:t>
      </w:r>
    </w:p>
    <w:p>
      <w:r>
        <w:br/>
        <w:t>Полкан, певно, знає: більше не проситься. І Тирлик виходитьурешті на вулицю. Такої широкої, такої просторої вулиці нема більше ніде. Зелена-зелена, колія ледь набита — суцільна трава. По праву руку —тини, й по ліву — тини, а за тинами яблуні, вишні та груші, а за тинами широкі двори із хатами: десяток дворів —Тирликові біль­ше й не треба.</w:t>
      </w:r>
    </w:p>
    <w:p>
      <w:r>
        <w:br/>
        <w:t>Тут живуть лише діди та баби, по двійко на хату, а то й по одному, і Тирлик твердо переконаний, що, скільки хутір стоїть, у ньому завжди жили тільки діди та баби, а з дітей лише він один —Тирлик. Коли ж на хуторі й появлявся хтось молодший, то це був не хуторянин, а з отого села, куди вони ходили на свята. Тирлик уже звик до того, що він один, один на весь хутір, на всю оцю вулицю, яка аж проситься поганяти по ній у квача, по­гратись у піжмурки.</w:t>
      </w:r>
    </w:p>
    <w:p>
      <w:r>
        <w:br/>
        <w:t>Та ганятися нема за ким, ховатись ні од кого, і Тирлик поважки йде попід тином. Була, щоправда, минулого року в їхньому хуторі дівчинка.Появилась серед літа, така гарненька й чистенька, така вся в ро­жевому, що Тирлик як уп’ялився в неї, так і не міг одірватись. Дівчинка виявилась зовсім не гордою, Тирликові он як було з нею весело, він щоразу підхоплювавсь удосвіта, боячись, що заспить і дівчинка без нього вийде на вулицю. Та одного разу бабуня сказала, щоб він збирався проводжати Любу, бо незабаром за нею приїдуть батьки. Тирлик одразу ж насупився, наставив на бабуню лоба:</w:t>
      </w:r>
    </w:p>
    <w:p>
      <w:r>
        <w:br/>
        <w:t>— Я її не пущу!</w:t>
      </w:r>
    </w:p>
    <w:p>
      <w:r>
        <w:br/>
        <w:t>— Як то не пустиш?</w:t>
      </w:r>
    </w:p>
    <w:p>
      <w:r>
        <w:br/>
        <w:t>— Не пущу! — уже мало не плакав Тирлик.</w:t>
      </w:r>
    </w:p>
    <w:p>
      <w:r>
        <w:br/>
        <w:t>— Хіба що женишся? —утрутився в суперечку дідуньо. — От, став, сину, хату та й засилай старостів до Любки… Отоді вона вжене поїде нікуди…</w:t>
      </w:r>
    </w:p>
    <w:p>
      <w:r>
        <w:br/>
        <w:t>— І женюся!</w:t>
      </w:r>
    </w:p>
    <w:p>
      <w:r>
        <w:br/>
        <w:t>— Тільки де ж ти лісу на хату дістанеш? — зажурився діду­ньо. — Хіба що бригадира добре попросиш…</w:t>
      </w:r>
    </w:p>
    <w:p>
      <w:r>
        <w:br/>
        <w:t>Тирлик і тут не вагався: бригадира, дядька Василя, знав добре і не боявся ніскілечки. Упіймав бригадира біля корівника та од­разу й до діла:</w:t>
      </w:r>
    </w:p>
    <w:p>
      <w:r>
        <w:br/>
        <w:t>— Дайте лісу на хату!</w:t>
      </w:r>
    </w:p>
    <w:p>
      <w:r>
        <w:br/>
        <w:t>— На яку тобі хату?</w:t>
      </w:r>
    </w:p>
    <w:p>
      <w:r>
        <w:br/>
        <w:t>— На мою… Буду женитися…</w:t>
      </w:r>
    </w:p>
    <w:p>
      <w:r>
        <w:br/>
        <w:t>У дядька Василя аж щелепа одвисла донизу. Але Тирлик такий зараз рішучий, що й бригадир урешті дошевкав: розмова нена жарт, а всерйоз.</w:t>
      </w:r>
    </w:p>
    <w:p>
      <w:r>
        <w:br/>
        <w:t>— Кого ж ти збираєшся брати?</w:t>
      </w:r>
    </w:p>
    <w:p>
      <w:r>
        <w:br/>
        <w:t>— Любу.</w:t>
      </w:r>
    </w:p>
    <w:p>
      <w:r>
        <w:br/>
        <w:t>—Любу?.. Оту, що з міста приїхала?..</w:t>
      </w:r>
    </w:p>
    <w:p>
      <w:r>
        <w:br/>
        <w:t>Тирлик тільки головою кивнув.</w:t>
      </w:r>
    </w:p>
    <w:p>
      <w:r>
        <w:br/>
        <w:t>—Добра дівка, нічого не скажеш, —похвалив бригадир. —Таку і я б узяв, аби не був уже жонатий… Буде тобі хазяйка в хаті, буде й нам доярка на фермі…</w:t>
      </w:r>
    </w:p>
    <w:p>
      <w:r>
        <w:br/>
        <w:t>— Так дасте лісу? — нетерпляче каже Тирлик.</w:t>
      </w:r>
    </w:p>
    <w:p>
      <w:r>
        <w:br/>
        <w:t>— Доведеться вже дати… Як на таке діло не дати!.. На весілля покличеш?</w:t>
      </w:r>
    </w:p>
    <w:p>
      <w:r>
        <w:br/>
        <w:t>— Покличу.</w:t>
      </w:r>
    </w:p>
    <w:p>
      <w:r>
        <w:br/>
        <w:t>Тирлик уже й не став розмовляти із бригадиром: зірвався, помчав пошвидше додому. Ходив потім із дідуньом по двору, вибирав місце під хату, а бабуня чомусь сердилась: кричала на ді­дуня, щоб не морочив малому голову. Лісу не привезли, хоч Тирлик і не одходив весь день од воріт. Обдурив його бригадир дядько Василь. Так і не вигоріло весілля в Тирлика. Люба чекала, чекала сватів та й поїхала, незасватана, у місто. А Тирлик знову лишився один…</w:t>
      </w:r>
    </w:p>
    <w:p>
      <w:r>
        <w:br/>
        <w:t>Ось він іде непоквапки хутором, загляда то в один двір, то в другий, заглядає не боязко, не з острахом. Тирлик на хуторі —ба­жаний гість. У кожній хаті для нього одчинені двері. І хутірськівсі котьки, полкани, рябки не рвуть ланцюги, забачивши Тирли­ка, не гавкають люто на нього, а вимахують привітно хвостами.</w:t>
      </w:r>
    </w:p>
    <w:p>
      <w:r>
        <w:br/>
        <w:t>Бабу Химку Тирлик побачив одразу: до неї ж, власне, і йшов.Вона полола саме на городі. Баба Химка сухенька, маленька, а очівеликі й добрі. Тирлик її дуже любить, майже так, як бабуню. Сапа баба Химка картоплю і щось тихенько приказує. Вона завжди отак розмовля сама із собою. Може, од того, що давно уже живе самотиною. Тирликові її видно всю: од вилинялої хустки до старенької, у латках, спідниці. В баби Химки тин низенький, не те що в ін­ших, так, аби видно було, що це таки тин. Тирликові по груди.</w:t>
      </w:r>
    </w:p>
    <w:p>
      <w:r>
        <w:br/>
        <w:t>— Бог в поміч! — вітається Тирлик.</w:t>
      </w:r>
    </w:p>
    <w:p>
      <w:r>
        <w:br/>
        <w:t>Баба, мабуть, не чує. Поле, аж сапка миготить.</w:t>
      </w:r>
    </w:p>
    <w:p>
      <w:r>
        <w:br/>
        <w:t>— Бабо, Бог в поміч!</w:t>
      </w:r>
    </w:p>
    <w:p>
      <w:r>
        <w:br/>
        <w:t>— О Господи! — аж підскочила баба. — Цур тобі, отак на­лякав!</w:t>
      </w:r>
    </w:p>
    <w:p>
      <w:r>
        <w:br/>
        <w:t>— А що ж ви не озиваєтесь? Я здороваюсь, здороваюсь, а виначе оглухли…</w:t>
      </w:r>
    </w:p>
    <w:p>
      <w:r>
        <w:br/>
        <w:t>— Ото ж, мабуть, запоралась та й не почула, — виправдову­ється вже баба Химка. — Та чого ж ти, заходь!</w:t>
      </w:r>
    </w:p>
    <w:p>
      <w:r>
        <w:br/>
        <w:t>Тирлик не проханий: іде до перелазу. Міг би й прямо через тин, але через тини тільки собаки стрибають. Підходить до баби, статечно питає:</w:t>
      </w:r>
    </w:p>
    <w:p>
      <w:r>
        <w:br/>
        <w:t>— А що це ви, бабо, робите?</w:t>
      </w:r>
    </w:p>
    <w:p>
      <w:r>
        <w:br/>
        <w:t>— Картоплю підгортаю. Бач, уже цвіте. Як дасть Бог дощик, то й буду з картоплею.</w:t>
      </w:r>
    </w:p>
    <w:p>
      <w:r>
        <w:br/>
        <w:t>Баба Химка сперлась на сапку, дивиться на Тирлика. Великі очі її ясніють од приязного усміху, маленькі поморщені губи сту­ляються двома добрими складочками.</w:t>
      </w:r>
    </w:p>
    <w:p>
      <w:r>
        <w:br/>
        <w:t>— А що тобі, Тирлику, сю ніч снилося? — баба Химка страх любить розпитувати про сни й потім тлумачити їх.</w:t>
      </w:r>
    </w:p>
    <w:p>
      <w:r>
        <w:br/>
        <w:t>Тирлик тужиться, тужиться —не може пригадати нічого. Однак розчаровувати бабу не хочеться, тому він каже перше, що спадаєв голову:</w:t>
      </w:r>
    </w:p>
    <w:p>
      <w:r>
        <w:br/>
        <w:t>— Снилася риба, — і, щоб баба Химка повірила, розводить якомога ширше руками: — Отака!</w:t>
      </w:r>
    </w:p>
    <w:p>
      <w:r>
        <w:br/>
        <w:t>— Риба — то гроші, — каже весело баба. — Бути тобі, Тирли­ку, при великих грошах. Тирлик уже й сам вірить у щойно вигаданий сон: так йому за­хотілося грошей. Він би тоді накупив ласощів повнісіньку хату.</w:t>
      </w:r>
    </w:p>
    <w:p>
      <w:r>
        <w:br/>
        <w:t>— Як там, бабо, вівця? — запитує врешті Тирлик, за чим, власне, й зайшов.</w:t>
      </w:r>
    </w:p>
    <w:p>
      <w:r>
        <w:br/>
        <w:t>— Вівця? — перепитує баба. — Та нівроку — пасеться.</w:t>
      </w:r>
    </w:p>
    <w:p>
      <w:r>
        <w:br/>
        <w:t>— Ще не окотилась?</w:t>
      </w:r>
    </w:p>
    <w:p>
      <w:r>
        <w:br/>
        <w:t>— Ще, сину. Та ти не бійся: окотиться — одразу дам тобі знати.</w:t>
      </w:r>
    </w:p>
    <w:p>
      <w:r>
        <w:br/>
        <w:t>— А я й не боюсь, — відповіда незалежно Тирлик.</w:t>
      </w:r>
    </w:p>
    <w:p>
      <w:r>
        <w:br/>
        <w:t>Робити більш йому нічого і, хоч баба Химка просить побути ще коло неї, він каже, що в нього нема на це часу.</w:t>
      </w:r>
    </w:p>
    <w:p>
      <w:r>
        <w:br/>
        <w:t>— Куди ж це ти так поспішаєш?</w:t>
      </w:r>
    </w:p>
    <w:p>
      <w:r>
        <w:br/>
        <w:t>— По бузинину… На пукавку…</w:t>
      </w:r>
    </w:p>
    <w:p>
      <w:r>
        <w:br/>
        <w:t>— А ніж у тебе є?</w:t>
      </w:r>
    </w:p>
    <w:p>
      <w:r>
        <w:br/>
        <w:t>— Ось! Тирлик простяга вперед руку, розтуляє долоню. Там лежить невеликий складаний ножик, мокрий од поту.</w:t>
      </w:r>
    </w:p>
    <w:p>
      <w:r>
        <w:br/>
        <w:t>Ножик цей при­везла йому мамка, коли провідувала весною. Тирлик із ним нерозстається ані на хвилину. Спати лягає — хова під подушку, їсти сіда — кладе перед собою на стіл. Так він йому до серця припав.</w:t>
      </w:r>
    </w:p>
    <w:p>
      <w:r>
        <w:br/>
        <w:t>— Оце ніж, так ніж! —удає, що вперше бачить той подарунок, баба Химка. — Та, видать, і дорогий же?.. Гляди ж не посій!</w:t>
      </w:r>
    </w:p>
    <w:p>
      <w:r>
        <w:br/>
        <w:t>—Не бійтесь, не посію, —обіцяє Тирлик. Міцніше затиснувши ножика, йде врешті од баби. Йде трохи розчарований; думав, що вівця вже окотилась. Адже баба Химка пообіцяла подарувати йому ягнятко. Тирлик уже й кошару побудував, лишилося тільки діждатись ягняти.</w:t>
      </w:r>
    </w:p>
    <w:p>
      <w:r>
        <w:br/>
        <w:t>— Ти чого не котишся? — запитує Тирлик вівцю, що пасеть­ся під тином. І додає, точнісінько так, як бабуня:</w:t>
      </w:r>
    </w:p>
    <w:p>
      <w:r>
        <w:br/>
        <w:t>— Гляди мені,спробуй тільки не окотитись!..</w:t>
      </w:r>
    </w:p>
    <w:p>
      <w:r>
        <w:br/>
        <w:t>Вівця одривається од паші, задирає до Тирлика гостру морду. Очі в неї круглі, безтямні, якісь аж дурні. І Тирлик не може ска­зати, зрозуміла вона його чи ні. Іще раз насварившись на неї, він виходить урешті на вулицю.</w:t>
      </w:r>
    </w:p>
    <w:p>
      <w:r>
        <w:br/>
        <w:t>— Тирлику!.. Тирлику!.. Нетерплячий той голос лунає над самісіньким вухом, але Тирлик вдає, що не чує. Він аж ходи наддав, щоб швидше про­скочити мимо, та голос не одстає ні на крок:</w:t>
      </w:r>
    </w:p>
    <w:p>
      <w:r>
        <w:br/>
        <w:t>— Тирлику!.. Гов, Тирлику!..</w:t>
      </w:r>
    </w:p>
    <w:p>
      <w:r>
        <w:br/>
        <w:t>— Чого вам? — зупиняється врешті Тирлик.</w:t>
      </w:r>
    </w:p>
    <w:p>
      <w:r>
        <w:br/>
        <w:t>— А де твоє: будь здоров? Із кашею з’їв?</w:t>
      </w:r>
    </w:p>
    <w:p>
      <w:r>
        <w:br/>
        <w:t>— Здрастуйте! — буркає Тирлик. Не "добридень", не "добро­го здоров’я", а — "здрастуйте", коли він вітається знехотя.</w:t>
      </w:r>
    </w:p>
    <w:p>
      <w:r>
        <w:br/>
        <w:t>— Ото ж то й воно, що здрастуйте!.. Куди це ти нарихтувався?</w:t>
      </w:r>
    </w:p>
    <w:p>
      <w:r>
        <w:br/>
        <w:t>— По пукавку, — затискає ножика Тирлик.</w:t>
      </w:r>
    </w:p>
    <w:p>
      <w:r>
        <w:br/>
        <w:t>— На полювання?.. Так іще ж не сезон. Упіймають — ружжо одберуть, ще й оштрафують…</w:t>
      </w:r>
    </w:p>
    <w:p>
      <w:r>
        <w:br/>
        <w:t>Тирлик ще більше супиться: от, почалося! Дід Остап завжди так: перестріне та й ну насміхатися! Або ще й гірше —дратує. Ба­буня колись його аж лаяла: зв’язався старий із малим, розуму зовсім немає! Це тоді, коли дід Остап довів Тирлика до плачу: переконував, що він не хлопець, а дівчина. Тирлик, звісно, у рев: хлопець я, хлопець! — та до бабуні…</w:t>
      </w:r>
    </w:p>
    <w:p>
      <w:r>
        <w:br/>
        <w:t>— А зайди-но до мене!</w:t>
      </w:r>
    </w:p>
    <w:p>
      <w:r>
        <w:br/>
        <w:t>— Не зайду.</w:t>
      </w:r>
    </w:p>
    <w:p>
      <w:r>
        <w:br/>
        <w:t>— А то чому?</w:t>
      </w:r>
    </w:p>
    <w:p>
      <w:r>
        <w:br/>
        <w:t>— Бо ви дратуватися будете.</w:t>
      </w:r>
    </w:p>
    <w:p>
      <w:r>
        <w:br/>
        <w:t>— От хрест святий — не буду!.. Зайди — медом пригощу…</w:t>
      </w:r>
    </w:p>
    <w:p>
      <w:r>
        <w:br/>
        <w:t>При одній лише згадці про мед рішучість Тирликова м’якне, як віск. Мед він дуже любить, ласував би день і ніч —"медяник" —каже про нього бабуня.</w:t>
      </w:r>
    </w:p>
    <w:p>
      <w:r>
        <w:br/>
        <w:t>—Такого ти ще й не куштував, —спокушає тим часом дід Ос­тап. — Щільниковий…</w:t>
      </w:r>
    </w:p>
    <w:p>
      <w:r>
        <w:br/>
        <w:t>— А дратуватися будете?</w:t>
      </w:r>
    </w:p>
    <w:p>
      <w:r>
        <w:br/>
        <w:t>— Сказав же — не буду!.. Перехрещуся — хочеш?..</w:t>
      </w:r>
    </w:p>
    <w:p>
      <w:r>
        <w:br/>
        <w:t>Тирлик урешті зводить очі на голос. Дід Остап завис на во­ротях, весело киває червоним обличчям. Він геть лисий, і голова у нього так блищить, наче він її щодня мастить олією. Ніс у ді­да Остапа великий та довгий, на кінчику червоний, аж синій."Від горілки", — кажуть на хуторі, хоч давно уже його не бачи­ли п’яним: він захопився бджільництвом, а бджоли не переносять горілчаного духу. Іще подейкують, що дід Остап — характерник. Лікує одному йому відомими травами, збира їх опівночі в лісі. А то й може на­врочити — наслати хворобу чи перекинутись у вовка. Побачивши, що Тирлик повернув до воріт, дід Остап зашку­тильгав швиденько до хвіртки.</w:t>
      </w:r>
    </w:p>
    <w:p>
      <w:r>
        <w:br/>
        <w:t>Одна нога в діда Остапа своя, другу втратив на війні й про те розповідати не любить. "Одпанахало тай усе!" — відповідав якось аж сердито. Тирлик тільки дивується, як дід Остап, отакий характерник, досі не додумався украстив когось ногу та й приточити замість отієї дерев’яної ступи. А може, уже і вкрав, тільки не хоче на люди виносити?</w:t>
      </w:r>
    </w:p>
    <w:p>
      <w:r>
        <w:br/>
        <w:t>—Де ж це ти пропадав? —цікавиться дід, одчиняючи хвіртку. —Я за тобою вже й очі прогледів.</w:t>
      </w:r>
    </w:p>
    <w:p>
      <w:r>
        <w:br/>
        <w:t>Проходять за хату, у садок, де стоїть пасіка. Вулики, мов ма­ленькі хатини, на високих ніжках, пофарбовані в синє, а внизу попід кожним посилано річковим піском. Від того здається, щотут і сонця удвоє більше, аніж на вулиці, воно так і пронизує на­скрізь. Пахне вощиною й медом, висне рівномірний приглушенийгул, тисячі бджіл снують туди та сюди золотистими літачками.</w:t>
      </w:r>
    </w:p>
    <w:p>
      <w:r>
        <w:br/>
        <w:t>— Не бійсь, вони тебе не вкусять, — каже дід Остап, ведучи Тирлика до високого куреня. — Вони злих людей лише кусають.</w:t>
      </w:r>
    </w:p>
    <w:p>
      <w:r>
        <w:br/>
        <w:t>— А я не боюся! — бадьориться Тирлик, однак щоразу втягуєв плечі голову, коли бджола пролітає мимо.</w:t>
      </w:r>
    </w:p>
    <w:p>
      <w:r>
        <w:br/>
        <w:t>Біля куреня Тирлик сіда на пеньок, за дощаний стіл, що теж пахне вощиною й медом: аж хочеться його лизнути. Дід тим ча­сом іде в курінь і повертається з дерев’яною тарілкою.</w:t>
      </w:r>
    </w:p>
    <w:p>
      <w:r>
        <w:br/>
        <w:t>— Ану, козаче, пригощайся!</w:t>
      </w:r>
    </w:p>
    <w:p>
      <w:r>
        <w:br/>
        <w:t>Перед Тирликом —мед. Золотистий, запечатаний білим щіль­ник, порізаний на акуратні скибочки. Мед витікає з розрізаних навпіл чарунок, сповза на тарілку важкими золотими краплина­ми. Тирлик обережно бере першу скибку, підносить до рота.</w:t>
      </w:r>
    </w:p>
    <w:p>
      <w:r>
        <w:br/>
        <w:t>— Смачний! Тирлик лише зітха від повноти почуттів. Мед тече йому напідборіддя, він збира його пальцем, крадькома од діда облизує. А дід виносить іще й кухоль води, і Тирликові зовсім уже свято…</w:t>
      </w:r>
    </w:p>
    <w:p>
      <w:r>
        <w:br/>
        <w:t>— Давай мінятись носами! — раптом каже дід Остап, і Тир­лик, що потягнувся був за останньою скибкою, враз одсмикує руку.</w:t>
      </w:r>
    </w:p>
    <w:p>
      <w:r>
        <w:br/>
        <w:t>— Не хочу!</w:t>
      </w:r>
    </w:p>
    <w:p>
      <w:r>
        <w:br/>
        <w:t>— А то чому? — щиро дивується дід. — Дивись, який у меневеликий та гарний!.. Я тобі ще й додачі дам: відро меду…</w:t>
      </w:r>
    </w:p>
    <w:p>
      <w:r>
        <w:br/>
        <w:t>— Не хочу!!!</w:t>
      </w:r>
    </w:p>
    <w:p>
      <w:r>
        <w:br/>
        <w:t>Тирлик ухопився за власного носа, перелякано поблискує на діда очима. Уже і не радий, що зайшов. Цур йому, пек, тому ме­дові, коли доводиться платити за нього отакою ціною!</w:t>
      </w:r>
    </w:p>
    <w:p>
      <w:r>
        <w:br/>
        <w:t>-Ну, не хочеш —діло хазяйське, —відстає врешті дід. —До­ їдай мед, чого ж ти?</w:t>
      </w:r>
    </w:p>
    <w:p>
      <w:r>
        <w:br/>
        <w:t>— Не хочу! Тирлик сповза із пенька, усе ще притримуючи носа рукою.</w:t>
      </w:r>
    </w:p>
    <w:p>
      <w:r>
        <w:br/>
        <w:t>— А цього робити не слід, каже дід. — Шматок оцей, як ти його не з їси, уві сні до тебе заявиться — душитиме. Так що не­ одмінно мусиш доїсти!</w:t>
      </w:r>
    </w:p>
    <w:p>
      <w:r>
        <w:br/>
        <w:t>Тирлик вагається. Він би доїв, та боїться, що дід знову запро­понує мінятись носами. Врешті зважується:</w:t>
      </w:r>
    </w:p>
    <w:p>
      <w:r>
        <w:br/>
        <w:t>— Я із собою візьму… Удома доїм…</w:t>
      </w:r>
    </w:p>
    <w:p>
      <w:r>
        <w:br/>
        <w:t>Дід — що йому лишилося робити? — дістає шматок паперу, обережно загортає щільник. Загорта і приказує:</w:t>
      </w:r>
    </w:p>
    <w:p>
      <w:r>
        <w:br/>
        <w:t>— Гляди ж не викинь! Як викинеш, то ніс мій одразу до тебе прилипне!</w:t>
      </w:r>
    </w:p>
    <w:p>
      <w:r>
        <w:br/>
        <w:t>Тирлик знову лякається. Тремтячою рукою бере загорнений мед, питає в діда:</w:t>
      </w:r>
    </w:p>
    <w:p>
      <w:r>
        <w:br/>
        <w:t>— А як хто його з’їсть?</w:t>
      </w:r>
    </w:p>
    <w:p>
      <w:r>
        <w:br/>
        <w:t>— Отому мій ніс і учепиться!</w:t>
      </w:r>
    </w:p>
    <w:p>
      <w:r>
        <w:br/>
        <w:t>— А вам його перечепиться?</w:t>
      </w:r>
    </w:p>
    <w:p>
      <w:r>
        <w:br/>
        <w:t>— Аякже!</w:t>
      </w:r>
    </w:p>
    <w:p>
      <w:r>
        <w:br/>
        <w:t>Тепер у Тирлика додаткова морока: кого пригостити оцим ме­дом. Думав, думав і врешті надумався: дам-но Котькові! У Котька ніс довгий, ще довший, ніж у діда Остапа, та ще до того ж і чорний.То Котько не буде й журитись, як поміняється носами з дідом Остапом. Баба Олька, хазяйка Котькова, недалеко й жила: через три двори на четвертий. Була наймолодша серед бабів: щоб не збре­хати, так років за сорок. На хуторі її не любили: за гострий язикі кляту вдачу. Бабуня казала, що од такої треба поли різати тавтікати. Не боявся баби Ольки один лише Тирлик. Більше того: здавалася вона йому найцікавішою на весь хутір людиною. Баба Олька воювала на фронті. "Як повіялася (бабуня так і казала, "повіялась", не пішла, а "повіялась") … як повіялася із са­нітарною частиною, то повернулася аж після війни. Наче без неїне могли тих німців і розбити. Принесла чотири медалі й маленьку дитинку. Дитину чи то їй дали на додачу, чи так уже випросила, — Тирлик не знає. Та вже й не застав дитини тієї: Тирлика ще й насвіті не було, як вона, та дитина, виросла та й подалася з хутора. Медалі ж бачив на власні очі, навіть тримав у руках: дві срібні і дві бронзові.</w:t>
      </w:r>
    </w:p>
    <w:p>
      <w:r>
        <w:br/>
        <w:t>Баба Олька обіцяла, як Тирлик трохи підросте, по­дарувати одну на вибір. То як таку бабу та не любити? Навчилася ще баба Олька на тому фронті пити горілку. Як на­пивалася, то навішувала на груди медалі, ходила вулицею і грізно кричала:</w:t>
      </w:r>
    </w:p>
    <w:p>
      <w:r>
        <w:br/>
        <w:t>— За що ми тоді воювали?!</w:t>
      </w:r>
    </w:p>
    <w:p>
      <w:r>
        <w:br/>
        <w:t>У такі хвилини люди боялися і на вулицю потикатись: ще вче­питься та поб’є. Один лише Тирлик викотився якось їй назустріч.</w:t>
      </w:r>
    </w:p>
    <w:p>
      <w:r>
        <w:br/>
        <w:t>— Ти хто?</w:t>
      </w:r>
    </w:p>
    <w:p>
      <w:r>
        <w:br/>
        <w:t>Баба Олька, висока, костиста, нависла над ним п’яною тінню.Приглядалася так, наче досі й не бачила.</w:t>
      </w:r>
    </w:p>
    <w:p>
      <w:r>
        <w:br/>
        <w:t>— Тирлик, — відповів незалежно. Не знав досі, що таке страх: усі баби і діди мало не молились на нього.</w:t>
      </w:r>
    </w:p>
    <w:p>
      <w:r>
        <w:br/>
        <w:t>— Теж мені — Тирлик!.. Гостинця хочеш?</w:t>
      </w:r>
    </w:p>
    <w:p>
      <w:r>
        <w:br/>
        <w:t>— Не хо’!..</w:t>
      </w:r>
    </w:p>
    <w:p>
      <w:r>
        <w:br/>
        <w:t>— А чого?</w:t>
      </w:r>
    </w:p>
    <w:p>
      <w:r>
        <w:br/>
        <w:t>— Бо ви, бабо, п’яні!</w:t>
      </w:r>
    </w:p>
    <w:p>
      <w:r>
        <w:br/>
        <w:t>Баба Олька аж похитнулася:</w:t>
      </w:r>
    </w:p>
    <w:p>
      <w:r>
        <w:br/>
        <w:t>— То ти отак на дорослих?.. Хто це тебе так навчив?</w:t>
      </w:r>
    </w:p>
    <w:p>
      <w:r>
        <w:br/>
        <w:t>— Ніхто, — набурмосився Тирлик.</w:t>
      </w:r>
    </w:p>
    <w:p>
      <w:r>
        <w:br/>
        <w:t>— Ану ходи, я тобі щось дам! Узяла за руку та й повела.</w:t>
      </w:r>
    </w:p>
    <w:p>
      <w:r>
        <w:br/>
        <w:t>Тирлик ішов, не опирався: цікаво,що йому дасть баба Олька. А вона, ведучи його за собою, скар­жилась, наче дорослому:</w:t>
      </w:r>
    </w:p>
    <w:p>
      <w:r>
        <w:br/>
        <w:t>— Ти думаєш, я горілку ту п’ю?.. Біда моя п’є!..</w:t>
      </w:r>
    </w:p>
    <w:p>
      <w:r>
        <w:br/>
        <w:t>Завела Тирлика в хату, порожню, незатишну, посадила застіл. Сама сіла напроти, обперлась підборіддям на руки, дивиться на Тирлика і плаче. Тирлик совався, совавсь, а потім з ослона і зліз; так йому стало марудно!</w:t>
      </w:r>
    </w:p>
    <w:p>
      <w:r>
        <w:br/>
        <w:t>— То я, бабо, піду. Про гостинець обіцяний уже й не нагадує. Та й баба Олька забула про нього: плаче та й плаче.</w:t>
      </w:r>
    </w:p>
    <w:p>
      <w:r>
        <w:br/>
        <w:t>— Ви, бабо, не плачте… Подумав, подумав, що б іще сказати втішливе та, так і не на­думавшись, рушив тихенько з хати. А в дворі його перестріла бабуня. Підбігла, засапана, ухопила сердито за руку:</w:t>
      </w:r>
    </w:p>
    <w:p>
      <w:r>
        <w:br/>
        <w:t>—Ти чого сюди прийшов?.. Щоб я тебе більше тут і не бачила!..Щоб і ноги твоєї тут не було!..</w:t>
      </w:r>
    </w:p>
    <w:p>
      <w:r>
        <w:br/>
        <w:t>Однак Тирлик вряди-годи таки провідує бабу Ольку. Так,щоб бабуня не бачила. Баба Олька завжди йому радіє, як не знатий кому. Вгощає цукерками, дозволя скільки завгодно бавитись ме­далями. І ніколи не гнівається на Тирлика. Навіть коли бува п’яна.</w:t>
      </w:r>
    </w:p>
    <w:p>
      <w:r>
        <w:br/>
        <w:t>Спершу, ніж гулькнути до баби Ольки у двір, Тирлик сторож­ко оглядається: чи не видно бабуні. Та на вулиці ані душі, усі абов себе на городах, або на роботі в колгоспі, тож за Тирликом ніхтой не зирить. І він уже сміливо заходить у двір. Побачивши Тирлика, баба Олька ставить на землю відро, витира об поділ руку, наче збирається ручкатись.</w:t>
      </w:r>
    </w:p>
    <w:p>
      <w:r>
        <w:br/>
        <w:t>— Що це тебе так довго не було?.. Чи не хворів часом?</w:t>
      </w:r>
    </w:p>
    <w:p>
      <w:r>
        <w:br/>
        <w:t>— Ні… Я, бабо, до вашого Котька, — переходить Тирлик одразудо справи. — Він удома?</w:t>
      </w:r>
    </w:p>
    <w:p>
      <w:r>
        <w:br/>
        <w:t>— А де ж йому бути?</w:t>
      </w:r>
    </w:p>
    <w:p>
      <w:r>
        <w:br/>
        <w:t>— А він мед їстиме?</w:t>
      </w:r>
    </w:p>
    <w:p>
      <w:r>
        <w:br/>
        <w:t>— Їстиме… Той чорт усе їстиме!.. Учора курча живе схламав —і не скривився… А ти що, меду приніс?</w:t>
      </w:r>
    </w:p>
    <w:p>
      <w:r>
        <w:br/>
        <w:t>— Приніс, — показує Тирлик у папір загорнений мед.</w:t>
      </w:r>
    </w:p>
    <w:p>
      <w:r>
        <w:br/>
        <w:t>— Оце добре: собаку вгощаєш, а мені, бач, жалієш!</w:t>
      </w:r>
    </w:p>
    <w:p>
      <w:r>
        <w:br/>
        <w:t>— Я не жалію, — відповіда Тирлик. І, дивлячись на бабин дрібненький ніс, додає: — Вам, бабо, не можна.</w:t>
      </w:r>
    </w:p>
    <w:p>
      <w:r>
        <w:br/>
        <w:t>— А то чому? Цього вже Тирлик не може сказати. Хто його зна, як поста­виться баба до його наміру. Ану ж не захоче, щоб Котько міняв­ся із дідом Остапом носами!</w:t>
      </w:r>
    </w:p>
    <w:p>
      <w:r>
        <w:br/>
        <w:t>— Ну, як знаєш, — каже врешті баба Олька. — Іди вже, уго­щай, раз націлився…</w:t>
      </w:r>
    </w:p>
    <w:p>
      <w:r>
        <w:br/>
        <w:t>— Я вам, бабо, іншим разом принесу, — обіця зраділий Тир­лик і притьмом біжить до Котька.</w:t>
      </w:r>
    </w:p>
    <w:p>
      <w:r>
        <w:br/>
        <w:t>Котько його зустріча коло будки: заліз од спеки в ним же вириту яму, тільки голова зверху стирчить.</w:t>
      </w:r>
    </w:p>
    <w:p>
      <w:r>
        <w:br/>
        <w:t>— Хочеш меду? — пита його Тирлик. Котько, звісно, хоче. Де б це знайшовся такий дурень, що від­мовився б од меду!</w:t>
      </w:r>
    </w:p>
    <w:p>
      <w:r>
        <w:br/>
        <w:t>— На! Котько хламкнув — тільки слід липкий лишився на долоні вТирлика. Витерши долоню об землю, Тирлик сідає в тінь і неспуска погляду з Котька: боїться пропустити ту мить, коли в со­баки появиться ніс діда Остапа.</w:t>
      </w:r>
    </w:p>
    <w:p>
      <w:r>
        <w:br/>
        <w:t>Стікає година. Од жари, од непорушного сидіння в Тирлика починають злипатися повіки, і він їх щоразу тре кулаками, трясе головою. Котько повозивсь, повозивсь, а потім знову забився вяму — виставив наверх тільки носа. Великого, чорного, саме для діда Остапа. Урешті Тирлик не витримує: або дід Остап його обдурив, або не подіяли чари. Він зводиться, кида останній погляд на Котькаі простує на вулицю…</w:t>
      </w:r>
    </w:p>
    <w:p>
      <w:r>
        <w:br/>
        <w:t>Бузина росте аж у кінці хутора, за крайнім подвір’ям. Цілі­сінький бузиновий ліс: забратись у нього, то не одразу додому йстежку знайдеш, чи то од того, що вона така густа й висока, чиод того, що тут уже низина, тільки в будь-яку спеку земля тут прохолодна й пухка. Тирлик не одразу пірна в густі оті хащі: ба­буня не раз страхала, щоб не лазив, бо мало якої нечистої силитам може бути!</w:t>
      </w:r>
    </w:p>
    <w:p>
      <w:r>
        <w:br/>
        <w:t>— І вовки?</w:t>
      </w:r>
    </w:p>
    <w:p>
      <w:r>
        <w:br/>
        <w:t>— Та, може, й вовки.</w:t>
      </w:r>
    </w:p>
    <w:p>
      <w:r>
        <w:br/>
        <w:t>— І гадюки?</w:t>
      </w:r>
    </w:p>
    <w:p>
      <w:r>
        <w:br/>
        <w:t>— Та й гадюки ж…</w:t>
      </w:r>
    </w:p>
    <w:p>
      <w:r>
        <w:br/>
        <w:t>Тирлик, наставивши перед собою одкритого ножика, довго прислухається: чи не гаркне що, не шелесне? Але попереду сто­їть сонна тиша, вовки, якщо і є, то десь дрімають собі, зморені спекою, а гадюки позабивалися в нори. І Тирлик уже сміливіше лізе в повні зеленого мороку хащі. Урешті він знаходить те, що йому потрібно, — прямий, як стріла, стовбурець, не дуже товстий, але й не тонкий — саме на пукавку. Прискіпливо його оглядає і починає зрізати. Порався Тирлик не так щоб і довго, а все ж довелося помо­рочитись. Ножик хоч і новий, та не дуже щось гострий, а туті незручно: обступа з усіх боків бузина, тисне, муляє — не дає різати. Тирлик уже і лягав, і навколішки ставав, поки-таки зрізав.Ну, а витягти стовбурець з хащів та обрізати його зверху —то вже півбіди.</w:t>
      </w:r>
    </w:p>
    <w:p>
      <w:r>
        <w:br/>
        <w:t>Повернувся додому якраз на обід. Прибіг би, може, й раніше, аби не баба Уляна: перестріла Тирлика коло свого двору, взялась угощати щойно спеченими пиріжками з квасолею. Лихо не таке вже й велике, пиріжки ж он які смачні, аби не бабуня, що дуже сердиться, коли Тирлик приходить на обід уже наїдений. Лає його, щоб не привчався старцювати. Хоч Тирлик старцювати й не думає,йому й без цього проходу не дають: так і тягнуть до столу. Або на ходу — тиць щось до рук: "їж, Тирлику, їж!" їм то що, пригостили та й пішли, а Тирлик тоді за всіх відбу­вайся! Однак цього разу обійшлося без сварки: бабуня чомусь була сумна-пресумна, ще й очі заплакані, їв Тирлик — не їв, вона й не придивлялася. І дідуньо якийсь аж сам не свій. Ходить по хаті туди та сюди, щось наче шукає, а його нема, хоч убий! І все набабуню:</w:t>
      </w:r>
    </w:p>
    <w:p>
      <w:r>
        <w:br/>
        <w:t>— Ну, годі, напустила туману!..</w:t>
      </w:r>
    </w:p>
    <w:p>
      <w:r>
        <w:br/>
        <w:t>— Та жалко ж…</w:t>
      </w:r>
    </w:p>
    <w:p>
      <w:r>
        <w:br/>
        <w:t>— Ну, їм видніше!</w:t>
      </w:r>
    </w:p>
    <w:p>
      <w:r>
        <w:br/>
        <w:t>Шукав щось, шукав дідуньо, та, так і не знайшовши, вийшовіз хати. Виглянув у вікно Тирлик, а дідуньо вже біля верстата; цюкає сердито сокирою, аж тріски летять. Тирлик тоді за бузинину та притьмом надвір.</w:t>
      </w:r>
    </w:p>
    <w:p>
      <w:r>
        <w:br/>
        <w:t>— Тирлику! Удав, що не почув. Ще швидше побіг, щоб устигнути до дідуня добратись, поки бабуня ще раз не покликала. Бо тоді хоч-не-хоч,а доведеться вертатись. Тирликові ж вертатися зараз не можна ніяк: коли дідуньо надумається підійти до верстата! Підбіг, зупинився. Зачекав, поки дідуньо повернувся до нього,простягнув бузинину:</w:t>
      </w:r>
    </w:p>
    <w:p>
      <w:r>
        <w:br/>
        <w:t>—Дідуню, видушіть пукавку! Дідуньо хоча й був іще наче сердитий, але бузинину ту взяв. Взяв, обдивився з усіх боків уважно, навіть нігтем колупнув з одного боку.</w:t>
      </w:r>
    </w:p>
    <w:p>
      <w:r>
        <w:br/>
        <w:t>— А де ж твій шомпол?</w:t>
      </w:r>
    </w:p>
    <w:p>
      <w:r>
        <w:br/>
        <w:t>Шомпола в Тирлика не було: не припас. Тоді дідуньо дістав з-під острішка товсту коротку дротину, поставив її на верстат і став зага­няти на неї бузинину. Тисне, тисне, а бузинина хоча б тобі що!А тоді як чвиркне! Так догори і злетіло довгим, круглим ще й білим. Обпиляв акуратно дідуньо бузинину з двох боків, вирізав з ака­ції шомпол —пукавка й готова. А дідуньо ще й показав, як стріляти.Пожував прядива, загнав до середини, потім ще раз пожував і ще раззагнав, та шомполом як натиснув… Трах!.. Тирлик аж підскочив. Ухопив потім пукавку, зарядив уже сам:</w:t>
      </w:r>
    </w:p>
    <w:p>
      <w:r>
        <w:br/>
        <w:t>— А можна по бабуні стрельнути?</w:t>
      </w:r>
    </w:p>
    <w:p>
      <w:r>
        <w:br/>
        <w:t>— Біжи, стрельни… Мо’, хоч трохи очі просохнуть…</w:t>
      </w:r>
    </w:p>
    <w:p>
      <w:r>
        <w:br/>
        <w:t>— А чого бабуня плакала?</w:t>
      </w:r>
    </w:p>
    <w:p>
      <w:r>
        <w:br/>
        <w:t>— Листа, бач, одержали, — знов аж розсердився дідуньо. —Од мамки твоєї розумної… Пише, щоб ми тебе до неї одвезли…В школу треба оддавати. Наче тобі тут уже так і погано…</w:t>
      </w:r>
    </w:p>
    <w:p>
      <w:r>
        <w:br/>
        <w:t>Тирлик і пукавку опустив — так його новина та вразила. А дідуньо знов за сокиру. Та Тирлик не став уже в нього й до­питуватись: підібрав шомпол, побрів до хати замислено.</w:t>
      </w:r>
    </w:p>
    <w:p>
      <w:r>
        <w:br/>
        <w:t>Проводжали всім хутором. Баби сякалися у фартухи та кра­єчки хустин, діди ж хоч і не плакали, але теж були всі зажурені. Бабуня як сіла позаду на воза, так і вклякла, дідуньо ж примос­тився попереду, поруч із Тирликом: вони удвох правитимуть кіньми. І хоч Тирлик щосили тримався за віжки, він не відчувавтієї втіхи, як відчував би за інших обставин. Настрій дорослих передався і йому, Тирликові уже й хочеться їхати, і не хочеться,щось підказує йому, що він їде звідси назавжди. Він ще не розу­міє всього — зрозуміє набагато пізніше, коли стане дорослим, однак теж проймається загальною зажурою, що огорнула всіх дідів і бабів. Але Тирлик —хлопець. Тирлик і не подумає плакати, тому він тільки супиться, точнісінько так, як дідуньо. Заплаче ж трохи пізніше, уже за хутором, коли почне злазити з підводи та проси­тись додому, назад.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Тирлик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