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Тирлич хрещатий</w:t>
      </w:r>
    </w:p>
    <w:p>
      <w:r>
        <w:br/>
        <w:t xml:space="preserve"> &lt;p&gt;Спускаємося пригоринським схилом, коли бачимо — знайома трава. Продовгувате хрещате листя, характерні зеленаво-сині квіточки в пазухах верхніх листків… Ну звичайно ж це він, тирлич хрещатий!</w:t>
      </w:r>
    </w:p>
    <w:p>
      <w:r>
        <w:br/>
        <w:t>— Візьмемо і це місце собі на замітку, — мовить Іван Михайлович, дістаючи блокнота. — Може, якому лікареві зілля знадобиться.</w:t>
      </w:r>
    </w:p>
    <w:p>
      <w:r>
        <w:br/>
        <w:t>Так, лікарі знову починають повертатися до тирлича. Кажуть, допомагає при недугах, ще й добре допомагає. А було…</w:t>
      </w:r>
    </w:p>
    <w:p>
      <w:r>
        <w:br/>
        <w:t>Пригадалося вичитане з одного травника кінця минулого століття: "Рослину… вживали раніше від лихоманок, глистів і навіть від чуми. Останнім часом її пропонували від водобоязні. Також славилася вона як засіб для загоювання ран. Та нині лікарі не застосовують це зілля зовсім…"</w:t>
      </w:r>
    </w:p>
    <w:p>
      <w:r>
        <w:br/>
        <w:t>Зовсім не зовсім, але, на жаль, в кінці минулого століття в основному було так. Та й потім лікарі майже не зверталися до послуг цієї рослини, як і до багатьох інших так само корисних у змаганні за здоров’я людини. А сталося усе гак тому, що їм перейшла дорогу хімія: на той час з'явилися штучні сильнодіючі ліки, і медицина віддала їм перевагу.</w:t>
      </w:r>
    </w:p>
    <w:p>
      <w:r>
        <w:br/>
        <w:t>А були часи, коли цей тирлич мав-таки завидну славу, і йому приписували, як і дивосилові, багато такого, чого в природі взагалі не могло бути. Уявіть собі…</w:t>
      </w:r>
    </w:p>
    <w:p>
      <w:r>
        <w:br/>
        <w:t>Та давайте краще розгорнемо добре знану всіма нами "Ніч перед Різдвом" Миколи Гоголя, а там прочитаємо таке:</w:t>
      </w:r>
    </w:p>
    <w:p>
      <w:r>
        <w:br/>
        <w:t>"Відьма сама відчула, що холодно, дарма що була тепло вдягнена; і тому, піднявши руки догори, відставила ногу і, прибравши позу людини, що мчить на ковзанах, не зрушившись жодним суглобом, спустилася вниз, ніби по крижаній похилій горі, і просто в комин".</w:t>
      </w:r>
    </w:p>
    <w:p>
      <w:r>
        <w:br/>
        <w:t>Скажете, до чого тут відьма, коли мова йде про тирлич? А до того, що колись наші предки справді вірили у відьом і в те, що вони можуть літати на помелі, вилах, лушні чи на кочерзі, і обов’язково через комин. І що здатність літати їм дарував… тирлич: для цього треба було натертися його відваром під пахвами. Виходило, що без тирличу відьма — ніщо. Отак!</w:t>
      </w:r>
    </w:p>
    <w:p>
      <w:r>
        <w:br/>
        <w:t>А справжній тирлич буцімто ріс тільки в Києві на Лисій горі.</w:t>
      </w:r>
    </w:p>
    <w:p>
      <w:r>
        <w:br/>
        <w:t>Якщо це зілля поталанить добути комусь із простих смертних, то для такого щасливця не існуватиме нічого неможливого: йому відкриють свої таємниці і дерева, і трави, і гори, і води.</w:t>
      </w:r>
    </w:p>
    <w:p>
      <w:r>
        <w:br/>
        <w:t>Та не так просто тирлич дається до рук, бо пильно охороняє його нечиста сила. Той, хто наважиться добувати це чар-зілля, ризикує життям. Для початку треба було вдосвіта на Івана Купала без лопати і без ножа виконати корінь плакун-трави. Ця трава, за повір'ям, відганяла всяку нечисть, змушуючи її плакати. Корінь плакуна засушували, вішали на червоній нитці на шию і цілий рік носили під сорочкою. Аж тоді вже не страшно було йти на Лису гору, розганяти відьомський хоровод і рвати тирлич.</w:t>
      </w:r>
    </w:p>
    <w:p>
      <w:r>
        <w:br/>
        <w:t>Та минали роки, і чудесна сила чар-зілля поступово кудись зникала, ніби випаровувалася. А коли всі цікаві переконалися, що росте воно не тільки в Києві на Лисій горі, а й біля рідного села чи міста, то й зовсім інтерес до тирличу зачах: що може бути, мовляв, надзвичайного в рослині, коли її, хай не отак запросто, але можна при бажанні знайти?</w:t>
      </w:r>
    </w:p>
    <w:p>
      <w:r>
        <w:br/>
        <w:t>Лише сільські дівчата не втрачали віри у хрещате зілля, вишукували його, потай рвали, виходили опівночі за ворота й одним подихом випалювали: "Тирлич, тирлич, нам хлопців приклич, од одного до двох, од двох до трьох, од трьох до чотирьох… од одинадцяти до дванадцяти!" — Говорили так, та й закопували мерщій зілля біля воріт.</w:t>
      </w:r>
    </w:p>
    <w:p>
      <w:r>
        <w:br/>
        <w:t>Пригадую, одного разу, в дитинстві ще, я мимохіть підслухав таке дівчаче намовляння. Тоді мені так хотілося, щоб воно справдилося. Бо вельми вже невеселим було наше село без дорослих чоловіків, які десь далеко-далеко, аж на війні, уже кілька зим зимували і кілька літ літували.</w:t>
      </w:r>
    </w:p>
    <w:p>
      <w:r>
        <w:br/>
        <w:t>Я розповів про почуте сусідським хлопчикам Павлові і Ростиславові. І ми втрьох шукали тирлич, потай від матерів вибігали вночі на вулицю й благали: "Тирлич, тирлич, батька приклич…" І мені з Ростиславом тирлич допоміг, а Павлик свого батька так і не докликався…</w:t>
      </w:r>
    </w:p>
    <w:p>
      <w:r>
        <w:br/>
        <w:t>Відтоді минули роки і роки. Та кожного разу, натрапляючи на тирлич-зілля, мене охоплює дивне почуття, ніби доторкаюся до якоїсь особливої таїни, заповіданої дитинством на все життя.</w:t>
      </w:r>
    </w:p>
    <w:p>
      <w:r>
        <w:br/>
        <w:t>— У долі тирлича, — кажу, — зараз починається другий розквіт.</w:t>
      </w:r>
    </w:p>
    <w:p>
      <w:r>
        <w:br/>
        <w:t>— Не другий, а третій, — поправляє Іван Михайлович. — Тисячоліття тому в наших предків-слов’ян це зілля було не менш популярне, ніж тепер звіробій. Мабуть, не було хвороб, які б не лікували тирличем. Тоді це зілля ледве зовсім не винищили. Отже, слава для рослини — іноді вельми кепська штука…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Тирлич хрещатий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