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Тіні ночі</w:t>
      </w:r>
    </w:p>
    <w:p>
      <w:r>
        <w:br/>
        <w:t xml:space="preserve"> &lt;p&gt;Ще звечора пішла баска хуртовина, з моклаків шився чадний дух, студений посмерк розповзся по грузьких глинах та ріні, шум негоди дув у стіни бараків, як у той старий орган над ворітьми костьолу, й нила душа. Цвинтар, ніби глухий на все у світі, варівко задрижав і прислухався у своїх старовинних глибинах до зловіщої луни: ліс обіч, чорний і чахлий, мов притрушений сажею, лебедів від остраху, наче муха в павутині, сосни накивували чубами в сторону хиж, що тріскали на вітрі, немов чули лихо та остерігали всі бараки (звісно, довголітні свідки й замилувані сусіди...):</w:t>
      </w:r>
    </w:p>
    <w:p>
      <w:r>
        <w:br/>
        <w:t>— Сокоті-ть діток, мами, сокотіть!</w:t>
      </w:r>
    </w:p>
    <w:p>
      <w:r>
        <w:br/>
        <w:t>Не одна мама від того голосу двигалася на соломі, і толоченій у терміття, ясувала мутні думки, а коли збагнула суть накликувань, шукала напотемки своїх дітей, обтулювала їм студені щічки і з німим криком у серці роздумувала над завтрам. А щоб не дати привидам, що перекликувалися у зрубі, під стелею, приступу, писала стуленими пальцями на стіні своєї перегороди великий знак хреста.</w:t>
      </w:r>
    </w:p>
    <w:p>
      <w:r>
        <w:br/>
        <w:t>Ілька Ситничка (її звали чогось то Гилькою, мабуть, тому, що була струнка, як віття) прокинулася так само і сторожко, як перше, коли її синочок лежав безпечно побіч неї. Їй саме снилося, що хлопчик босий, замерз, то вона ніби гріла йому юшку над сею свічкою, що всукана про смерть лежить у скриньці і тільки одним краєм надгоріла, тоді, як він вмирав.</w:t>
      </w:r>
    </w:p>
    <w:p>
      <w:r>
        <w:br/>
        <w:t>— Га-га-га! — затріпалося нараз у повітрі та вдарило об нього зривано, як серед особливої забави.</w:t>
      </w:r>
    </w:p>
    <w:p>
      <w:r>
        <w:br/>
        <w:t>Гильці, що лежала при стіні бараку, опертого об цвинтар, здавалося, що сей голос невгамовно веселий йде звідтам. Він виринав, як блудний огник, знов гас то тут, то там, наче грався у жмурки з темною ніччю та соснами.</w:t>
      </w:r>
    </w:p>
    <w:p>
      <w:r>
        <w:br/>
        <w:t>Гулька усіла, хотіла спіймити на поличці сірники й глянути на чоловіків золотистий американський годинник, коли се порожній кухлик покотився униз, цвенькнув глухо і біг до порога. Оперла томно руки на коліна і даремно силувалася віднайти, чий се, такий знайомий їй, голос надворі? Було дивно, що в глубоку ніч і хугу хтось ніби на радощах грався.</w:t>
      </w:r>
    </w:p>
    <w:p>
      <w:r>
        <w:br/>
        <w:t>Лягла знову взнич, руки поклала на грудях, очі сиві, як вода ручаю, не жмурилися. Згадувала... Десь будьто чоловік її коло воза на обійстю в Семиківцях майстерку начинав, вона ж обіч, на ставку під вербами визолює рубаття, а їх хлопчик розволікає по лотачеві і маруні свої вогкі сорочечки... З окликом щастя вона ловить дитя, підносить проти неба на випрямлених руках, а сей безсловний рух її виявляє самозахоплення і тричі веселе забуття.</w:t>
      </w:r>
    </w:p>
    <w:p>
      <w:r>
        <w:br/>
        <w:t>Картина звіялася, мов дим з церковної курильниці, та серце Гильки стало битися дико, як коли б хто встромлював у нього зазублений ніж, удари стали голосні, ніби ранній стукіт наковтача об черствий пень. То вона завзялася у собі і, рятуючи себе од божевілля, рвала з душі спомини, як соха рве хмиз з землі, та лишала їх по борознах, залитих нерухомими водами сліз.</w:t>
      </w:r>
    </w:p>
    <w:p>
      <w:r>
        <w:br/>
        <w:t>А дорогий привид суятився вперто коло маминого барлога і ніяк не хотів відходити. Жалісно-любо шепотів щонайсолодші згадки, виспівував усі гагілки, зачуті від дівчат весною, і з таким теплим домаганням пестився коло її колін! Як же се? Вона ж дала дитяті у труночку білий калачик і крашанку, щоби не плакало за життям, і нарошно сіяла сивий мак почерез дорогу від його могилки аж до порога хати, щоби не приходило ночами... І всю злиденну обстанову своєї перегороди обмінювала раз у раз, щоби не пізнавало...</w:t>
      </w:r>
    </w:p>
    <w:p>
      <w:r>
        <w:br/>
        <w:t>— Га-га-га! Га-га-га! — голос забулькотів отеє десь недалеко, так переливно і хистко, немов іскриста вода у полонці.</w:t>
      </w:r>
    </w:p>
    <w:p>
      <w:r>
        <w:br/>
        <w:t>Гулька зірвалася удруге і сіла, готова кожної хвилини вискочити на вулицю, як той, що серед бурі від жаху кидає собою з човна у водяну безодню.</w:t>
      </w:r>
    </w:p>
    <w:p>
      <w:r>
        <w:br/>
        <w:t>Пізнала.</w:t>
      </w:r>
    </w:p>
    <w:p>
      <w:r>
        <w:br/>
        <w:t>Се була вона... та сама, з виряченими очима без брів, у чорній киреї і сніжно-білім завитті, схожім на ковпак старозавітного духовника.</w:t>
      </w:r>
    </w:p>
    <w:p>
      <w:r>
        <w:br/>
        <w:t>Викликувала мамів, щоби кидали дітей на поталу студені і щоб хуга випивала тепло маленьких тіл. І щоби вони даремно шукали, де б обігрітися, та за день, за два, за тиждень були готові тудою, за березовий пліт.</w:t>
      </w:r>
    </w:p>
    <w:p>
      <w:r>
        <w:br/>
        <w:t>Се була вона, перелета!</w:t>
      </w:r>
    </w:p>
    <w:p>
      <w:r>
        <w:br/>
        <w:t>Весна сього року була дощиста й студена, Никольцьо бігав за м'якинням, гребав у смітниках з відпадками, поки шийка не заболіла — тоді ліг. Прийшла на щоденні розглядини німецька сестра, та сама, поклала градуси, скричала веселенько:</w:t>
      </w:r>
    </w:p>
    <w:p>
      <w:r>
        <w:br/>
        <w:t>— Waldbaracke![1]</w:t>
      </w:r>
    </w:p>
    <w:p>
      <w:r>
        <w:br/>
        <w:t>Ноші, що їх несли шпитальні люди, двигнулися, заколихали, як тріска на чорній воді, то Гилька попленталася й собі.</w:t>
      </w:r>
    </w:p>
    <w:p>
      <w:r>
        <w:br/>
        <w:t>Сестра йшла попереду та справляла волосся тонкими мильцями, на яких блистіли перстені, з сих один жовтий, мерехтливий: хиже, котяче око, що стежить за добиччю. .У дверях лісового бараку обернулася, пропустила ноші попри себе, а тоді увійшла тудою сама і миттю обезпечила двері засувом. Гилька звалилася як довга на стрімких сходах, обіч глиняних глечиків з геранями, і остала там доти, поки рука з жовтим хижим оком на сердечному мильці не жбухнула у неї струєю помий.</w:t>
      </w:r>
    </w:p>
    <w:p>
      <w:r>
        <w:br/>
        <w:t>Аж тоді Гилька двигнулася на ввесь ріст, випрямила проти он того вікна затиснену руку і проклинала жахливо. Відтак пішла — кожне дрогнення серця перековувати на ненависть.</w:t>
      </w:r>
    </w:p>
    <w:p>
      <w:r>
        <w:br/>
        <w:t>У два дні прийшов санітет, прочитав: Никола Гнатюк тут?</w:t>
      </w:r>
    </w:p>
    <w:p>
      <w:r>
        <w:br/>
        <w:t>— Ой, добре,— згомоніла,— про моє дитя мова!</w:t>
      </w:r>
    </w:p>
    <w:p>
      <w:r>
        <w:br/>
        <w:t>— Еге ж,— каже,— помер Никольцьо.</w:t>
      </w:r>
    </w:p>
    <w:p>
      <w:r>
        <w:br/>
        <w:t>Не вірила, вхопила свічечку про смерть і стрічне ряденце та бігла, п'яна від сліз.</w:t>
      </w:r>
    </w:p>
    <w:p>
      <w:r>
        <w:br/>
        <w:t>На столі, застеленім білою вощанкою, лежав її син з норою, вирубленою у горелку, зовсім схожий на щиглика з червоним п'ятенцем під борідкою.</w:t>
      </w:r>
    </w:p>
    <w:p>
      <w:r>
        <w:br/>
        <w:t>Дивився на неї пильно одним недожмуреним оком, то квапно засвітила свічечку і притулила до холодної ручки дитини, але се, мабуть, їй тільки здавалося, що воно дише. Не стало потішки, забрали послуженьку...</w:t>
      </w:r>
    </w:p>
    <w:p>
      <w:r>
        <w:br/>
        <w:t>Життя бігло, і Гилька перестала ридати, змовкла, зате вічно роздумувала над чимось темним. Ціле літо вишукувала по сутичі і незахідних місцях щирицю і тою, сушила їх разом з кров'ю мізинного пальця та грудкою землі з могилки дитини і спалювала у ватрі під лісом з таємними мольбами і піснею, якої ніхто не розумів. Коли новий місяць плив понад вершки сосон, падав з гір ниць, немов провалювався в землю, а тоді вертав струєю, просякаючою ліс, вона вже була там, набирала у черепок води, розприскувала на перехресті і заклинала. Якось-то на очах всіх зціпила гострі білі зуби, аж скорч местної насолоди відслонив її ясна, і, вкрита потом, вбивала ніж під бревно хатнього порога...</w:t>
      </w:r>
    </w:p>
    <w:p>
      <w:r>
        <w:br/>
        <w:t>Все те вона пригадала миттю, забула лиш одно: як вернула пізньою осінню з копанки картофель у Мораві, хтось— то говорив, що сестра вмерла.</w:t>
      </w:r>
    </w:p>
    <w:p>
      <w:r>
        <w:br/>
        <w:t>Тепер рішилася як стій і боса, в одній спідничині скочила на вулицю. Не здивувалася нітрохи: в чорній киреї і сніжнім платочку на голові, зав'язанім так, як ні одна з сестер не носить, в два угли над чолом, а два над карком, стояла осьде вона, перелета.</w:t>
      </w:r>
    </w:p>
    <w:p>
      <w:r>
        <w:br/>
        <w:t>Її очі без брів з повіками, навислими важко, мов ізпросоння, вдивлялися в Гильку з таким самим зловорожим блиском, з яким вони зображені на світлині, вправленій у хрест напроти цвинтарної брами. Вітер заколихав чорною мантою і перекинув на голову сестрі рубець, заслонив тьмяною тінню недвижні очі... Видиво пряталося перед Гилькою, мов у танку або на хиткій деревині понад глибиною, і йшло в напрямі могил, ішло... Тамта ж, дишучи важко, здоганяла.</w:t>
      </w:r>
    </w:p>
    <w:p>
      <w:r>
        <w:br/>
        <w:t>Старенький дяк Клим Чепига не спав, ізвечора пізно наслухував, як сволоки тріщать, немов кличуть когось на той світ, як на багнюках і гуляйполях бурлить скажена хуга, а в ній щось кричить і превесело сміється... (Так само в першу сніговицю дівчата вибігають у звалища і грімкими сміхами і "фурєють си" білою грудочкою, аби їм лиця горіли і на все остали рум'яні). Потім думка Климова полетіла низько-низенько, як ластівка над нивкою, прикупленою за онукові долари, над сонячними межами, що ними, бува, йшли діти з повними глечиками, загорненими в красу платнику, а вже найбільше коло обійстя суятилася, як то там, пробіг! Є ким поле обробляти? Є чим засіяти годувальницю?</w:t>
      </w:r>
    </w:p>
    <w:p>
      <w:r>
        <w:br/>
        <w:t>Чув зітхнення, що виходило з грудей опущених пере­логів і кликало в простір за ним:</w:t>
      </w:r>
    </w:p>
    <w:p>
      <w:r>
        <w:br/>
        <w:t>— Га-здо!</w:t>
      </w:r>
    </w:p>
    <w:p>
      <w:r>
        <w:br/>
        <w:t>Він мучився. Надівсе боліло Клима Чепигу, що його тяли у світ з поля як стояв.</w:t>
      </w:r>
    </w:p>
    <w:p>
      <w:r>
        <w:br/>
        <w:t>— Хоч би-м ще був подивився, в якім се порєдку, хоч би-м знав, де що стоїть, єк то все си лишєє...</w:t>
      </w:r>
    </w:p>
    <w:p>
      <w:r>
        <w:br/>
        <w:t>Така нудь підплила до серця, так занили кістки на землі, що встав, оперезав ременем згрібні штани, закинув на себе дранку і в дорозі до дверей говорив безрадними губами:</w:t>
      </w:r>
    </w:p>
    <w:p>
      <w:r>
        <w:br/>
        <w:t>— Чому, Господи, стоїш оддалеки, ховаєшся у час тісноти?</w:t>
      </w:r>
    </w:p>
    <w:p>
      <w:r>
        <w:br/>
        <w:t>Завірюха жбухнула йому в лице пригорщею вогкої студені й піску, аж станув опертий цілим тілом об стіну бараку і кінчив молитву задивлений без тямки перед себе... Молодиця розхристана й простоволоса бігла шляхом, руки простягла в далечінь, а сестра в чорній киреї манила її то кивком голови, то скоком, як у танку...</w:t>
      </w:r>
    </w:p>
    <w:p>
      <w:r>
        <w:br/>
        <w:t>І говорив Клим Чепига:</w:t>
      </w:r>
    </w:p>
    <w:p>
      <w:r>
        <w:br/>
        <w:t>— Встань, Господи Боже, щоб судити правду сиротині і пригнобленому і щоб чоловік, що з землі взявся, не л я к а в...</w:t>
      </w:r>
    </w:p>
    <w:p>
      <w:r>
        <w:br/>
        <w:t>Він не вспів докінчити, як з-поза угла рвонув жахливий вихор, обвертів чорну сестрину манту довкола неї цілої, аж станула миттю гей той стовп смереки, обгорілий від грому на уголь і вирослий тінню далеко поза ніч і бурю. Ліс зашумів дивоглядно, а вслід за ним при самих відземках дерев зірвалися шепоти і прокльони, здавлені в півдороги, ніби арпеджія пекельних гарф... Наздогін їм прибіг лютий свист вихру і погнав з маревом крізь дебри і нетіч, та жбурнув ним голосисто десь на гуляйполі...</w:t>
      </w:r>
    </w:p>
    <w:p>
      <w:r>
        <w:br/>
        <w:t>Повінь місячного світла залила простори. Ущухло кругом, мов відрубана мечем від крику і грози, розстелилася над світлом солодка тишина. І тільки ліс один-однісінький накликував старим, журливим шумом:</w:t>
      </w:r>
    </w:p>
    <w:p>
      <w:r>
        <w:br/>
        <w:t>— Соко-тіть діток, мами, сокотіть!</w:t>
      </w:r>
    </w:p>
    <w:p>
      <w:r>
        <w:br/>
        <w:t>[1] Барак в лісі (нім.).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Тіні 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