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Тихонів лист</w:t>
      </w:r>
    </w:p>
    <w:p>
      <w:r>
        <w:br/>
        <w:t xml:space="preserve"> &lt;p&gt;Доки жив старий Швайка, сини ходили під його рукою, як воли в плузі. Старший, Тихон, хоч і мав уже п'ятеро дітей, але на току снопи клались в одну скирту, і зерно зсипалось до одної засіки.</w:t>
      </w:r>
    </w:p>
    <w:p>
      <w:r>
        <w:br/>
        <w:t>— Отепер і до нового вистачить,— щороку над засікою говорив старий,— а захочете, то й приробите.</w:t>
      </w:r>
    </w:p>
    <w:p>
      <w:r>
        <w:br/>
        <w:t>Хата з хатиною під зопрілою соломою, мов з-під зеленого очіпка, дивилась, як сліпий більмами, трьома вікнами через купу гною до повітки, а ще двома — на кривий завулок, в якому літо в літо під похилими тинами росла кропива, мов коноплі.</w:t>
      </w:r>
    </w:p>
    <w:p>
      <w:r>
        <w:br/>
        <w:t>А потім одної днини потолочили кропиву, дух ладану змішався з припахом гною, Тихон вилаяв жінку, що взяла, на пироги крупки, а Грицько посварився за дубка на хрест, і старого Швайку в труні спровадили на кладовище.</w:t>
      </w:r>
    </w:p>
    <w:p>
      <w:r>
        <w:br/>
        <w:t>— Тепер будемо ділитись,— сказав Грицькові Тихонна другий день після похорону,— щоб я знав, на кого роблю.</w:t>
      </w:r>
    </w:p>
    <w:p>
      <w:r>
        <w:br/>
        <w:t>Грицько подивився у землю, потім на свої кривці і відказав:</w:t>
      </w:r>
    </w:p>
    <w:p>
      <w:r>
        <w:br/>
        <w:t>— Як ділитись, то й ділитись.</w:t>
      </w:r>
    </w:p>
    <w:p>
      <w:r>
        <w:br/>
        <w:t>На другий день Тихон до снідання ганявся з вилами за Грицьком, а слідом, цілячись попасти йому дрючком під йоги, бігала Грицькова жінка. На присінках, як на одірваній льодині, розмазуючи на щоках сльози, заходились на різні голоси разом восьмеро швайчат.</w:t>
      </w:r>
    </w:p>
    <w:p>
      <w:r>
        <w:br/>
        <w:t>Тйхон кричав голосно, як у лопату бив:</w:t>
      </w:r>
    </w:p>
    <w:p>
      <w:r>
        <w:br/>
        <w:t>— Ідійот ти, хамська душа!</w:t>
      </w:r>
    </w:p>
    <w:p>
      <w:r>
        <w:br/>
        <w:t>— А ти розвратник, от хто,— огризався з-під повітки Грицько,— ти цими діліжками й батька до могили призвів.</w:t>
      </w:r>
    </w:p>
    <w:p>
      <w:r>
        <w:br/>
        <w:t>Але ділитись почали. І вже надвечір до вулиці стирчали лати кінцями з-під обідратої соломи, мов клепки із розсох-лої діжки, а з темного горища, ніби сторож із куреня, виглядав над лежаком димар. Тепер на подвір'я дивилось лише одно вікно, та до вулиці відчинялись, як клапан, оббиті маткою двері.</w:t>
      </w:r>
    </w:p>
    <w:p>
      <w:r>
        <w:br/>
        <w:t>Грицько вивіз свою клітку на наділ і там сів, як жебрак при дорозі.</w:t>
      </w:r>
    </w:p>
    <w:p>
      <w:r>
        <w:br/>
        <w:t>— Діли тепер і землю,— нагадав уже Грицько.</w:t>
      </w:r>
    </w:p>
    <w:p>
      <w:r>
        <w:br/>
        <w:t>— Давай і землю,— погодився Тихон і пішов позичати крокви.</w:t>
      </w:r>
    </w:p>
    <w:p>
      <w:r>
        <w:br/>
        <w:t>На цей раз із кроквою тікав уже Тихон, а за ним з лопатою гнався по чужому житі Грицько. Тихонова жінка обірвала на Грицисі спідницю, а влітку на Грицьковій картоплі виріс Тихонів ячмінь.</w:t>
      </w:r>
    </w:p>
    <w:p>
      <w:r>
        <w:br/>
        <w:t>" 3 п'яти сажень вистачило ячменю, хоч і з бадиллям, ненадовго. Тихон на нього й надії не покладав, а до самої зими ходив з ціпом, як з рушницею, з току на тік.</w:t>
      </w:r>
    </w:p>
    <w:p>
      <w:r>
        <w:br/>
        <w:t>— Тихоне Трохимовичу,— було, запитає сусіда,— може б, до мене на завтра?</w:t>
      </w:r>
    </w:p>
    <w:p>
      <w:r>
        <w:br/>
        <w:t>— З цею паровою? — і тряс над лисою шапкою ціпом.— Це можна. Ми тільки кричати не вміємо, а робити нас не вчити.</w:t>
      </w:r>
    </w:p>
    <w:p>
      <w:r>
        <w:br/>
        <w:t>— А чого ти, Тихоне, на сходку не ходиш, там комітет новий закладають.</w:t>
      </w:r>
    </w:p>
    <w:p>
      <w:r>
        <w:br/>
        <w:t>— У мене, брат, у хаті своя сходка і комітет, аж цілих сім голосів. А що в Совєті ото вигадують, так то щоб з нашого брата лишню копійку стягти.</w:t>
      </w:r>
    </w:p>
    <w:p>
      <w:r>
        <w:br/>
        <w:t>— Ти знову своєї, а оте, цей комітет якийсь новий, кажуть ВД , щоб допомагати таким, як ми, розумієш?</w:t>
      </w:r>
    </w:p>
    <w:p>
      <w:r>
        <w:br/>
        <w:t>— Та я розумію, що веде,— тільки куди воно приведе. Доки ще маю за одну садибу п'ять карбованців платити?</w:t>
      </w:r>
    </w:p>
    <w:p>
      <w:r>
        <w:br/>
        <w:t>— А ти ж у незаможних, здається?</w:t>
      </w:r>
    </w:p>
    <w:p>
      <w:r>
        <w:br/>
        <w:t>— Хто, я? Хіба, може, зв'язаного затягнуть, а доки ціп у руках, то підходь та й дивись. То Грицько наш уже почав бігати до них.</w:t>
      </w:r>
    </w:p>
    <w:p>
      <w:r>
        <w:br/>
        <w:t>— А як же ти до нового дотягнеш?</w:t>
      </w:r>
    </w:p>
    <w:p>
      <w:r>
        <w:br/>
        <w:t>Тихон не любив про це згадувати і, наморщивши під лисою шапкою чоло, відповідав нехотя:</w:t>
      </w:r>
    </w:p>
    <w:p>
      <w:r>
        <w:br/>
        <w:t>— Проживемо, дасть бог, аби тільки по правді скрізь робилося. Ти думаєш, за віщо оце я Грицька частував? Щоб по правді ділився, бо за правду я й горло перерву. Так я завтра прийду, бувайте.</w:t>
      </w:r>
    </w:p>
    <w:p>
      <w:r>
        <w:br/>
        <w:t>Коли земля, як постав борошном, припорошилася снігом, Тихон затушкав листом та гноєм свою хату і далі не знав, до чого прикласти своїх рук.</w:t>
      </w:r>
    </w:p>
    <w:p>
      <w:r>
        <w:br/>
        <w:t>— Ти, Серього, хоч би газету приніс,— сказав він одного разу школяреві,— попроси в учителя, вона й на цигарку пригодиться.</w:t>
      </w:r>
    </w:p>
    <w:p>
      <w:r>
        <w:br/>
        <w:t>На другий день Серьога приніс газету. Тихон відірвав клапоть, скрутив козячу ніжку, а решту подав Серьозі.</w:t>
      </w:r>
    </w:p>
    <w:p>
      <w:r>
        <w:br/>
        <w:t>— А це почитай.</w:t>
      </w:r>
    </w:p>
    <w:p>
      <w:r>
        <w:br/>
        <w:t>Серьога, затинаючись і червоніючи, почав з великих літер:</w:t>
      </w:r>
    </w:p>
    <w:p>
      <w:r>
        <w:br/>
        <w:t>— "Стан здоров'я Леніна..."</w:t>
      </w:r>
    </w:p>
    <w:p>
      <w:r>
        <w:br/>
        <w:t>— Довели катюги,— вставив Тихон,— що аж захворіла людина. Раз чоловік за правду, так скрізь йому нема життя.</w:t>
      </w:r>
    </w:p>
    <w:p>
      <w:r>
        <w:br/>
        <w:t>Серьога залишив газету й радо сказав:</w:t>
      </w:r>
    </w:p>
    <w:p>
      <w:r>
        <w:br/>
        <w:t>— Наш учитель теж знає Леніна і писав щось до нього.</w:t>
      </w:r>
    </w:p>
    <w:p>
      <w:r>
        <w:br/>
        <w:t>— Мабуть, нащот жалування,— Тихон подумав і додав: — І правильно, хіба з нашими добалакаєшся? Ну, дальше.</w:t>
      </w:r>
    </w:p>
    <w:p>
      <w:r>
        <w:br/>
        <w:t>— "Допомога зерном,— уже в другому місці почав Серьога,— для всіх членів комнезаму й ВД буде видаватись на посів..."</w:t>
      </w:r>
    </w:p>
    <w:p>
      <w:r>
        <w:br/>
        <w:t>— Стривай, стривай, ану, ще раз...</w:t>
      </w:r>
    </w:p>
    <w:p>
      <w:r>
        <w:br/>
        <w:t>Серьога знову прочитав. Тихон схопив у свої руки газету і затряс нею, як вівсяним снопом.</w:t>
      </w:r>
    </w:p>
    <w:p>
      <w:r>
        <w:br/>
        <w:t>— А нам як? Що ж ми — хіба не такі християни, як у комітеті, чи, мо', не тому ж богові свічки ліпимо?</w:t>
      </w:r>
    </w:p>
    <w:p>
      <w:r>
        <w:br/>
        <w:t>До хати вступив сусіда:</w:t>
      </w:r>
    </w:p>
    <w:p>
      <w:r>
        <w:br/>
        <w:t>— Ти чого тут кричиш, Тихоне? Я думав, що з тебе вже шкуру здирають.</w:t>
      </w:r>
    </w:p>
    <w:p>
      <w:r>
        <w:br/>
        <w:t>— Та як же не кричати? Усім отим анахтемам, що на сходці галасують, бач, і хліба дають, а що в мене вже картоплею діти давляться, так їм і в головах не свербить.</w:t>
      </w:r>
    </w:p>
    <w:p>
      <w:r>
        <w:br/>
        <w:t>— А я тобі колись що казав? Ти з Грицька глузував за комітети, а він уже звідти й коня повів.</w:t>
      </w:r>
    </w:p>
    <w:p>
      <w:r>
        <w:br/>
        <w:t>Тихон аж на другу лаву пересів:</w:t>
      </w:r>
    </w:p>
    <w:p>
      <w:r>
        <w:br/>
        <w:t>— Грицькові коня? А хіба це по правді? Він у мене зрубав останнього дубка, а йому ще й коня. Ні, я цю штуку виведу, виведу оце веде. Ми знайдемо такого чоловіка.</w:t>
      </w:r>
    </w:p>
    <w:p>
      <w:r>
        <w:br/>
        <w:t>Сусіда відірвав шмат газети й собі і пішов із хати, а Тихон шпурнув рештки її на піч і затупсав від печі до вікна й назад.</w:t>
      </w:r>
    </w:p>
    <w:p>
      <w:r>
        <w:br/>
        <w:t>Тиждень цілий по тому все щось думав Тихон. Нарешті знову до Серьоги:</w:t>
      </w:r>
    </w:p>
    <w:p>
      <w:r>
        <w:br/>
        <w:t>— Ану, шукай паперу й пиши, та пиши гарно, щоб мені по-печатному. Пиши:</w:t>
      </w:r>
    </w:p>
    <w:p>
      <w:r>
        <w:br/>
        <w:t>"Начальникові товаришу Леніну".</w:t>
      </w:r>
    </w:p>
    <w:p>
      <w:r>
        <w:br/>
        <w:t>Серьога висунув язика і почав водити слідом за олівцем:</w:t>
      </w:r>
    </w:p>
    <w:p>
      <w:r>
        <w:br/>
        <w:t>"Я, хрестянин села Микитівки, товариш Швайка Тихон, пишу вам письмо нащот неправди. Потому як ви чоловік правильний, а в нас оце ВД таке веде, що коней та хліб пороздавали кому попало. От хоч би й Грицькові дали. Це неправильно, хіба тільки, що він в комітеті записаний, а в мене сім ротів, і я хоч і по комітетах не числюсь, а за правду всякому горло перерву. Іще покірніше просимо нащот ответа, і як вас бог милує?.."</w:t>
      </w:r>
    </w:p>
    <w:p>
      <w:r>
        <w:br/>
        <w:t>На конверті, що його заклеїли пожованим хлібом, Серьога вивів:</w:t>
      </w:r>
    </w:p>
    <w:p>
      <w:r>
        <w:br/>
        <w:t>"Москва, Комуністіческий Совет. Получить в руки товарищу Леніну".</w:t>
      </w:r>
    </w:p>
    <w:p>
      <w:r>
        <w:br/>
        <w:t>— Ну а тепер ще пиши до отого комітету:</w:t>
      </w:r>
    </w:p>
    <w:p>
      <w:r>
        <w:br/>
        <w:t>"Як мені треба теж чимось сіяти і я такий же голий, як і інші, то прошу й мене записати, щоб, значить,-зерно й друга поміч ішла по правді. А дітей все-таки хрестити буду, хоч бог мені надопомагав, як сліпому окуляри, але в законі сказано: "Без бога ні до порога".</w:t>
      </w:r>
    </w:p>
    <w:p>
      <w:r>
        <w:br/>
        <w:t>У неділю Тихон обережно вложив у шапку папірці і заніс листа на пошту, а заяву до сільради.</w:t>
      </w:r>
    </w:p>
    <w:p>
      <w:r>
        <w:br/>
        <w:t>Про листа він нікому не обмовився і Серьозі наказав:</w:t>
      </w:r>
    </w:p>
    <w:p>
      <w:r>
        <w:br/>
        <w:t>— Мовчи, так ми їх всіх накриємо.</w:t>
      </w:r>
    </w:p>
    <w:p>
      <w:r>
        <w:br/>
        <w:t>За три дні він знову пішов до сільради і якось хитро запитав:</w:t>
      </w:r>
    </w:p>
    <w:p>
      <w:r>
        <w:br/>
        <w:t>— Ну, що пишуть? І звідтіля одержуєте? — і він кивнув у бік, де, на його думку, мусила бути Москва.</w:t>
      </w:r>
    </w:p>
    <w:p>
      <w:r>
        <w:br/>
        <w:t>Секретар копався в своїх паперах і не звернув на нього уваги.</w:t>
      </w:r>
    </w:p>
    <w:p>
      <w:r>
        <w:br/>
        <w:t>Чим більше набувався час, тим частіше навідувався Тихон до сільради. "Все ж таки щось та пишуть,— думав він,— а може, Серьога такого накарлючив, що й не вчитають". Але секретар все івд не розумів, куди-то Тихон киває головою, і майже ніколи не заводив із ним балачок.</w:t>
      </w:r>
    </w:p>
    <w:p>
      <w:r>
        <w:br/>
        <w:t>У м'ясниці ще й хрести з льоду стояли на ставку, на півдорозі до сільради перестрів його сусіда.</w:t>
      </w:r>
    </w:p>
    <w:p>
      <w:r>
        <w:br/>
        <w:t>— Чув, Тихоне,— запитав він тихо, ніби проходив повз небіжчика,— кажуть, Ленін помер.</w:t>
      </w:r>
    </w:p>
    <w:p>
      <w:r>
        <w:br/>
        <w:t>— Таке вигадуєш...</w:t>
      </w:r>
    </w:p>
    <w:p>
      <w:r>
        <w:br/>
        <w:t>— От тобі й вигадуєш: он уже й на сходку загадують.</w:t>
      </w:r>
    </w:p>
    <w:p>
      <w:r>
        <w:br/>
        <w:t>— Царство небесне,— перехрестився Тихон і відчув, як під шапкою зробилося тісно нечесаному волоссю. Не додержуючись стежки, через замети, він підтюпцем подався до сільради. "Тепер капут мені,— думав він, плутаючись у полах свити,— до нового хліба не дотягну, а правди тута не шукати, один би. ще міг порядки навести, та й його не стало". Далі подумав: "Може, ще й прийде що".</w:t>
      </w:r>
    </w:p>
    <w:p>
      <w:r>
        <w:br/>
        <w:t>Сход ще не починався. Окремі купки селян на ґанку під червоним прапором, над яким літали вже, мов круки, чорні стьожки, говорили тихо, ніби сюди мали внести зараз . труну.</w:t>
      </w:r>
    </w:p>
    <w:p>
      <w:r>
        <w:br/>
        <w:t>Тихон зайшов до сільради. На цей раз він уже нічого не запитав і не кивнув, як завжди, у той бік, де, на його думку, мусила бути Москва, а лише запитливо глянув у вічі секретареві. Заклопотаний секретар на момент відірвався від газети, глянув на Тихона й тут же пригадав:</w:t>
      </w:r>
    </w:p>
    <w:p>
      <w:r>
        <w:br/>
        <w:t>— Тобі, Тихоне, оповістка є.</w:t>
      </w:r>
    </w:p>
    <w:p>
      <w:r>
        <w:br/>
        <w:t>Тихон завмер. Тіло ніби почало гарячим піском стікати у великі його чоботи.</w:t>
      </w:r>
    </w:p>
    <w:p>
      <w:r>
        <w:br/>
        <w:t>— Чуєш? Тобі завтра можна одержувати зерно на посів.</w:t>
      </w:r>
    </w:p>
    <w:p>
      <w:r>
        <w:br/>
        <w:t>Тихон відчув, як тьохнуло серце і до горла підкотив якийсь клубочок. По обличчю забігали тіні, а губи, силкуючись щось сказати, лише безсило смикались. Нарешті він через силу прохрипів два слова:</w:t>
      </w:r>
    </w:p>
    <w:p>
      <w:r>
        <w:br/>
        <w:t>— Таки одержали?</w:t>
      </w:r>
    </w:p>
    <w:p>
      <w:r>
        <w:br/>
        <w:t>Секретар і тепер не зрозумів його запитання і знову вже копався у своїх паперах. Тихон, не дочекавшись відповіді, звів сумні очі на портрет, оповитий чорним крепом, і вже тремтячим, голосом сказав:</w:t>
      </w:r>
    </w:p>
    <w:p>
      <w:r>
        <w:br/>
        <w:t>— Таки правильний був чоловік,— і навшпиньках вийшов у сіни, де також притамованими голосами, ніби стоя-" ли біля труни, вели бесіду селяни про жорстоку смерть.</w:t>
      </w:r>
    </w:p>
    <w:p>
      <w:r>
        <w:br/>
        <w:t>Харків, 1926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Тихонів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