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Тяжка операція</w:t>
      </w:r>
    </w:p>
    <w:p>
      <w:r>
        <w:br/>
        <w:t xml:space="preserve"> &lt;p&gt;ТЯЖКА ОПЕРАЦІЯ</w:t>
      </w:r>
    </w:p>
    <w:p>
      <w:r>
        <w:br/>
        <w:t>Ідеалом директора шпиталю д-ра Д. було: по трудах дня якнайскорше покластися в ліжко і при лампі читати часопис або роман та попивати чай. Особливо взимі, коли надворі мело снігом і вітер гудів у комині, доктор чимскор-ше втікав у ліжко і під теплим покривалом простягався та вигинався так само радо, як се робив його трилітній син Влодко, котрого не раз не можна було витягти з постелі.</w:t>
      </w:r>
    </w:p>
    <w:p>
      <w:r>
        <w:br/>
        <w:t>І саме в такий час, коли мороз виходив з костей і по тілі розпливалося приємне усипляюче тепло, дуже часто лучалося, що по доктора приїздив віз або сани з села. Тоді він напочаток відповідав коротко і рішучо, що не поїде до хорого за ніякі гроші, бо сам є хорий; потім проклинав сен порядок чи нелад на світі, що з теплої постелі тягне лікаря на мороз — і то по якійсь ніби добрій волі, без жандарма,— вкінці вискакував з ліжка, одягався скоренько і допитувався у візника уважно, що за пригода, до кого кличуть його і чи справді така пекуча потреба.</w:t>
      </w:r>
    </w:p>
    <w:p>
      <w:r>
        <w:br/>
        <w:t>Так само склалося й нині. Надворі був сильний мороз. Доктор читав саме у ліжку, як західні держави Європи й Америки дбають з усіх сил про свою кишеню, чи то пак про мир в Європі, читав, сердився і починав уже дрімати, коли перед домом станули санки і до кухні увійшов молодий селянин. Приїхав по доктора. Спитали його, з котрого села і хто занедужав,— і сю вістку наймичка понесла лікареві. Лікар не відізвався. Тоді із сею самою вісткою пішла до нього жінка. Він не спав ще, слухав, але не відмикав очей і не відповідав. Тільки коли жінка назвала хо-рого, він усів скоро на постелі і скрикнув гнівно:</w:t>
      </w:r>
    </w:p>
    <w:p>
      <w:r>
        <w:br/>
        <w:t>— Що?! До того старого шкарбуна я мав би їхати у такий мороз! Він ще жиє? Доки ж він гадає жити, сей скупиндряга?! Мало йому, що я вже раз вирятував його від смерті,— він ще другий раз хоче?! Я не поїду! Приклич мені сюди того післанця, що приїхав, я йому сам скажу.</w:t>
      </w:r>
    </w:p>
    <w:p>
      <w:r>
        <w:br/>
        <w:t>І доктор поклався у постіль.</w:t>
      </w:r>
    </w:p>
    <w:p>
      <w:r>
        <w:br/>
        <w:t>У кімнату увійшов селянин і вніс із собою ще добру пайку морозу, що засів у його кожусі.</w:t>
      </w:r>
    </w:p>
    <w:p>
      <w:r>
        <w:br/>
        <w:t>— Ви свояк старого Василюка? — спитався лікар.</w:t>
      </w:r>
    </w:p>
    <w:p>
      <w:r>
        <w:br/>
        <w:t>— Я зять його. Перед трьома роками я вернувся з Канади й оженився у нього.</w:t>
      </w:r>
    </w:p>
    <w:p>
      <w:r>
        <w:br/>
        <w:t>— Що ж він? Хорий? Лежить? Має гарячку?</w:t>
      </w:r>
    </w:p>
    <w:p>
      <w:r>
        <w:br/>
        <w:t>— Я сам не знаю,— відповів селянин.— Він і ходить, і кладеться часом на постіль. Від кількох днів усе говорить, що потребує доктора, і то не кого іншого, тільки вас, бо ви, каже, вилічили його зі страшної гарячки і були з ним дуже чемні. Що йому тоді було?</w:t>
      </w:r>
    </w:p>
    <w:p>
      <w:r>
        <w:br/>
        <w:t>— Тиф мав з бруду і нехлюйства. Не завидую вам вашого тестя.</w:t>
      </w:r>
    </w:p>
    <w:p>
      <w:r>
        <w:br/>
        <w:t>— Знаю...— відповів селянин коротко і зчервонівся. По хвилі додав: — Тепер у нього вже більший лад. Але буває, що у свою хату і цілий тиждень нікого не пускає, ні мене, ні доньки. Я поклав собі хату окремо — і байдуже мені... От старий чудак, удовець...</w:t>
      </w:r>
    </w:p>
    <w:p>
      <w:r>
        <w:br/>
        <w:t>— Не чудак, не чудак,— відповів лікар скоро,— тільки скупар, паскудний чоловік! Коли ви зять, то, певно, чули, що ще перед вами приїхав його син з Америки, здоровий, як оріх, привіз доларів, скільки — не знаю, і в батьківській нехлюйній хаті помер від тифу. Старий держав долари у скрині, але мила не купив. Припадком був я тоді у вашім селі і заглянув у його хату: дочка вже видужувала, а старого я забрав у шпиталь.</w:t>
      </w:r>
    </w:p>
    <w:p>
      <w:r>
        <w:br/>
        <w:t>— Чув я про те все,— замітив селянин несміливо, мовби соромився.</w:t>
      </w:r>
    </w:p>
    <w:p>
      <w:r>
        <w:br/>
        <w:t>Лікар усів на ліжку. Вподобався йому сей молодий, здоровий господар своєю поважною чемністю, що числиться зі словами і нікого не хоче вразити.</w:t>
      </w:r>
    </w:p>
    <w:p>
      <w:r>
        <w:br/>
        <w:t>— Пане докторе, що було, то пропало. А тепер я вас прошу поїхати зі мною, на мій рахунок. Самі зрозумійте, що не годиться мені відмовити старому. Се ж батько моєї жінки, мій тесть. Нині підвечір прийшов до мене: "їдь і їдь,— каже,— привези мені того доктора, що все ходить без шапки; я старий, я хорий..."</w:t>
      </w:r>
    </w:p>
    <w:p>
      <w:r>
        <w:br/>
        <w:t>— Чого ж він ходить, коли хорий? — замітив лікар і зітхнув важко.— Ой, коли б ви знали, як мені не хочеться їхати!</w:t>
      </w:r>
    </w:p>
    <w:p>
      <w:r>
        <w:br/>
        <w:t>— Вірю вам, пане докторе. Але се недалеко, санна дорога гарна, коні бистрі, за годину заїдемо.</w:t>
      </w:r>
    </w:p>
    <w:p>
      <w:r>
        <w:br/>
        <w:t>Лікар почав одягатися. Зовсім не сказав селянинові того, що загадував і чим жінку страшив.</w:t>
      </w:r>
    </w:p>
    <w:p>
      <w:r>
        <w:br/>
        <w:t>Небавом був він уже на морозі і їхав. Санки були вигідні, коні дійсно сильні, а візник не жалував їх. Він і не відзивався ані словом, тільки все думав, як се може бути: надворі сильний мороз, доктор одягнувся в шубу і накрив ноги бараницею, а лису голову виставив цілу на мороз і не дбає — хоч би платком яким заслонив.</w:t>
      </w:r>
    </w:p>
    <w:p>
      <w:r>
        <w:br/>
        <w:t>За годину були справді дома. Коні станули перед високою брамою з острішком. Ціле господарство було обведене кам'яним муром, як фортеця. На подвір'ї гавкав пес.</w:t>
      </w:r>
    </w:p>
    <w:p>
      <w:r>
        <w:br/>
        <w:t>— До буди! — скрикнув хтось здоровим голосом за брамою.— Зараз відчиню!</w:t>
      </w:r>
    </w:p>
    <w:p>
      <w:r>
        <w:br/>
        <w:t>— От вам і хорий! — шепнув зять.</w:t>
      </w:r>
    </w:p>
    <w:p>
      <w:r>
        <w:br/>
        <w:t>Заскреготів ключ у колодці, брама відчинилася, і санки в'їхали на подвір'я. Старий Василюк не привітався з доктором, тільки перше замкнув браму на колодку і потім промовив:</w:t>
      </w:r>
    </w:p>
    <w:p>
      <w:r>
        <w:br/>
        <w:t>— От добре, що ви приїхали. Хорий я, знаєте; старість — не радість.</w:t>
      </w:r>
    </w:p>
    <w:p>
      <w:r>
        <w:br/>
        <w:t>— Чого ж ви ходите так легко одіті на морозі? — спитав доктор, поглянувши на Василюка і його подерту кожушину.</w:t>
      </w:r>
    </w:p>
    <w:p>
      <w:r>
        <w:br/>
        <w:t>Старий не відповів лікареві, тільки зятеві приказав:</w:t>
      </w:r>
    </w:p>
    <w:p>
      <w:r>
        <w:br/>
        <w:t>— Заведи, Іване, коні до стайні і сам іди до свого дому!</w:t>
      </w:r>
    </w:p>
    <w:p>
      <w:r>
        <w:br/>
        <w:t>— Піду, тату! — відповів зять.— А може би, пан доктор прийшов потім до мене на чайок. Адже змерз...</w:t>
      </w:r>
    </w:p>
    <w:p>
      <w:r>
        <w:br/>
        <w:t>— Змерз, кажеш? — озвався старий уже з порога хати.— Ага, змерз. Ну, правда, нині мороз. Та се нічо... А гарбати можеш дати — чому би ні? Ходім!</w:t>
      </w:r>
    </w:p>
    <w:p>
      <w:r>
        <w:br/>
        <w:t>Доктор казав ще Іванові взяти шубу і бараницю до своєї хати й подався за старим у його житло. Тут було натоплено, але тепло з печі перемішалося із сопухом кожухів— і з того зробилася звичайна прикра задуха старих, непровітрюваних селянських хат, котрої ніяке пахуче зілля за образами та сволоком не в силі перемогти. У Васи-люка й зілля не було. Але, щоправда, стіни були вибілені і долівка була підметена. Маленька нафтова лампа ледве освічувала убогу обстановку: дві лави, старомодний стіл, що був заразом і скринею, постіль і жердку з кожухами та ще деякі дрібниці.</w:t>
      </w:r>
    </w:p>
    <w:p>
      <w:r>
        <w:br/>
        <w:t>Василюк замкнув сінешні двері на ключ і засув, хатні двері — на защіпку, поклав залізні вила коло дверей, закрив маленькі вікна ряднами, обтер кулаком свої прй-стрижені над губами вуси — і тільки по сих приготуваннях почав розмову з лікарем, котрий з деяким недовір'ям дивився на старого діда і на залізні вила.</w:t>
      </w:r>
    </w:p>
    <w:p>
      <w:r>
        <w:br/>
        <w:t>— Хе-хе, пане докторе, дай вам, боже, здоровля, що до мене заїхали.</w:t>
      </w:r>
    </w:p>
    <w:p>
      <w:r>
        <w:br/>
        <w:t>— Що вас болить? — спитав доктор.</w:t>
      </w:r>
    </w:p>
    <w:p>
      <w:r>
        <w:br/>
        <w:t>— О, болить, дуже болить; праця... моя, кервавиця моя гіренька болить мене.</w:t>
      </w:r>
    </w:p>
    <w:p>
      <w:r>
        <w:br/>
        <w:t>Доктор не зрозумів нарікання і сказав просто:</w:t>
      </w:r>
    </w:p>
    <w:p>
      <w:r>
        <w:br/>
        <w:t>— Роздягніться, я вас огляну. Дід махнув рукою:</w:t>
      </w:r>
    </w:p>
    <w:p>
      <w:r>
        <w:br/>
        <w:t>— Не треба, хе-хе, не треба. Я здоров... Я до вас з іншим ділом. Але ви не скажете нікому?</w:t>
      </w:r>
    </w:p>
    <w:p>
      <w:r>
        <w:br/>
        <w:t>— Ну, будьте спокійні!</w:t>
      </w:r>
    </w:p>
    <w:p>
      <w:r>
        <w:br/>
        <w:t>— Я так собі й гадав. Кого би то, міркую собі, взяти? Когось із села — не можна. Попа? Жида? Учителя? — ні! Когось чужого? — ані гадки! Уб'є, опришків приведе. Зятя? — ні! Нащо має ждати на мою смерть? Доньку? — вона задурна, невчена, рознесе по селі... Восени, чую, ви приїхали до поліжниці. Згадав я, як ви мене у шпиталі пильнували, дай вам, боже, здоровля, феника від мене не взяли, від смерті мене збавили, чемно зі мною балакали,— і з того часу все мені не сходить з думки: поклич та й поклич його, то добрий і певний чоловік. Ніхто не буде знати.</w:t>
      </w:r>
    </w:p>
    <w:p>
      <w:r>
        <w:br/>
        <w:t>"—До чого ж ви мене покликали? — дивувався лікар чимраз більше, слухаючи неясної мови дідуся.</w:t>
      </w:r>
    </w:p>
    <w:p>
      <w:r>
        <w:br/>
        <w:t>Дід цмокнув язиком, зам'явся, а потім і сказав свою велику тайну:</w:t>
      </w:r>
    </w:p>
    <w:p>
      <w:r>
        <w:br/>
        <w:t>— Я покликав вас, щоби ви мені мої гроші порахували. Я заплачу вам, о! я заплачу. Не гадайте собі! Цілком так, як би ви до хорого приїхали.— І дід засміявся.— Хе-хе! Здурю людей. Завтра пічнуть мене сусіди питатися: "А го хто був у вас вночі?" — "Доктор був,— скажу і не збрешу.— Чогось мені слабо зробилося, і я покликав доктора, самого головного, аякже, бо мене на то стати". А доктор мені файно гроші порахував, мою пра-цейку, мою кервавицю за довгі літа, щоби я знав, що я маю. І ніхто того не бачив, бо то ніч.</w:t>
      </w:r>
    </w:p>
    <w:p>
      <w:r>
        <w:br/>
        <w:t>Доктор осміхнувся, бо ще до такої недуги його ніколи не кликали. А дід дальше тішився, як то він хитро придумав:</w:t>
      </w:r>
    </w:p>
    <w:p>
      <w:r>
        <w:br/>
        <w:t>— Що? Не добре я вигадав? Але ви нікому не скажете?</w:t>
      </w:r>
    </w:p>
    <w:p>
      <w:r>
        <w:br/>
        <w:t>— Ні, ні!</w:t>
      </w:r>
    </w:p>
    <w:p>
      <w:r>
        <w:br/>
        <w:t>— Бо то, знаєте, за ту війну з тими грішми всілякими я цілком збаламутився і вже тепер ні сюди ні туди. Дивлюся на них, як сліпий,— ще тільки австріяцькі розпізнаю. Ото були раз гроші — гей, гей! — бо тата мали, еге! І рублі файні. А ті інші, що настали, то я вже сам не знаю, що беру, що даю, кілько належиться,— кажу вам, не можу собі ради дати. Я на такі великі нумера не вчений, а тут тепер лиш тисячі і міліони. Хе-хе! О, колись-то я виміняв жидові двісті доларів, а він мені наніс таких марок — щось чотири міліони чи скільки там,— я числив і числив і, ріжте мене,— не знаю, чи одурив мене жид, чи ні.</w:t>
      </w:r>
    </w:p>
    <w:p>
      <w:r>
        <w:br/>
        <w:t>— Відразу кажу вам, що одурив вас,— сказав доктор рішучо.</w:t>
      </w:r>
    </w:p>
    <w:p>
      <w:r>
        <w:br/>
        <w:t>— Ові — здивувався дід.— А то як?</w:t>
      </w:r>
    </w:p>
    <w:p>
      <w:r>
        <w:br/>
        <w:t>Лікар вияснив йому, в чім діло,— і старому почали трястися руки, мовби справді нагло занедужав, голос його став жалісливий і та бадьорість, яку досі проявляв, десь щезла.</w:t>
      </w:r>
    </w:p>
    <w:p>
      <w:r>
        <w:br/>
        <w:t>— Падоньку мійі Що ж я доброго зробив?! — бідкався він. Потім замовк, подумав і знову спитався: — Але ви нікому не скажете? — І цілком тихо додав: — Я ще маю долари, маю, маю! Жидові я не сказав цілої правди, о ні! Ви мені почислите?</w:t>
      </w:r>
    </w:p>
    <w:p>
      <w:r>
        <w:br/>
        <w:t>— Давайте, нехай уже раз починаю!</w:t>
      </w:r>
    </w:p>
    <w:p>
      <w:r>
        <w:br/>
        <w:t>— Я зараз. Я ще увечір позносив усе до хати. Бо я тут, в хаті, грошей не держу, о ні! Маю на них інший сховок — і не один.</w:t>
      </w:r>
    </w:p>
    <w:p>
      <w:r>
        <w:br/>
        <w:t>Старий витяг з-під ліжка дерев'яну скриньку і мішок, поклав їх на постіль, подивився на вікно і почав витягати гроші та розкладати їх на столі. Небавом цілий стіл був закритий різними паперовими банкнотами, котрих "не вчений на великі нумера" селянин дійсно не міг почислити, стільки було їх.</w:t>
      </w:r>
    </w:p>
    <w:p>
      <w:r>
        <w:br/>
        <w:t>Лікар стояв здалеку від стола, і тільки коли вже дід усі гроші виложив, приступив ближче та сказав:</w:t>
      </w:r>
    </w:p>
    <w:p>
      <w:r>
        <w:br/>
        <w:t>— Тепер я почну числити, а ви добре дивіться, щоби мені що до пальців не прилипло.</w:t>
      </w:r>
    </w:p>
    <w:p>
      <w:r>
        <w:br/>
        <w:t>— Е! — заперечив дід рішучо.— Ви не з тих, я знаю. Проте він добре дивився лікареві на пальці і хитрими</w:t>
      </w:r>
    </w:p>
    <w:p>
      <w:r>
        <w:br/>
        <w:t>очима водив за всіма його рухами. Лікар складав окремо долари, окремо царські рублі, австрійські корони, німецькі марки, українські карбованці і гривні і вкінці цілі грубі томи польських марок. Тих було найбільше — половину стола зайняли.</w:t>
      </w:r>
    </w:p>
    <w:p>
      <w:r>
        <w:br/>
        <w:t>— Ви звідки стільки добра придбали?</w:t>
      </w:r>
    </w:p>
    <w:p>
      <w:r>
        <w:br/>
        <w:t>— Хе-хе! — засміявся старий.— Праця моя, кервави-ця моя. Потім війна. Яке військо приходило, то в мене брало. Я ж господар, п'ятдесят літ на своїм грунті. Потім</w:t>
      </w:r>
    </w:p>
    <w:p>
      <w:r>
        <w:br/>
        <w:t>син долари привіз. Назбиралося, дякувати богу за його ласку.</w:t>
      </w:r>
    </w:p>
    <w:p>
      <w:r>
        <w:br/>
        <w:t>Лікар тим часом укладав одиниці, п'ятки, десятки, сотки і тисячі окремими купками, щоби легше було їх почислити разом. Потім із своєї лікарської торби, котру взяв з собою, вийняв стару газету, покраяв її ножиком на стяжки і казав господареві дати ниток. Далі позавивав у папір почислені гроші, пообв'язував їх нитками і пописав на обгортках, скільки котрих є. Коли вже на столі було все упорядковане і пов'язане, списав собі на чистім папері всі гроші два рази. Старий Василюк придивлявся всьому тихо і набожно та ждав на кінцеве зчислення, мов на засуд.</w:t>
      </w:r>
    </w:p>
    <w:p>
      <w:r>
        <w:br/>
        <w:t>— Отже, маєте, ґаздо, 3453 долари, 12 500 австрійських корон, 8237 царських рублів, 2747 німецьких марок, 250 000 українських карбованців, і 172 000 гривен, і 8 327 255 польських марок. Ще й кілька большевицьких тисячок тут є. Тут маєте картку, на котрій всі ті' ваші гроші списані. Тепер я вас хотів би щось спитатися; чи ви послухали би моєї ради?</w:t>
      </w:r>
    </w:p>
    <w:p>
      <w:r>
        <w:br/>
        <w:t>— Якої? — зацікавився дід.</w:t>
      </w:r>
    </w:p>
    <w:p>
      <w:r>
        <w:br/>
        <w:t>Лікар цілком поважно почав навчати старого скупаря про різні валюти, про причини їх зросту й упадку в ціні; казав, котрі гроші треба заховати, а котрі негайно видати, і, щоби старий не помилявся, сам при нім відложив у скриньку долари і гроші, котрі не ходили або втратили ціну, а мільйони польських марок зложив у мішок і порадив занести їх хоч зараз зятеві, нехай купує все, що тільки за марки можна ще купити.</w:t>
      </w:r>
    </w:p>
    <w:p>
      <w:r>
        <w:br/>
        <w:t>Все вподобалося старому, що лікар казав, тільки по-слідня рада ні.</w:t>
      </w:r>
    </w:p>
    <w:p>
      <w:r>
        <w:br/>
        <w:t>— Воля ваша,— сказав на те лікар.— Гроші не мої, ви можете їх і в огонь кинути... Ну, мені пора додому, я своє зробив.</w:t>
      </w:r>
    </w:p>
    <w:p>
      <w:r>
        <w:br/>
        <w:t>— Що ж вам дати за ваш труд? — спитався дід і почав щось нишпорити у мішку.— Все так красно пов'язано, що рушати жалко.</w:t>
      </w:r>
    </w:p>
    <w:p>
      <w:r>
        <w:br/>
        <w:t>— То й не рушайте, коли вам жалко,— всердився лікар.</w:t>
      </w:r>
    </w:p>
    <w:p>
      <w:r>
        <w:br/>
        <w:t>— Але ж ви трудилися! — боронився старий і вийняв з мішка пакет по десять марок, котрих разом було не більше тисячі.</w:t>
      </w:r>
    </w:p>
    <w:p>
      <w:r>
        <w:br/>
        <w:t>— Не треба, я не прийму.</w:t>
      </w:r>
    </w:p>
    <w:p>
      <w:r>
        <w:br/>
        <w:t>— Хе-хе! — утішився старий.— Які ви добрі! От чоловік!</w:t>
      </w:r>
    </w:p>
    <w:p>
      <w:r>
        <w:br/>
        <w:t>За сим словом він цілком спокійно сховав пакет у мішок і нітрохи не засоромився. Сердитий, але на виду спокійний доктор почав одягатися:</w:t>
      </w:r>
    </w:p>
    <w:p>
      <w:r>
        <w:br/>
        <w:t>— Раджу вам, ґаздо, ще раз: дати всі марки зятеві, бо ви їх змарнуєте, як дитина. То навіть суд мчв би право взяти вас і ваші гроші у свою опіку, бо ви ними не вмієте орудувати.</w:t>
      </w:r>
    </w:p>
    <w:p>
      <w:r>
        <w:br/>
        <w:t>Старий настрашився:</w:t>
      </w:r>
    </w:p>
    <w:p>
      <w:r>
        <w:br/>
        <w:t>— Суд? Яким правом?</w:t>
      </w:r>
    </w:p>
    <w:p>
      <w:r>
        <w:br/>
        <w:t>— Таким правом, що кривдите свої діти.</w:t>
      </w:r>
    </w:p>
    <w:p>
      <w:r>
        <w:br/>
        <w:t>Доктор не міг уже дальше говорити із старим спокійно, попрощався і пішов до зятевої хати, що стояла недалеко. Тут уже було видко руку і догляд "американця". Світлиця була чиста, ясна, на помості, з великими вікнами, з правдивими меблями. Стіл застелений, на нім велика лампа, кипучий самовар, горівка і перекуска. Лікар був мило здивований, коли се побачив, і його сердитий настрій уступився.</w:t>
      </w:r>
    </w:p>
    <w:p>
      <w:r>
        <w:br/>
        <w:t>Жінка молодого господаря показалася тільки на хвилину— привітатися і довідатися, що з батьком, і потім вийшла у челядну до малої дитини. Лікар пив чай і думав, що з тою всього, що він бачив у тестя, оповісти зятеві, а що промовчати. Вкінці рішив, що тут годі церемонитися і треба поступити не інакше, як при хорім: здорові повинні знати, що недужому хибує, і пильнувати його; отже оповів зятеві все дочиста і подав йому спис грошей.</w:t>
      </w:r>
    </w:p>
    <w:p>
      <w:r>
        <w:br/>
        <w:t>Господар зчудувався, але якось так в міру, здержано, без об'явів великої утіхи, що лікареві ще більше вподобався.</w:t>
      </w:r>
    </w:p>
    <w:p>
      <w:r>
        <w:br/>
        <w:t>— Я знаю,— каже,— що старий має гроші, але щоб аж стільки... Ну, походимо коло нього, коли буде можна. От як наші люде марнують маєтки! Я не впоминаюся у старого нічого, бо й сам дещо маю.</w:t>
      </w:r>
    </w:p>
    <w:p>
      <w:r>
        <w:br/>
        <w:t>За труд дав Іван лікареві двадцять доларів і відвіз його додому.</w:t>
      </w:r>
    </w:p>
    <w:p>
      <w:r>
        <w:br/>
        <w:t>Дома жінка лікаря ще не спала.</w:t>
      </w:r>
    </w:p>
    <w:p>
      <w:r>
        <w:br/>
        <w:t>— На, маєш, Зеню, двадцять доларів.</w:t>
      </w:r>
    </w:p>
    <w:p>
      <w:r>
        <w:br/>
        <w:t>— Ов! —здивувалася жінка.— Се старий скупар так розщедрився?</w:t>
      </w:r>
    </w:p>
    <w:p>
      <w:r>
        <w:br/>
        <w:t>— Де ж там! Се його зять.</w:t>
      </w:r>
    </w:p>
    <w:p>
      <w:r>
        <w:br/>
        <w:t>— Що ж там було?</w:t>
      </w:r>
    </w:p>
    <w:p>
      <w:r>
        <w:br/>
        <w:t>— Тяжка операція була. Побачу сими днями, чи вдалася. Операція дійсно повелася, хоч і не цілком. По двох днях зять старого скупаря привіз докторові корець пшениці і вістку, що від тестя дістав більше як вісім мільйонів марок. Надумався старий, але про долари у скрині все ще не згадав ані словом...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Тяжка операція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