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міріядах можеш форм укритись...</w:t>
      </w:r>
    </w:p>
    <w:p>
      <w:r>
        <w:br/>
        <w:t xml:space="preserve"> Ти в міріядах можеш форм укритись —&lt;br /&gt;</w:t>
        <w:br/>
        <w:t>Всенайлюбіша, впізнаю тебе;&lt;br /&gt;</w:t>
        <w:br/>
        <w:t>Незримою ти можеш потаїтись —&lt;br /&gt;</w:t>
        <w:br/>
        <w:t>I всеприявну вчую я тебе.</w:t>
      </w:r>
    </w:p>
    <w:p>
      <w:r>
        <w:br/>
        <w:t>I в кипариса юнім, чистім рості,&lt;br /&gt;</w:t>
        <w:br/>
        <w:t>Всекраснозросла, впізнаю тебе,&lt;br /&gt;</w:t>
        <w:br/>
        <w:t>I в пригортанні вод, в їх теплій млості&lt;br /&gt;</w:t>
        <w:br/>
        <w:t>Я всепестливу впізнаю тебе.</w:t>
      </w:r>
    </w:p>
    <w:p>
      <w:r>
        <w:br/>
        <w:t>В піднесенні осяйнім водограю,&lt;br /&gt;</w:t>
        <w:br/>
        <w:t>Всеграюча, я впізнаю тебе;&lt;br /&gt;</w:t>
        <w:br/>
        <w:t>Стовид свій оболоко розгортає —&lt;br /&gt;</w:t>
        <w:br/>
        <w:t>Там, о всеобразна, я зрю тебе!</w:t>
      </w:r>
    </w:p>
    <w:p>
      <w:r>
        <w:br/>
        <w:t>Як ряснокилимно заквітнуть луки,&lt;br /&gt;</w:t>
        <w:br/>
        <w:t>Всебарвнозоряна, я зрю тебе;&lt;br /&gt;</w:t>
        <w:br/>
        <w:t>Плющ обвиває мури, многорукий,-&lt;br /&gt;</w:t>
        <w:br/>
        <w:t>Всеобіймаюча, я зрю тебе.</w:t>
      </w:r>
    </w:p>
    <w:p>
      <w:r>
        <w:br/>
        <w:t>Як рань запломеніє над горою,&lt;br /&gt;</w:t>
        <w:br/>
        <w:t>Всерадуюча, славлю я тебе,&lt;br /&gt;</w:t>
        <w:br/>
        <w:t>Як шир небес кругліє надо мною,&lt;br /&gt;</w:t>
        <w:br/>
        <w:t>Душе всерозгортальна, п'ю тебе.</w:t>
      </w:r>
    </w:p>
    <w:p>
      <w:r>
        <w:br/>
        <w:t>Від тебе явне і глибинне знаю,&lt;br /&gt;</w:t>
        <w:br/>
        <w:t>Всемудра ти, боготворю тебе!&lt;br /&gt;</w:t>
        <w:br/>
        <w:t>Я сто імен Аллаха називаю —&lt;br /&gt;</w:t>
        <w:br/>
        <w:t>З них кожне величає і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міріядах можеш форм укритись...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