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— філолог</w:t>
      </w:r>
    </w:p>
    <w:p>
      <w:r>
        <w:br/>
        <w:t xml:space="preserve"> Чи знаєш ти, що ти — філолог,&lt;br /&gt;</w:t>
        <w:br/>
        <w:t>дитя кмітливе і шпарке?&lt;br /&gt;</w:t>
        <w:br/>
        <w:t>Сюди до рими слово полог.&lt;br /&gt;</w:t>
        <w:br/>
        <w:t>Ану скажи, що це таке?</w:t>
      </w:r>
    </w:p>
    <w:p>
      <w:r>
        <w:br/>
        <w:t>А в тебе вже очиці грають,&lt;br /&gt;</w:t>
        <w:br/>
        <w:t>ти кажеш: — Полог — те, що ним&lt;br /&gt;</w:t>
        <w:br/>
        <w:t>завішують чи покривають&lt;br /&gt;</w:t>
        <w:br/>
        <w:t>(шовковим, плисовим, лляним).</w:t>
      </w:r>
    </w:p>
    <w:p>
      <w:r>
        <w:br/>
        <w:t>То, певно, ти таки філолог,&lt;br /&gt;</w:t>
        <w:br/>
        <w:t>дитя цікаве і шпарке.&lt;br /&gt;</w:t>
        <w:br/>
        <w:t>Сюди до рими слово Молох.&lt;br /&gt;</w:t>
        <w:br/>
        <w:t>Ану, скажи, що це таке?</w:t>
      </w:r>
    </w:p>
    <w:p>
      <w:r>
        <w:br/>
        <w:t>Ти кажеш: — Молох — річ не мила,&lt;br /&gt;</w:t>
        <w:br/>
        <w:t>бо нам нагадує про смерть;&lt;br /&gt;</w:t>
        <w:br/>
        <w:t>це — символ, це жорстока сила,&lt;br /&gt;</w:t>
        <w:br/>
        <w:t>що вимага багато жертв.</w:t>
      </w:r>
    </w:p>
    <w:p>
      <w:r>
        <w:br/>
        <w:t>То, бачу, ти таки філолог,&lt;br /&gt;</w:t>
        <w:br/>
        <w:t>дитя допитливе, шпарке.&lt;br /&gt;</w:t>
        <w:br/>
        <w:t>Сюди до рими слово сполох.&lt;br /&gt;</w:t>
        <w:br/>
        <w:t>Ану, скажи, що це таке?</w:t>
      </w:r>
    </w:p>
    <w:p>
      <w:r>
        <w:br/>
        <w:t>Ти мовиш гідно, як колега:&lt;br /&gt;</w:t>
        <w:br/>
        <w:t>— А сполох — це переполох,&lt;br /&gt;</w:t>
        <w:br/>
        <w:t>тривога, переляк, бентега,&lt;br /&gt;</w:t>
        <w:br/>
        <w:t>що охопила багатьох.</w:t>
      </w:r>
    </w:p>
    <w:p>
      <w:r>
        <w:br/>
        <w:t>Що ж, молодець! Ти любиш слово&lt;br /&gt;</w:t>
        <w:br/>
        <w:t>і щиро прагнеш знань дійти.&lt;br /&gt;</w:t>
        <w:br/>
        <w:t>І слово квітне барвінково,&lt;br /&gt;</w:t>
        <w:br/>
        <w:t>коли любов'ю сяєш ти.</w:t>
      </w:r>
    </w:p>
    <w:p>
      <w:r>
        <w:br/>
        <w:t>Тлумачиш назви свого краю,&lt;br /&gt;</w:t>
        <w:br/>
        <w:t>гір і долин, річок і нив.&lt;br /&gt;</w:t>
        <w:br/>
        <w:t>Яке я слово не спитаю,&lt;br /&gt;</w:t>
        <w:br/>
        <w:t>а ти його вже й пояснив.</w:t>
      </w:r>
    </w:p>
    <w:p>
      <w:r>
        <w:br/>
        <w:t>Філолог ти. Це кожен бачить,&lt;br /&gt;</w:t>
        <w:br/>
        <w:t>і кожен скаже без вагань.&lt;br /&gt;</w:t>
        <w:br/>
        <w:t>Бо філологія — цс й значить&lt;br /&gt;</w:t>
        <w:br/>
        <w:t>любов до слова і до знань.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— філолог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