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дивуєшся що мої руки...</w:t>
      </w:r>
    </w:p>
    <w:p>
      <w:r>
        <w:br/>
        <w:t xml:space="preserve"> ти дивуєшся що мої руки та й зрештою вся шкіра пахне яблуками це й справді&lt;br /&gt;</w:t>
        <w:br/>
        <w:t>якось дуже дивно принаймні ти так говориш я теж це відчуваю але кажу тобі&lt;br /&gt;</w:t>
        <w:br/>
        <w:t>що немає чого дивуватися Бог щось відбирає і щось натомість додає так стається&lt;br /&gt;</w:t>
        <w:br/>
        <w:t>фактично завжди ти ж знаєш що коли я нервую коли я багато нервую з мене&lt;br /&gt;</w:t>
        <w:br/>
        <w:t>починає осипатися волосся як листя із дерева хіба ти цього не помітив хіба не&lt;br /&gt;</w:t>
        <w:br/>
        <w:t>зауважив що я щоночі коли ти засинаєш відклеюю із твого тіла пластирі&lt;br /&gt;</w:t>
        <w:br/>
        <w:t>торкаюся пальцями де тобі боліло і рани затягуються удари заживають хіба&lt;br /&gt;</w:t>
        <w:br/>
        <w:t>не знаєш що заліплюю ними своє маленьке серце і цих пластирів на ньому вже&lt;br /&gt;</w:t>
        <w:br/>
        <w:t>так багато що деколи між ними проступає кров і доводиться завертати її просити&lt;br /&gt;</w:t>
        <w:br/>
        <w:t>іще не час шкіра моя щоправда вже тепер тоншає і починає пахнути теплими&lt;br /&gt;</w:t>
        <w:br/>
        <w:t>від сонця яблуками гарячими сонцями моїм сином під моїм серцем іще так рано&lt;br /&gt;</w:t>
        <w:br/>
        <w:t>мій любий так рано руки наші теплі а б’ють холодно дивуєшся ти тепер всьому&lt;br /&gt;</w:t>
        <w:br/>
        <w:t>дивуєшся а я знаю що ти просто не можеш забути мого розтріснутого навпіл голосу&lt;br /&gt;</w:t>
        <w:br/>
        <w:t>ти досі чуєш тобі досі лунає цей звук як мої слова падають на землю потьмянілими&lt;br /&gt;</w:t>
        <w:br/>
        <w:t>і якимись дуже крихкими золотими монетами і ти знаєш що я боюся що можу тепер&lt;br /&gt;</w:t>
        <w:br/>
        <w:t>оніміти і я знаю що ти знаєш що я боюся що можу тепер оніміти і ми тремтимо&lt;br /&gt;</w:t>
        <w:br/>
        <w:t>як дерева на вітрі як дві осики і наше листя сивіє якщо тільки листя справді може&lt;br /&gt;</w:t>
        <w:br/>
        <w:t>посивіти дуже міцно мене обіймаєш дуже міцно притискаєш до серця і кажеш&lt;br /&gt;</w:t>
        <w:br/>
        <w:t>так насправді не може бути я позбираю це потьмяніле золото відчищу його і воно блищатиме на сонці воно дзвенітиме як твій сміх і я запитую чи справді мій сміх&lt;br /&gt;</w:t>
        <w:br/>
        <w:t>дзвенить і ти кажеш що справді і запитуєш чому в мене всі руки в синцях і де я&lt;br /&gt;</w:t>
        <w:br/>
        <w:t>падала а я нічого не можу згадати бо ці яблука пахнуть так тонко і так солодко&lt;br /&gt;</w:t>
        <w:br/>
        <w:t>бо є речі яких не варто в собі тримати бо є щось більше від смутку і болю&lt;br /&gt;</w:t>
        <w:br/>
        <w:t>бо сьогодні мені хочеться розповісти тобі про найбільшу в світі радість яка теж&lt;br /&gt;</w:t>
        <w:br/>
        <w:t>як і я сьогодні чомусь пахне яблуками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дивуєшся що мої руки...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