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чого так забилося важко...</w:t>
      </w:r>
    </w:p>
    <w:p>
      <w:r>
        <w:br/>
        <w:t xml:space="preserve"> Ти чого так забилося важко, [6]&lt;br /&gt;</w:t>
        <w:br/>
        <w:t>Нерозсудливе серце моє?&lt;br /&gt;</w:t>
        <w:br/>
        <w:t>Нам з тобою невимовно тяжко,&lt;br /&gt;</w:t>
        <w:br/>
        <w:t>Та нас кожен за те осміє.</w:t>
      </w:r>
    </w:p>
    <w:p>
      <w:r>
        <w:br/>
        <w:t>Не звіряй своїх болів нікому,-&lt;br /&gt;</w:t>
        <w:br/>
        <w:t>Світ не любить чужої сльози.&lt;br /&gt;</w:t>
        <w:br/>
        <w:t>Не давай волі жалю гіркому,&lt;br /&gt;</w:t>
        <w:br/>
        <w:t>Не викликуй людської грози.</w:t>
      </w:r>
    </w:p>
    <w:p>
      <w:r>
        <w:br/>
        <w:t>Кращий друг одіпхне тебе в горі,&lt;br /&gt;</w:t>
        <w:br/>
        <w:t>Затче уші на зойки твої;&lt;br /&gt;</w:t>
        <w:br/>
        <w:t>Не турбуй йому ясності в зорі,&lt;br /&gt;</w:t>
        <w:br/>
        <w:t>Не захмарюй на хвильку її!</w:t>
      </w:r>
    </w:p>
    <w:p>
      <w:r>
        <w:br/>
        <w:t>Не воруш, не впинайся осою,&lt;br /&gt;</w:t>
        <w:br/>
        <w:t>Відчепись — чи не бачиш хіба:&lt;br /&gt;</w:t>
        <w:br/>
        <w:t>Мир пред ним розцвітає красою;&lt;br /&gt;</w:t>
        <w:br/>
        <w:t>Що для нього якась там журба?</w:t>
      </w:r>
    </w:p>
    <w:p>
      <w:r>
        <w:br/>
        <w:t>Бо коли він щасливий, найпаче&lt;br /&gt;</w:t>
        <w:br/>
        <w:t>Ти спокою йому не тривож:&lt;br /&gt;</w:t>
        <w:br/>
        <w:t>Чи він винен, що в світі хтось плаче,&lt;br /&gt;</w:t>
        <w:br/>
        <w:t>Неможливо без того... так що ж?</w:t>
      </w:r>
    </w:p>
    <w:p>
      <w:r>
        <w:br/>
        <w:t>От коли б затужило хто рідне,&lt;br /&gt;</w:t>
        <w:br/>
        <w:t>Побиватися стало близьке,-&lt;br /&gt;</w:t>
        <w:br/>
        <w:t>Наше личенько зразу поблідне,&lt;br /&gt;</w:t>
        <w:br/>
        <w:t>Зрозуміємо лихо таке.</w:t>
      </w:r>
    </w:p>
    <w:p>
      <w:r>
        <w:br/>
        <w:t>О, тоді ми не знаєм, де дітись,&lt;br /&gt;</w:t>
        <w:br/>
        <w:t>Ми на ноги поставимо всіх;&lt;br /&gt;</w:t>
        <w:br/>
        <w:t>Будем руки ламати, молитись,&lt;br /&gt;</w:t>
        <w:br/>
        <w:t>Поки знову не знайдем утіх...</w:t>
      </w:r>
    </w:p>
    <w:p>
      <w:r>
        <w:br/>
        <w:t>Годі ж, серце! А здиблються люди,&lt;br /&gt;</w:t>
        <w:br/>
        <w:t>Що не знають відради, як ми,-&lt;br /&gt;</w:t>
        <w:br/>
        <w:t>Припади до зболілої груди,&lt;br /&gt;</w:t>
        <w:br/>
        <w:t>Вилий муки дрібними слізьми!</w:t>
      </w:r>
    </w:p>
    <w:p>
      <w:r>
        <w:br/>
        <w:t>Хай святкують обранці щасливі!&lt;br /&gt;</w:t>
        <w:br/>
        <w:t>Не нудись, дурне серце, замовч:&lt;br /&gt;</w:t>
        <w:br/>
        <w:t>Наші співи сумні та тужливі&lt;br /&gt;</w:t>
        <w:br/>
        <w:t>В них прокинуть самісіньку жовч.</w:t>
      </w:r>
    </w:p>
    <w:p>
      <w:r>
        <w:br/>
        <w:t>Треба ввічливим всякому бути,&lt;br /&gt;</w:t>
        <w:br/>
        <w:t>В шкаралущі убратись товсті&lt;br /&gt;</w:t>
        <w:br/>
        <w:t>Або згинуть від лютої скрути,&lt;br /&gt;</w:t>
        <w:br/>
        <w:t>Одуріти навік в самоті!</w:t>
      </w:r>
    </w:p>
    <w:p>
      <w:r>
        <w:br/>
        <w:t>[6] — Вірш цей вилився в годину тяжкого хворобливого настрою; тільки в таку годину я міг висказувати подібні думки та почування, від котрих перший відкидаюсь, бо ніколи й не поділяв їх. (Приміт. П. Грабовського).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чого так забилося важко...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