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Thanks</w:t>
      </w:r>
    </w:p>
    <w:p>
      <w:r>
        <w:br/>
        <w:t xml:space="preserve"> ну хто мені ти? ну хто тобі я? –&lt;br /&gt;</w:t>
        <w:br/>
        <w:t>два космоси зіткнуті поспіхом&lt;br /&gt;</w:t>
        <w:br/>
        <w:t>але розповзається мов течія&lt;br /&gt;</w:t>
        <w:br/>
        <w:t>на фейсі моєму посмішка&lt;br /&gt;</w:t>
        <w:br/>
        <w:t>коли ти говориш чи навіть мовчиш чи&lt;br /&gt;</w:t>
        <w:br/>
        <w:t>смієшся так сонячно й смачно&lt;br /&gt;</w:t>
        <w:br/>
        <w:t>я роблюся ліпшим я роблюся вищим&lt;br /&gt;</w:t>
        <w:br/>
        <w:t>й мене переповнює вдячність&lt;br /&gt;</w:t>
        <w:br/>
        <w:t>і кожен твій рух і кожен твій жест&lt;br /&gt;</w:t>
        <w:br/>
        <w:t>ресурси мої збагачують&lt;br /&gt;</w:t>
        <w:br/>
        <w:t>я легше долаю черговий свій квест&lt;br /&gt;</w:t>
        <w:br/>
        <w:t>і також за це тобі вдячний&lt;br /&gt;</w:t>
        <w:br/>
        <w:t>нам нарізно велено бути проте&lt;br /&gt;</w:t>
        <w:br/>
        <w:t>не все ще в цім світі втрачено&lt;br /&gt;</w:t>
        <w:br/>
        <w:t>і вдячний тобі я іще і за те&lt;br /&gt;</w:t>
        <w:br/>
        <w:t>що так почуваюся вдячно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