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Терешків песець</w:t>
      </w:r>
    </w:p>
    <w:p>
      <w:r>
        <w:br/>
        <w:t xml:space="preserve"> &lt;p&gt;І</w:t>
      </w:r>
    </w:p>
    <w:p>
      <w:r>
        <w:br/>
        <w:t>Коли шторм ущух і Тихий океан, нарешті, став тихим, капітан піднявся на місток.</w:t>
      </w:r>
    </w:p>
    <w:p>
      <w:r>
        <w:br/>
        <w:t>Оглянув виднокіл — наказав:</w:t>
      </w:r>
    </w:p>
    <w:p>
      <w:r>
        <w:br/>
        <w:t>— Ліво на борт! Курс дев'яносто градусів — до Командорів!</w:t>
      </w:r>
    </w:p>
    <w:p>
      <w:r>
        <w:br/>
        <w:t>Черкнувши носом запінену хвилю, корабель наш повільно розвернувся і поплив до Командорських островів.</w:t>
      </w:r>
    </w:p>
    <w:p>
      <w:r>
        <w:br/>
        <w:t>Вільні од нічної вахти, сиділи ми на палубі, розповідаючи різні морські пригоди.</w:t>
      </w:r>
    </w:p>
    <w:p>
      <w:r>
        <w:br/>
        <w:t>Радист увімкнув гучномовці — і полилася пісня про море, що розкинулось широко, про матір, яка жде не діждеться сина.</w:t>
      </w:r>
    </w:p>
    <w:p>
      <w:r>
        <w:br/>
        <w:t>Потім по радіо передавали точний час — у Москві була шоста година вечора... А тут — прямо перед нами! — виткнувшись із води, сходило вогнисте сонце.</w:t>
      </w:r>
    </w:p>
    <w:p>
      <w:r>
        <w:br/>
        <w:t>Командорські острови — найвіддаленіші землі нашої Вітчизни (далі за ними — лише океан та чужий американський берег). Вони перші зустрічають новий день, і сонечко, мов прапор багряний, через моря-океани передають на Велику землю, тобто туди, де живемо й ми.</w:t>
      </w:r>
    </w:p>
    <w:p>
      <w:r>
        <w:br/>
        <w:t>За кілька годин корабель наш підійшов до острова Беринга — одного з Командорських островів. Кинули якір за гострошпилими скелями, неподалік від селища, в якому живуть алеутські звіроводи-мисливці. Своїми човнами вони й перевезли нас на берег.</w:t>
      </w:r>
    </w:p>
    <w:p>
      <w:r>
        <w:br/>
        <w:t>Нелегко людям на такому острові! Навіть прудконогі олені зриваються в прірви з високих скель. Невпинні вітри. Круті хвилі захлюпують берег, дістають до самого сільця. І — куди не глянь — всюди вода, бурхливий, гнівний океан.</w:t>
      </w:r>
    </w:p>
    <w:p>
      <w:r>
        <w:br/>
        <w:t>— Не страшно тут? — запитав я хлопця-алеута, що допомагав нам розвантажувати човна.</w:t>
      </w:r>
    </w:p>
    <w:p>
      <w:r>
        <w:br/>
        <w:t>— Ні,— розважливо сказав він.— Хвилі до будинків не завжди дістають.</w:t>
      </w:r>
    </w:p>
    <w:p>
      <w:r>
        <w:br/>
        <w:t>Біля його ніг лежало невеличке звіря. Лисиця не лисиця, та й на собаку не схоже!</w:t>
      </w:r>
    </w:p>
    <w:p>
      <w:r>
        <w:br/>
        <w:t>— Що за дивина? — знову звернувся я до хлопця.</w:t>
      </w:r>
    </w:p>
    <w:p>
      <w:r>
        <w:br/>
        <w:t>Він загадково усміхнувся. Потім промовив щось четвероногому другові, і той, мов кіт, спритно скочив йому на плече. Лежати!</w:t>
      </w:r>
    </w:p>
    <w:p>
      <w:r>
        <w:br/>
        <w:t>Дивне звірятко коміром оповило хлопцеві шию. Примовкло, непорушне. Лише кінчик хвоста ворушився стиха, — нагадував, що "комір" живий.</w:t>
      </w:r>
    </w:p>
    <w:p>
      <w:r>
        <w:br/>
        <w:t>Підійшов старий алеут — батько хлопця.</w:t>
      </w:r>
    </w:p>
    <w:p>
      <w:r>
        <w:br/>
        <w:t>— Розкажи, Терешку,— наказав синові,— нехай моряки послухають, звідки у тебе це звіря!</w:t>
      </w:r>
    </w:p>
    <w:p>
      <w:r>
        <w:br/>
        <w:t>II</w:t>
      </w:r>
    </w:p>
    <w:p>
      <w:r>
        <w:br/>
        <w:t>На далекій півночі, серед засніженої тундри можна інколи зустріти невеличке, схоже трохи на лисицю, звіря.</w:t>
      </w:r>
    </w:p>
    <w:p>
      <w:r>
        <w:br/>
        <w:t>Причаївшись за кущем низькорослого кедрача, воно довго підстерігає здобич—лінькуватих полярних куріпок, сірокрилих гусей і навіть лебедів, які під час перельоту до тропічних країн сідають перепочити на тутешні озера.</w:t>
      </w:r>
    </w:p>
    <w:p>
      <w:r>
        <w:br/>
        <w:t>Або ще: взявши слід, полює на мишей-лемінгів чи то руйнує гнізда качок.</w:t>
      </w:r>
    </w:p>
    <w:p>
      <w:r>
        <w:br/>
        <w:t>То — песець, хутро якого люди звуть "м'яким золотом".</w:t>
      </w:r>
    </w:p>
    <w:p>
      <w:r>
        <w:br/>
        <w:t>Воно справді коштовне! Пухнасте, міцне і надзвичайно гарне: блакитного чи сніжно-білого кольору.</w:t>
      </w:r>
    </w:p>
    <w:p>
      <w:r>
        <w:br/>
        <w:t>Шиють з нього теплі шубки-кухлянки, коміри, шапки.</w:t>
      </w:r>
    </w:p>
    <w:p>
      <w:r>
        <w:br/>
        <w:t>Безмежна тундра, поросла розкарякуватими чагарями,— рідна домівка волелюбного звіряти... Не один день блукають мисливці, поки натраплять на слід песця. До себе близько він не підпускає, в руки не дається, хоча іноді й наближається до самих осель — шукає харчу.</w:t>
      </w:r>
    </w:p>
    <w:p>
      <w:r>
        <w:br/>
        <w:t>Отож даремні намагання його приручити, хіба що маленьким, та й то не білого, а голубого, піддатливішого.</w:t>
      </w:r>
    </w:p>
    <w:p>
      <w:r>
        <w:br/>
        <w:t>III</w:t>
      </w:r>
    </w:p>
    <w:p>
      <w:r>
        <w:br/>
        <w:t>Було це не так уже й давно — одного передвесняного, погожого дня, коли острів сповила короткочасна тиша.</w:t>
      </w:r>
    </w:p>
    <w:p>
      <w:r>
        <w:br/>
        <w:t>Згорнувшись клубочком, як пес, солодко спав у міжгір'ї вітер.</w:t>
      </w:r>
    </w:p>
    <w:p>
      <w:r>
        <w:br/>
        <w:t>І океан притих. Спросоння хлюпотів між скель, важко зітхав, ніби на плечі йому кинули важкучий тягар.</w:t>
      </w:r>
    </w:p>
    <w:p>
      <w:r>
        <w:br/>
        <w:t>Хвилі й справді були неначе свинцеві, — спроквола котилися а далечини, виблискуючи під холодним, підсліпуватим сонцем.</w:t>
      </w:r>
    </w:p>
    <w:p>
      <w:r>
        <w:br/>
        <w:t>І мерехтів сніг безмовна снігова пустеля, що розкинулася одразу ж за селищем.</w:t>
      </w:r>
    </w:p>
    <w:p>
      <w:r>
        <w:br/>
        <w:t>Старий алеут узяв на полювання сина.</w:t>
      </w:r>
    </w:p>
    <w:p>
      <w:r>
        <w:br/>
        <w:t>...Вони йшли піщаним узбережжям, над яким роїлися галасливі чайки. Потім звернули в глибину острова, до засніжених чагарників.</w:t>
      </w:r>
    </w:p>
    <w:p>
      <w:r>
        <w:br/>
        <w:t>Ось уже й куріпку підбито й качку кам'янушку. Як раптом захурделило, завило! Починалася північна жорстока пурга. Вітер бив з такою силою, що не можна було встояти на ногах. Колючий сніг боляче сік по обличчю.</w:t>
      </w:r>
    </w:p>
    <w:p>
      <w:r>
        <w:br/>
        <w:t>Мисливці зупинилися під кедрачем переждали хурделицю.</w:t>
      </w:r>
    </w:p>
    <w:p>
      <w:r>
        <w:br/>
        <w:t>За сусіднім кущем побачили вони розірвану самку-песця і четверо наляканих вцілілих малят.</w:t>
      </w:r>
    </w:p>
    <w:p>
      <w:r>
        <w:br/>
        <w:t>Мисливці забрали знахідку і понесли в село.</w:t>
      </w:r>
    </w:p>
    <w:p>
      <w:r>
        <w:br/>
        <w:t>Трьох звіряток віддали на радгоспну ферму, де вирощували песців. Ну, а найменшого, немічного малюка, Герешко залишив у себе.</w:t>
      </w:r>
    </w:p>
    <w:p>
      <w:r>
        <w:br/>
        <w:t>Молока давав йому, хліба — звірятко нічого не їло!</w:t>
      </w:r>
    </w:p>
    <w:p>
      <w:r>
        <w:br/>
        <w:t>Як бути?</w:t>
      </w:r>
    </w:p>
    <w:p>
      <w:r>
        <w:br/>
        <w:t>Отоді хлопець і пішов по острові — шукати в людей кішку. Йому сказали, що лише вона може вигодувати песця.</w:t>
      </w:r>
    </w:p>
    <w:p>
      <w:r>
        <w:br/>
        <w:t>Позичила Терешкові одна жінка кицьку — було в кицьки декілька маленьких, сліпооких кошенят. Заходилася годувати знайду кішка. Минав час. Знахабніло звіря! Жене кошенят від матері а чи від блюдця з молоком — наче тільки йому треба їсти.</w:t>
      </w:r>
    </w:p>
    <w:p>
      <w:r>
        <w:br/>
        <w:t>Кошенята не любили з ним гратися. Крихітні вони, маленькі, а песець виріс нівроку... Як тільки почнуть бігати, він лапою боляче б'ється — так, як колись його била кішка.</w:t>
      </w:r>
    </w:p>
    <w:p>
      <w:r>
        <w:br/>
        <w:t>Песець взагалі дечому навчився у своєї котячої матері. От хоч би й такому: вона, бувало, зубами переносить у куток кошенят. Песець теж став їх носити.</w:t>
      </w:r>
    </w:p>
    <w:p>
      <w:r>
        <w:br/>
        <w:t>Не сподобалось це малятам,— надто гострі зуби у їхнього "братика"!</w:t>
      </w:r>
    </w:p>
    <w:p>
      <w:r>
        <w:br/>
        <w:t>А коли вони граються в "малої купи", борюкаючись, хитрий песець завжди опиняється зверху. Нікому його не збороти і не перехитрувати!</w:t>
      </w:r>
    </w:p>
    <w:p>
      <w:r>
        <w:br/>
        <w:t>А Терешка — полюбив! Коли підріс, за хлопцем по острові бігати почав. Собаки на нього гавкають. "Що воно за чудо-юдо таке?" — дивуються. А йому хоч би що — біжить за Терешком слідом.</w:t>
      </w:r>
    </w:p>
    <w:p>
      <w:r>
        <w:br/>
        <w:t>Минуло літо, і зима минула — песець став зовсім ручний. Хлопець навчив його портфель невеличкий носити, куріпок з чагарників виганяти.</w:t>
      </w:r>
    </w:p>
    <w:p>
      <w:r>
        <w:br/>
        <w:t>І все-таки песець не забуває, чийого він роду. Коли біжить повз ферму, де песці галасливі, завжди озивається на їхній голос.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Терешків песець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