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Темрява</w:t>
      </w:r>
    </w:p>
    <w:p>
      <w:r>
        <w:br/>
        <w:t xml:space="preserve"> &lt;p&gt;ТЕМРЯВА</w:t>
      </w:r>
    </w:p>
    <w:p>
      <w:r>
        <w:br/>
        <w:t>Насуунула темна ніч. Вітер зривав і з стріх солому, кидав по калюжах. Навколо мряка; дощ стояв, бився об листки; а дерево плакало, сльози котились і— тихенько падали на брудну землю.</w:t>
      </w:r>
    </w:p>
    <w:p>
      <w:r>
        <w:br/>
        <w:t>І раптом шумів грізно грім, гонив по небу чорні хмари і одгукувався по вулицях.</w:t>
      </w:r>
    </w:p>
    <w:p>
      <w:r>
        <w:br/>
        <w:t>Дядьки йшли біля тинів. Один став. Просвистів лісовий вітер і заховався в повітках.</w:t>
      </w:r>
    </w:p>
    <w:p>
      <w:r>
        <w:br/>
        <w:t>Знову рушили, вийшли за село.</w:t>
      </w:r>
    </w:p>
    <w:p>
      <w:r>
        <w:br/>
        <w:t>Десь прокричав півень, задзвенів відгук глибоко в серці, перетрусився маленькою мрякою.</w:t>
      </w:r>
    </w:p>
    <w:p>
      <w:r>
        <w:br/>
        <w:t>За селом починався степ. Безмежний океан клонився од вітру тугою, пересипався холодними краплями, хитав тендітні пелюстки квіток.</w:t>
      </w:r>
    </w:p>
    <w:p>
      <w:r>
        <w:br/>
        <w:t>Постаті дядьків спускались у кручу. Вітер проносився, бубонів по листках верб...</w:t>
      </w:r>
    </w:p>
    <w:p>
      <w:r>
        <w:br/>
        <w:t>Дядьки, як їжаки, повтягували голови; Федось Перевуд нахилився до товаришів.</w:t>
      </w:r>
    </w:p>
    <w:p>
      <w:r>
        <w:br/>
        <w:t>— Хлопці, знайте, що продав воли.</w:t>
      </w:r>
    </w:p>
    <w:p>
      <w:r>
        <w:br/>
        <w:t>Дядьки стояли і щільніше насували на плечі сіряки.</w:t>
      </w:r>
    </w:p>
    <w:p>
      <w:r>
        <w:br/>
        <w:t>Мовчали; тільки один, з кучерявим чубом, затяг тихенько пісню.</w:t>
      </w:r>
    </w:p>
    <w:p>
      <w:r>
        <w:br/>
        <w:t>Грім не переставав, по кручі шуміли потоки каламутної, перемішаної з глиною, води.</w:t>
      </w:r>
    </w:p>
    <w:p>
      <w:r>
        <w:br/>
        <w:t>Другі тільки хитали головами:</w:t>
      </w:r>
    </w:p>
    <w:p>
      <w:r>
        <w:br/>
        <w:t>Горобина ніч, горобина!</w:t>
      </w:r>
    </w:p>
    <w:p>
      <w:r>
        <w:br/>
        <w:t>Зачовгали по калюжах, обливались дощем..;</w:t>
      </w:r>
    </w:p>
    <w:p>
      <w:r>
        <w:br/>
        <w:t>Кручу пройшли, вилізли, сковзаючись по сКли зьких схилах.</w:t>
      </w:r>
    </w:p>
    <w:p>
      <w:r>
        <w:br/>
        <w:t>А ніч була однакова. Мов у бубон, десь далеко бурмотів грім. А инколи гримав.</w:t>
      </w:r>
    </w:p>
    <w:p>
      <w:r>
        <w:br/>
        <w:t>Роздирав небо і показував ніжні груди.</w:t>
      </w:r>
    </w:p>
    <w:p>
      <w:r>
        <w:br/>
        <w:t>Було темно.</w:t>
      </w:r>
    </w:p>
    <w:p>
      <w:r>
        <w:br/>
        <w:t>Дядьки злізли на стріху і проривали дірку.</w:t>
      </w:r>
    </w:p>
    <w:p>
      <w:r>
        <w:br/>
        <w:t>Тільки краплі перламутрились, коли одкидали жмені соломи.</w:t>
      </w:r>
    </w:p>
    <w:p>
      <w:r>
        <w:br/>
        <w:t>Вже один тихенько спускався із стріхи: потім за ним поховались і останні. Тільки горобина ніч заглядала проміннями блискавок в чорну дірку.</w:t>
      </w:r>
    </w:p>
    <w:p>
      <w:r>
        <w:br/>
        <w:t>По драбині спустились у сіни, а відтіля пішли в кімнату.</w:t>
      </w:r>
    </w:p>
    <w:p>
      <w:r>
        <w:br/>
        <w:t>Перевуд повернувся до хлопців.</w:t>
      </w:r>
    </w:p>
    <w:p>
      <w:r>
        <w:br/>
        <w:t>Спитав:</w:t>
      </w:r>
    </w:p>
    <w:p>
      <w:r>
        <w:br/>
        <w:t>— Де-ж вони сплять?— Хазяїн спросоння забурмотів:</w:t>
      </w:r>
    </w:p>
    <w:p>
      <w:r>
        <w:br/>
        <w:t>— Хто там? Ти, Одарко?—</w:t>
      </w:r>
    </w:p>
    <w:p>
      <w:r>
        <w:br/>
        <w:t>Постаті злилися в темряву, не ворухнулись... А потім один пішов у кухню.</w:t>
      </w:r>
    </w:p>
    <w:p>
      <w:r>
        <w:br/>
        <w:t>Хазяї спали; тихі, рівні подихи ховались у кутках. Перевуд в'їдався своїми гострими очима в тем. ряву. Довгі були хвилини. Вітер стукав у вікно, хитав виконниці.</w:t>
      </w:r>
    </w:p>
    <w:p>
      <w:r>
        <w:br/>
        <w:t>Перевуд крутнув головою і сміливо прошепотів:</w:t>
      </w:r>
    </w:p>
    <w:p>
      <w:r>
        <w:br/>
        <w:t>— Ну, братва!—</w:t>
      </w:r>
    </w:p>
    <w:p>
      <w:r>
        <w:br/>
        <w:t>Й кинулись. Хазяїн затремтів, виривався з рук а жінка плакала. Хтось засвітив огонь, враз позолотилась жерсть на іконах.</w:t>
      </w:r>
    </w:p>
    <w:p>
      <w:r>
        <w:br/>
        <w:t>В кухні закричала Одарка. Тихий полохливий шум переносився по кімнатах. Дитинка прокинулась. Перевуд хутко схопив її на руки і одніс у сіни. Хазяїнові закручували назад руки, а жінка тримтила.</w:t>
      </w:r>
    </w:p>
    <w:p>
      <w:r>
        <w:br/>
        <w:t>Степан засміявся кучерями, підкинув її на руки і поніс у другу кімнату. Там було темно. Жінка прохала:</w:t>
      </w:r>
    </w:p>
    <w:p>
      <w:r>
        <w:br/>
        <w:t>— Не займайте його!—</w:t>
      </w:r>
    </w:p>
    <w:p>
      <w:r>
        <w:br/>
        <w:t>— Добре!</w:t>
      </w:r>
    </w:p>
    <w:p>
      <w:r>
        <w:br/>
        <w:t>Стукали віконниці та на сінешні двері крапотіли громові бризки. І вирвалось чудне в полохливій пітьмі слово:</w:t>
      </w:r>
    </w:p>
    <w:p>
      <w:r>
        <w:br/>
        <w:t>— У. У, буржуйка!</w:t>
      </w:r>
    </w:p>
    <w:p>
      <w:r>
        <w:br/>
        <w:t>Закам'яніла молода жінка, розтяглась. А в другій кімнаті вже кінчили... Хазяїн віддав гроші, впав навколюшки. Вибух.</w:t>
      </w:r>
    </w:p>
    <w:p>
      <w:r>
        <w:br/>
        <w:t>Близько підкрався грім.</w:t>
      </w:r>
    </w:p>
    <w:p>
      <w:r>
        <w:br/>
        <w:t>Другий вибух.</w:t>
      </w:r>
    </w:p>
    <w:p>
      <w:r>
        <w:br/>
        <w:t>В кухні заплакала ОдарКа.</w:t>
      </w:r>
    </w:p>
    <w:p>
      <w:r>
        <w:br/>
        <w:t>— Мовчи, стерво, а то й тобі те буде,—сказав хтось із них.</w:t>
      </w:r>
    </w:p>
    <w:p>
      <w:r>
        <w:br/>
        <w:t>Степан жалісливо подивився на молоду жінку&gt; на її ніжне тіло і вийшов до хлопців.</w:t>
      </w:r>
    </w:p>
    <w:p>
      <w:r>
        <w:br/>
        <w:t>— А дитина?</w:t>
      </w:r>
    </w:p>
    <w:p>
      <w:r>
        <w:br/>
        <w:t>— Та нехай живе!</w:t>
      </w:r>
    </w:p>
    <w:p>
      <w:r>
        <w:br/>
        <w:t>Надворі барабанив грім, іскрили блискавки. Федось ще раз зирнуз на трупа, сховав нагана.</w:t>
      </w:r>
    </w:p>
    <w:p>
      <w:r>
        <w:br/>
        <w:t>— Ну, хлопці, знаєте скільки грошей? Завтра до мене приходьте ділитися.</w:t>
      </w:r>
    </w:p>
    <w:p>
      <w:r>
        <w:br/>
        <w:t>Вийшли.</w:t>
      </w:r>
    </w:p>
    <w:p>
      <w:r>
        <w:br/>
        <w:t>Небо чорне; каламутні хмари пливуть низько, зачіпають сонне село і ніби падають на брудний степ.</w:t>
      </w:r>
    </w:p>
    <w:p>
      <w:r>
        <w:br/>
        <w:t>Федось уранці встав. Поламане дерево валялось на дворі.</w:t>
      </w:r>
    </w:p>
    <w:p>
      <w:r>
        <w:br/>
        <w:t>Жінка його вийшла з хати.</w:t>
      </w:r>
    </w:p>
    <w:p>
      <w:r>
        <w:br/>
        <w:t>Вона завжди була з великим животом—горбата. Кашляла й хворіла.</w:t>
      </w:r>
    </w:p>
    <w:p>
      <w:r>
        <w:br/>
        <w:t>— Я піду прати білизну,—одгукнулася, згорбилася ще дужче і віддалялася з чувалом.</w:t>
      </w:r>
    </w:p>
    <w:p>
      <w:r>
        <w:br/>
        <w:t>А в нього червоні жили на очах, ніби понадувались, а брови насунулись. Постать маленька з невеличкою бородою. Подивився.</w:t>
      </w:r>
    </w:p>
    <w:p>
      <w:r>
        <w:br/>
        <w:t>По садку, між травою, дзюрчали струмки. Земля парувала.</w:t>
      </w:r>
    </w:p>
    <w:p>
      <w:r>
        <w:br/>
        <w:t>Його хата стояла в глухій вулиці. А там, по долині, стогорі задумливі ліси, лани, гонів гони! шлях; байраки зелені, жовті, а за ними місця економій, маєтків. Уночі по байраках і між цеглою пробігають сліпі тіні... Був камінь, забрали дядьки на комини, а зразу білють порожні руїни...</w:t>
      </w:r>
    </w:p>
    <w:p>
      <w:r>
        <w:br/>
        <w:t>На зелених посівах гойдається сонце. .</w:t>
      </w:r>
    </w:p>
    <w:p>
      <w:r>
        <w:br/>
        <w:t>Двір Перевудів обнесений трухлявим тином. Збоку сарай.</w:t>
      </w:r>
    </w:p>
    <w:p>
      <w:r>
        <w:br/>
        <w:t>І він, випивши, казав:</w:t>
      </w:r>
    </w:p>
    <w:p>
      <w:r>
        <w:br/>
        <w:t>— Мій двір—економія. А то—каретник,—і показував на сарай. Потім гола клуня; стріхи позападали, ніби погризені пранцями. А хата стара, двері пов-грузли &gt;' завжди смерділо кізяками, хоч і не було худобини; шибки позатулювані павутиною та чорними крапками...</w:t>
      </w:r>
    </w:p>
    <w:p>
      <w:r>
        <w:br/>
        <w:t>Старший син не жив дома. Він учився в школі, недалеко од цього села, колов там дрова, замітав у кімнатах і з цього жив.</w:t>
      </w:r>
    </w:p>
    <w:p>
      <w:r>
        <w:br/>
        <w:t>Мати одвикла од нього; а батько накидався, коли син приходив додому.</w:t>
      </w:r>
    </w:p>
    <w:p>
      <w:r>
        <w:br/>
        <w:t>— Живи вдома! Соромиш, сукин син...</w:t>
      </w:r>
    </w:p>
    <w:p>
      <w:r>
        <w:br/>
        <w:t>А сам ходив до церкви, говів у великий піст... Тоді жінка жила в сусідах, а діти порозбігались-Чулось:</w:t>
      </w:r>
    </w:p>
    <w:p>
      <w:r>
        <w:br/>
        <w:t>— Батько говіє, батько говіє. Перевуд на Великдень позичав борошна. Старі тітки казали:</w:t>
      </w:r>
    </w:p>
    <w:p>
      <w:r>
        <w:br/>
        <w:t>-— Що то вже побожний чоловік. Тільки очі, не доведи, господи!</w:t>
      </w:r>
    </w:p>
    <w:p>
      <w:r>
        <w:br/>
        <w:t>Зразу по селі йшов од майдана голос, бурхливий. Перевуд пішов. Там кричали:</w:t>
      </w:r>
    </w:p>
    <w:p>
      <w:r>
        <w:br/>
        <w:t>— Ловити треба злодіїв.</w:t>
      </w:r>
    </w:p>
    <w:p>
      <w:r>
        <w:br/>
        <w:t>А найдужче кричали заможні. На майдані зібралася вся громада. Дядьки ревли, хватались за чуби і махали руками.</w:t>
      </w:r>
    </w:p>
    <w:p>
      <w:r>
        <w:br/>
        <w:t>— Самосуд, як впіймаємо!</w:t>
      </w:r>
    </w:p>
    <w:p>
      <w:r>
        <w:br/>
        <w:t>Еіля комітету стояв Грицько, міліціонер. ІІІДНЯВ ґвинтовку.</w:t>
      </w:r>
    </w:p>
    <w:p>
      <w:r>
        <w:br/>
        <w:t>— Ми, туди їх, у мать.. Це буржуї.</w:t>
      </w:r>
    </w:p>
    <w:p>
      <w:r>
        <w:br/>
        <w:t>Він був п'яний і на його ніхто не дивився. Зомлівали крики.</w:t>
      </w:r>
    </w:p>
    <w:p>
      <w:r>
        <w:br/>
        <w:t>Говорили дядьки, кашляли й ще кричали:</w:t>
      </w:r>
    </w:p>
    <w:p>
      <w:r>
        <w:br/>
        <w:t>— Самосуд учинимо, як виявиться.</w:t>
      </w:r>
    </w:p>
    <w:p>
      <w:r>
        <w:br/>
        <w:t>Федось здригнув і потроху одходив од громади. Зайшов у вуличку.</w:t>
      </w:r>
    </w:p>
    <w:p>
      <w:r>
        <w:br/>
        <w:t>Грицько замовк, побачив бородатого дядька.</w:t>
      </w:r>
    </w:p>
    <w:p>
      <w:r>
        <w:br/>
        <w:t>— А ти чого кричиш?.. Нідзя. Куркулям заборонено кричати,—легенько штовхнув того в спину,—я от старий вояка і то не кричу.</w:t>
      </w:r>
    </w:p>
    <w:p>
      <w:r>
        <w:br/>
        <w:t>Федось оглядався.</w:t>
      </w:r>
    </w:p>
    <w:p>
      <w:r>
        <w:br/>
        <w:t>Додому не пішов, а звернув, по садках, стежками... Що-вечора пізно верталась додому Федосева жінка. В хаті смерділо блощицями та кричали діти. А раз прийшов додому син.</w:t>
      </w:r>
    </w:p>
    <w:p>
      <w:r>
        <w:br/>
        <w:t>— Ти нічого не приніс Петре?—обізвалась вона до нього.</w:t>
      </w:r>
    </w:p>
    <w:p>
      <w:r>
        <w:br/>
        <w:t>— Ні.</w:t>
      </w:r>
    </w:p>
    <w:p>
      <w:r>
        <w:br/>
        <w:t>Вона заплакала.</w:t>
      </w:r>
    </w:p>
    <w:p>
      <w:r>
        <w:br/>
        <w:t>— Злидні, синку!.. Учись, а то знаєш батька? Діти переставали кричати, а Петро задумався.</w:t>
      </w:r>
    </w:p>
    <w:p>
      <w:r>
        <w:br/>
        <w:t>Мати знову:</w:t>
      </w:r>
    </w:p>
    <w:p>
      <w:r>
        <w:br/>
        <w:t>— Може підеш завтра до церкви, богу помолишся.</w:t>
      </w:r>
    </w:p>
    <w:p>
      <w:r>
        <w:br/>
        <w:t>Син не слухав.</w:t>
      </w:r>
    </w:p>
    <w:p>
      <w:r>
        <w:br/>
        <w:t>Крізь смердючі чорні плями показувались зелені, байраки, де вночі бігають темні, сліпі тіні.</w:t>
      </w:r>
    </w:p>
    <w:p>
      <w:r>
        <w:br/>
        <w:t>І от неділя. По церквах тридзвонили. &amp; повтрі літали ранкові мідні звуки.</w:t>
      </w:r>
    </w:p>
    <w:p>
      <w:r>
        <w:br/>
        <w:t>Батько глянув кисло на Петра.</w:t>
      </w:r>
    </w:p>
    <w:p>
      <w:r>
        <w:br/>
        <w:t>— Ти чого не йдеш до церкви? Мовчанка. Мати зітхнула.</w:t>
      </w:r>
    </w:p>
    <w:p>
      <w:r>
        <w:br/>
        <w:t>— Не хочу. Батько підскочив</w:t>
      </w:r>
    </w:p>
    <w:p>
      <w:r>
        <w:br/>
        <w:t>— Що—може в комуни"?</w:t>
      </w:r>
    </w:p>
    <w:p>
      <w:r>
        <w:br/>
        <w:t>Діти заскиглили; а мати стала з олив'яними очима, губи сині, шепотіли чи молитву, чи прокляття. Петро підвівся, похмуро одійшов.</w:t>
      </w:r>
    </w:p>
    <w:p>
      <w:r>
        <w:br/>
        <w:t>— І не п:-ду.</w:t>
      </w:r>
    </w:p>
    <w:p>
      <w:r>
        <w:br/>
        <w:t>Раптом вийшов з хати.</w:t>
      </w:r>
    </w:p>
    <w:p>
      <w:r>
        <w:br/>
        <w:t>... Перед обідом прийшов Грицько (він доводився родичем). Випивали. Грицько казав:</w:t>
      </w:r>
    </w:p>
    <w:p>
      <w:r>
        <w:br/>
        <w:t>— На чорта ти хоч убивав, мовчали-б і так. Забрав що треба й кінець... А то начальник казав... Безразлічно. говорить, а як дізнаюся хто, так не-кай я.</w:t>
      </w:r>
    </w:p>
    <w:p>
      <w:r>
        <w:br/>
        <w:t>— Так то-ж буржуї. Жалько йому, чи-що.</w:t>
      </w:r>
    </w:p>
    <w:p>
      <w:r>
        <w:br/>
        <w:t>— Приказ Е. Безразлічно, бандити, говорить. Увечері позбирались хлопці. Жінка теж прийшла,</w:t>
      </w:r>
    </w:p>
    <w:p>
      <w:r>
        <w:br/>
        <w:t>похнюпилась. Жовтіла мертвим обличчям. Федось знизав брови.</w:t>
      </w:r>
    </w:p>
    <w:p>
      <w:r>
        <w:br/>
        <w:t>— Геть звідціля! Чортова моша... Степан махнув кучерями по козацьки.</w:t>
      </w:r>
    </w:p>
    <w:p>
      <w:r>
        <w:br/>
        <w:t>— Чудно, Федось, що ти віруючий...</w:t>
      </w:r>
    </w:p>
    <w:p>
      <w:r>
        <w:br/>
        <w:t>— А хіба не можна?</w:t>
      </w:r>
    </w:p>
    <w:p>
      <w:r>
        <w:br/>
        <w:t>— Та ні. А що вбиваєш-же; бог заброняє-ж...</w:t>
      </w:r>
    </w:p>
    <w:p>
      <w:r>
        <w:br/>
        <w:t>— А на фронті?.. Дурниця І</w:t>
      </w:r>
    </w:p>
    <w:p>
      <w:r>
        <w:br/>
        <w:t>Гілки, прип'яті минулою бурею, заходили в темряву і там згасали.</w:t>
      </w:r>
    </w:p>
    <w:p>
      <w:r>
        <w:br/>
        <w:t>І буває тут темрява; инколи, з горобиними ночами, трясла землю.</w:t>
      </w:r>
    </w:p>
    <w:p>
      <w:r>
        <w:br/>
        <w:t>І чути, ніби за кручею щось скиглить; чути як, пролазить нічне плахіття, ніби живе, ніби похмарене.</w:t>
      </w:r>
    </w:p>
    <w:p>
      <w:r>
        <w:br/>
        <w:t>І от хата одинока, яка була в удалу горобину ніч, така й зразу.</w:t>
      </w:r>
    </w:p>
    <w:p>
      <w:r>
        <w:br/>
        <w:t>Тоді без ножиків полоснули. Тільки дитина й Одарка не тут, бо трупи позабирали, поховали на кладовищі в одній труні.</w:t>
      </w:r>
    </w:p>
    <w:p>
      <w:r>
        <w:br/>
        <w:t>А на хресті написали:</w:t>
      </w:r>
    </w:p>
    <w:p>
      <w:r>
        <w:br/>
        <w:t>— От руки убийць скончались.</w:t>
      </w:r>
    </w:p>
    <w:p>
      <w:r>
        <w:br/>
        <w:t>Коли ховали, піп то яро брався за бороду, ніби вирвати думав, то гладив. Вітер розтрушував волосся. Піп затягував з дяком а баби підпирали руками щоки і потім тихенько плакали. Хто зна ОД чого.</w:t>
      </w:r>
    </w:p>
    <w:p>
      <w:r>
        <w:br/>
        <w:t>Одна баба казала:</w:t>
      </w:r>
    </w:p>
    <w:p>
      <w:r>
        <w:br/>
        <w:t>— Та й батюшка жалібно правлять. [ плив дим по могилах.</w:t>
      </w:r>
    </w:p>
    <w:p>
      <w:r>
        <w:br/>
        <w:t>Це третя була з таким написом, з березами, вишнями.</w:t>
      </w:r>
    </w:p>
    <w:p>
      <w:r>
        <w:br/>
        <w:t>Зразу Федось думав про це:</w:t>
      </w:r>
    </w:p>
    <w:p>
      <w:r>
        <w:br/>
        <w:t>— Скажіть: ми правильні, що так робимо?—обізвався він до хлопців.</w:t>
      </w:r>
    </w:p>
    <w:p>
      <w:r>
        <w:br/>
        <w:t>— Вповні справедливі!</w:t>
      </w:r>
    </w:p>
    <w:p>
      <w:r>
        <w:br/>
        <w:t>І кипіли жили на лобі, ніби шипучка, та чорніли.</w:t>
      </w:r>
    </w:p>
    <w:p>
      <w:r>
        <w:br/>
        <w:t>Вперта голова в Федося, лобага.</w:t>
      </w:r>
    </w:p>
    <w:p>
      <w:r>
        <w:br/>
        <w:t>Друга ніч була ясна, зоряна. Парубки розходились і вулиці, а Федось з братвою мандрував. Умовились не вбивати нікого. Дядько, до якого вони йшли, кив на хуторі. Здалеку ще виднілись комори і хата іід залізним дахом.</w:t>
      </w:r>
    </w:p>
    <w:p>
      <w:r>
        <w:br/>
        <w:t>Збоку спав ліс, розплющував очі й знову дрімав.</w:t>
      </w:r>
    </w:p>
    <w:p>
      <w:r>
        <w:br/>
        <w:t>Вони, як і в першу горобину ніч, йшли вкупі 1 коли перед очима вже повирізувались сараї, то зони перелізли через тин. Біля конюшні лежав о-5ака, загарчав.</w:t>
      </w:r>
    </w:p>
    <w:p>
      <w:r>
        <w:br/>
        <w:t>Степан кинув йому шматок сала. Федось і останні засміялись, бо собака захарчав, пустив червону стьожку і потім витягся.</w:t>
      </w:r>
    </w:p>
    <w:p>
      <w:r>
        <w:br/>
        <w:t>Ніч була ясна, зоряна.</w:t>
      </w:r>
    </w:p>
    <w:p>
      <w:r>
        <w:br/>
        <w:t>Вони одламали замка, коні заржали. Федось од-зязав обох; взяв собі одного, а другого віддав Степанові. Сіли. Поїхали через тік тихо. Дзвеніли вуз-цечки. Инші йшли пішки. Потім із лісу виїхала підвода й ті три сіли иа воза.</w:t>
      </w:r>
    </w:p>
    <w:p>
      <w:r>
        <w:br/>
        <w:t>Стелеться нічний шлях, торохтить віз. А на небі ЇЙ око недосяжний Чумацький Шлях, а тут синій нічний степ.</w:t>
      </w:r>
    </w:p>
    <w:p>
      <w:r>
        <w:br/>
        <w:t>Федось крикнув:</w:t>
      </w:r>
    </w:p>
    <w:p>
      <w:r>
        <w:br/>
        <w:t>Ну, хлопці, я з Степаном на Колонтай.</w:t>
      </w:r>
    </w:p>
    <w:p>
      <w:r>
        <w:br/>
        <w:t>Поїхав прямо, а ті звернули вправоруч.</w:t>
      </w:r>
    </w:p>
    <w:p>
      <w:r>
        <w:br/>
        <w:t>А хазяїн, тільки виїхали вони за тік, одчинив іверї, причаїв, як тінь, пішов у хату і вернувся з :инами. Пішли до конюшні. Собака здох, а конюшня Зула зачинена.</w:t>
      </w:r>
    </w:p>
    <w:p>
      <w:r>
        <w:br/>
        <w:t>Тоді хазяї" кинулися по хуторі; собаки загавкали, люди позбігались.</w:t>
      </w:r>
    </w:p>
    <w:p>
      <w:r>
        <w:br/>
        <w:t>Потім позапрягали коней, а деякі верхи— Й кинулись навздогін.</w:t>
      </w:r>
    </w:p>
    <w:p>
      <w:r>
        <w:br/>
        <w:t>ХазяТ сиділи на возі.</w:t>
      </w:r>
    </w:p>
    <w:p>
      <w:r>
        <w:br/>
        <w:t>Цокали і осі об колеса, а од воза падали тіні Місяць срібнорогий. ще молодий, плив за ними по</w:t>
      </w:r>
    </w:p>
    <w:p>
      <w:r>
        <w:br/>
        <w:t>ТЬМЯНІЙ СИНЯВІ...</w:t>
      </w:r>
    </w:p>
    <w:p>
      <w:r>
        <w:br/>
        <w:t>Доїхали до комітету. Хуторяни увійшли п хату.</w:t>
      </w:r>
    </w:p>
    <w:p>
      <w:r>
        <w:br/>
        <w:t>Деякі міліціонери спали на долівці, а Гриьцко сидів біля телефону.</w:t>
      </w:r>
    </w:p>
    <w:p>
      <w:r>
        <w:br/>
        <w:t>— Вам чого? Чш!</w:t>
      </w:r>
    </w:p>
    <w:p>
      <w:r>
        <w:br/>
        <w:t>— Обікрадено!</w:t>
      </w:r>
    </w:p>
    <w:p>
      <w:r>
        <w:br/>
        <w:t>— Так що-ж. Ви куркулі з Водяного. Знаю. А як куркулів обікрадено, то нічого добра в їх хватить...</w:t>
      </w:r>
    </w:p>
    <w:p>
      <w:r>
        <w:br/>
        <w:t>— А нащо-ж міліція?</w:t>
      </w:r>
    </w:p>
    <w:p>
      <w:r>
        <w:br/>
        <w:t>— Та ходім до начальника, що там з ним балакати" обізвався бородатий.</w:t>
      </w:r>
    </w:p>
    <w:p>
      <w:r>
        <w:br/>
        <w:t>І вийшли. Біля комітету стояли підводи, коні дрімали. Знову заторохтів по селу віз.</w:t>
      </w:r>
    </w:p>
    <w:p>
      <w:r>
        <w:br/>
        <w:t>Назад їхали хуторяни з начальником. Стали. Начальник увійшов, побудив міліціонерів. Грицько схилився на стіл, не вірив.</w:t>
      </w:r>
    </w:p>
    <w:p>
      <w:r>
        <w:br/>
        <w:t>— ІДо, хіба справді їхати, це-ж куркулі?</w:t>
      </w:r>
    </w:p>
    <w:p>
      <w:r>
        <w:br/>
        <w:t>— їхати! Треба ловити бандитів!</w:t>
      </w:r>
    </w:p>
    <w:p>
      <w:r>
        <w:br/>
        <w:t>— Хіба є такий закон?—</w:t>
      </w:r>
    </w:p>
    <w:p>
      <w:r>
        <w:br/>
        <w:t>— Приказ і не розговарювать!</w:t>
      </w:r>
    </w:p>
    <w:p>
      <w:r>
        <w:br/>
        <w:t>Задзвеніли ґвинтовки Два міліціонери поїхали з хуторянами. їхав і Грицько.</w:t>
      </w:r>
    </w:p>
    <w:p>
      <w:r>
        <w:br/>
        <w:t>— Ви, сукини сини, підкупили начальника. Де такий закон, щоб обороняти куркулів?.,</w:t>
      </w:r>
    </w:p>
    <w:p>
      <w:r>
        <w:br/>
        <w:t>Другий засунув затвор.</w:t>
      </w:r>
    </w:p>
    <w:p>
      <w:r>
        <w:br/>
        <w:t>— Нічого не зробиш. Говорить, бандити.</w:t>
      </w:r>
    </w:p>
    <w:p>
      <w:r>
        <w:br/>
        <w:t>Хазяї сіли на коней, а инші хуторяни повернули назад. їхали шагом. З села звернули вліворуч.</w:t>
      </w:r>
    </w:p>
    <w:p>
      <w:r>
        <w:br/>
        <w:t>— От-туди поїхали вони, бо через тік.</w:t>
      </w:r>
    </w:p>
    <w:p>
      <w:r>
        <w:br/>
        <w:t>— Так ви-ж могорич ставте.</w:t>
      </w:r>
    </w:p>
    <w:p>
      <w:r>
        <w:br/>
        <w:t>— Та вже-ж! Почухали потилиці.</w:t>
      </w:r>
    </w:p>
    <w:p>
      <w:r>
        <w:br/>
        <w:t>Ніч степова замертвіла, засиніла: Жита кругом.</w:t>
      </w:r>
    </w:p>
    <w:p>
      <w:r>
        <w:br/>
        <w:t>По дорозі замирав пил як і степ. І серед степу людські голоси були ТИХІ й боязькі.</w:t>
      </w:r>
    </w:p>
    <w:p>
      <w:r>
        <w:br/>
        <w:t>А Грицько кусав губу.</w:t>
      </w:r>
    </w:p>
    <w:p>
      <w:r>
        <w:br/>
        <w:t>— Хитрі гади!—Потім побачив дробовики у хуторян.—А оружіе чого, хіба можна?</w:t>
      </w:r>
    </w:p>
    <w:p>
      <w:r>
        <w:br/>
        <w:t>— Дробовики маєм право. І не балакали.</w:t>
      </w:r>
    </w:p>
    <w:p>
      <w:r>
        <w:br/>
        <w:t>— Це хлопці: Федось, Степан,—думав Грицько— і чорти їх потаскали... А тепер арештовуй.</w:t>
      </w:r>
    </w:p>
    <w:p>
      <w:r>
        <w:br/>
        <w:t>— А що, якби вас тут той,—звернувся він до хуторян.</w:t>
      </w:r>
    </w:p>
    <w:p>
      <w:r>
        <w:br/>
        <w:t>Бородатий розгладив уса, подивився на синів і спокійно промовив:</w:t>
      </w:r>
    </w:p>
    <w:p>
      <w:r>
        <w:br/>
        <w:t>— Не питай, нас більше, та й подужали-б... Ну, що буде, то буде—наганяти!</w:t>
      </w:r>
    </w:p>
    <w:p>
      <w:r>
        <w:br/>
        <w:t>Грицько вдарив коня. Понеслися, перепливаючи, сині лани. Впереді виднілися дві точки.</w:t>
      </w:r>
    </w:p>
    <w:p>
      <w:r>
        <w:br/>
        <w:t>Грицько кричав:</w:t>
      </w:r>
    </w:p>
    <w:p>
      <w:r>
        <w:br/>
        <w:t>— Стій!— і вибухнув у повітря.</w:t>
      </w:r>
    </w:p>
    <w:p>
      <w:r>
        <w:br/>
        <w:t>Коні важко дихали і ще важче одбивали пил. Передні були вже зовсім близько, хуторяни направили дробовики і ще раз крикнули:</w:t>
      </w:r>
    </w:p>
    <w:p>
      <w:r>
        <w:br/>
        <w:t>— Стійі</w:t>
      </w:r>
    </w:p>
    <w:p>
      <w:r>
        <w:br/>
        <w:t>Клацали підкови, пил улігся. Передні приставали, потім зовсім стали.</w:t>
      </w:r>
    </w:p>
    <w:p>
      <w:r>
        <w:br/>
        <w:t>Перебалакувались між себе. Степан хитнув головою й зліз.</w:t>
      </w:r>
    </w:p>
    <w:p>
      <w:r>
        <w:br/>
        <w:t>— Один чорт, влопалися... Аби хоч менш їх!— теж стали.</w:t>
      </w:r>
    </w:p>
    <w:p>
      <w:r>
        <w:br/>
        <w:t>Грицько забрав "нагана". Федось мовчав, а хуторяни забрали коней та гладили гриви,</w:t>
      </w:r>
    </w:p>
    <w:p>
      <w:r>
        <w:br/>
        <w:t>Степан та Федось злізли з коней. Пішли. Повернули й мовчки поїхали. Грицько придивився.</w:t>
      </w:r>
    </w:p>
    <w:p>
      <w:r>
        <w:br/>
        <w:t>— Хлопці! Чого мовчите? Не поїхав, якби не начальник, підкупили, мабуть, оці...</w:t>
      </w:r>
    </w:p>
    <w:p>
      <w:r>
        <w:br/>
        <w:t>Хазяї єхидно засміялися, а Федось підняв голову.</w:t>
      </w:r>
    </w:p>
    <w:p>
      <w:r>
        <w:br/>
        <w:t>— Я і на суді скажу, що буржуїв бив! 1 все... А як вернуся, то побачимо. А начальник буржуйський попихач!</w:t>
      </w:r>
    </w:p>
    <w:p>
      <w:r>
        <w:br/>
        <w:t>Була тиха степова ніч, мріяли сині лани, нічні кажани перелітали по-над дорогою.</w:t>
      </w:r>
    </w:p>
    <w:p>
      <w:r>
        <w:br/>
        <w:t>А згори дивився на цих людей ері норогий молодик.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Темрява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