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</w:t>
      </w:r>
    </w:p>
    <w:p>
      <w:r>
        <w:br/>
        <w:t xml:space="preserve"> У мене задзвонив телефон.&lt;br /&gt;</w:t>
        <w:br/>
        <w:t>— Хто говорить?&lt;br /&gt;</w:t>
        <w:br/>
        <w:t>— Слон.&lt;br /&gt;</w:t>
        <w:br/>
        <w:t>— Звідки?&lt;br /&gt;</w:t>
        <w:br/>
        <w:t>— Від верблюда.&lt;br /&gt;</w:t>
        <w:br/>
        <w:t>— Що вам треба?&lt;br /&gt;</w:t>
        <w:br/>
        <w:t>— Шоколаду.&lt;br /&gt;</w:t>
        <w:br/>
        <w:t>— Для кого?&lt;br /&gt;</w:t>
        <w:br/>
        <w:t>— Для сина мого.&lt;br /&gt;</w:t>
        <w:br/>
        <w:t>— А чи багато надіслати?&lt;br /&gt;</w:t>
        <w:br/>
        <w:t>— Так отак п'ять пудів.&lt;br /&gt;</w:t>
        <w:br/>
        <w:t>Або шість:&lt;br /&gt;</w:t>
        <w:br/>
        <w:t>Більше йому не з'їсти,&lt;br /&gt;</w:t>
        <w:br/>
        <w:t>Він у мене ще маленький!</w:t>
      </w:r>
    </w:p>
    <w:p>
      <w:r>
        <w:br/>
        <w:t>А потім подзвонив&lt;br /&gt;</w:t>
        <w:br/>
        <w:t>Крокодил&lt;br /&gt;</w:t>
        <w:br/>
        <w:t>І зі сльозами просив:&lt;br /&gt;</w:t>
        <w:br/>
        <w:t>— Мій милий, хороший,&lt;br /&gt;</w:t>
        <w:br/>
        <w:t>Прийшли мені калоші,&lt;br /&gt;</w:t>
        <w:br/>
        <w:t>І мені, і дружині, і Тотоше.</w:t>
      </w:r>
    </w:p>
    <w:p>
      <w:r>
        <w:br/>
        <w:t>— Стривай, не тобі&lt;br /&gt;</w:t>
        <w:br/>
        <w:t>Минулого тижня&lt;br /&gt;</w:t>
        <w:br/>
        <w:t>Я вислав дві пари&lt;br /&gt;</w:t>
        <w:br/>
        <w:t>Відмінних калош?</w:t>
      </w:r>
    </w:p>
    <w:p>
      <w:r>
        <w:br/>
        <w:t>— Ах, ті, що ти вислав&lt;br /&gt;</w:t>
        <w:br/>
        <w:t>Минулого тижня,&lt;br /&gt;</w:t>
        <w:br/>
        <w:t>Ми давно вже з'їли&lt;br /&gt;</w:t>
        <w:br/>
        <w:t>І чекаємо не дочекаємося,&lt;br /&gt;</w:t>
        <w:br/>
        <w:t>Коли ж ти знову пришлеш&lt;br /&gt;</w:t>
        <w:br/>
        <w:t>До нашого вечері&lt;br /&gt;</w:t>
        <w:br/>
        <w:t>Дюжину&lt;br /&gt;</w:t>
        <w:br/>
        <w:t>Нових і солодких калош!</w:t>
      </w:r>
    </w:p>
    <w:p>
      <w:r>
        <w:br/>
        <w:t>А потім зателефонували зайчатки:&lt;br /&gt;</w:t>
        <w:br/>
        <w:t>— Чи надіслати рукавички?</w:t>
      </w:r>
    </w:p>
    <w:p>
      <w:r>
        <w:br/>
        <w:t>А потім зателефонували мавпи:&lt;br /&gt;</w:t>
        <w:br/>
        <w:t>— Надішліть, будь ласка, книжки!</w:t>
      </w:r>
    </w:p>
    <w:p>
      <w:r>
        <w:br/>
        <w:t>А потім подзвонив ведмідь&lt;br /&gt;</w:t>
        <w:br/>
        <w:t>Та як почав, як почав ревіти.</w:t>
      </w:r>
    </w:p>
    <w:p>
      <w:r>
        <w:br/>
        <w:t>— Стривайте, ведмідь, не ревите,&lt;br /&gt;</w:t>
        <w:br/>
        <w:t>Поясніть, чого ви хочете?</w:t>
      </w:r>
    </w:p>
    <w:p>
      <w:r>
        <w:br/>
        <w:t>Але він тільки "му" та "му",&lt;br /&gt;</w:t>
        <w:br/>
        <w:t>А до чого, чому —&lt;br /&gt;</w:t>
        <w:br/>
        <w:t>Не зрозумію!&lt;br /&gt;</w:t>
        <w:br/>
        <w:t>— Повісьте, будь ласка, трубку!</w:t>
      </w:r>
    </w:p>
    <w:p>
      <w:r>
        <w:br/>
        <w:t>А потім зателефонували чаплі:&lt;br /&gt;</w:t>
        <w:br/>
        <w:t>— Надішліть, будь ласка, краплі:&lt;br /&gt;</w:t>
        <w:br/>
        <w:t>Ми жабами нині об'їлися,&lt;br /&gt;</w:t>
        <w:br/>
        <w:t>І у нас розболілися животи!</w:t>
      </w:r>
    </w:p>
    <w:p>
      <w:r>
        <w:br/>
        <w:t>А потім зателефонувала свиня:&lt;br /&gt;</w:t>
        <w:br/>
        <w:t>— Пришліть до мене солов'я.&lt;br /&gt;</w:t>
        <w:br/>
        <w:t>Ми сьогодні удвох&lt;br /&gt;</w:t>
        <w:br/>
        <w:t>З солов'єм&lt;br /&gt;</w:t>
        <w:br/>
        <w:t>Чудову пісню&lt;br /&gt;</w:t>
        <w:br/>
        <w:t>Заспіваємо.&lt;br /&gt;</w:t>
        <w:br/>
        <w:t>— Ні, ні! Соловей&lt;br /&gt;</w:t>
        <w:br/>
        <w:t>Не співає для свиней!&lt;br /&gt;</w:t>
        <w:br/>
        <w:t>Поклич-но ти краще ворону!</w:t>
      </w:r>
    </w:p>
    <w:p>
      <w:r>
        <w:br/>
        <w:t>І знову ведмідь:&lt;br /&gt;</w:t>
        <w:br/>
        <w:t>— О, рятуйте моржа!&lt;br /&gt;</w:t>
        <w:br/>
        <w:t>Вчора проковтнув він морського їжака!</w:t>
      </w:r>
    </w:p>
    <w:p>
      <w:r>
        <w:br/>
        <w:t>І така дребедень&lt;br /&gt;</w:t>
        <w:br/>
        <w:t>Цілий день:&lt;br /&gt;</w:t>
        <w:br/>
        <w:t>Дзень-дзень,&lt;br /&gt;</w:t>
        <w:br/>
        <w:t>Дзень-дзень,&lt;br /&gt;</w:t>
        <w:br/>
        <w:t>Дзень-дзень!&lt;br /&gt;</w:t>
        <w:br/>
        <w:t>То тюлень подзвонить, то олень.</w:t>
      </w:r>
    </w:p>
    <w:p>
      <w:r>
        <w:br/>
        <w:t>А нещодавно дві газелі&lt;br /&gt;</w:t>
        <w:br/>
        <w:t>Подзвонили і заспівали:&lt;br /&gt;</w:t>
        <w:br/>
        <w:t>— Невже&lt;br /&gt;</w:t>
        <w:br/>
        <w:t>У самому справі&lt;br /&gt;</w:t>
        <w:br/>
        <w:t>Всі згоріли&lt;br /&gt;</w:t>
        <w:br/>
        <w:t>Каруселі?</w:t>
      </w:r>
    </w:p>
    <w:p>
      <w:r>
        <w:br/>
        <w:t>— Ах, в розумі чи ви, газелі?&lt;br /&gt;</w:t>
        <w:br/>
        <w:t>Не згоріли каруселі,&lt;br /&gt;</w:t>
        <w:br/>
        <w:t>І гойдалки вціліли!&lt;br /&gt;</w:t>
        <w:br/>
        <w:t>Ви б, газелі, не галасували,&lt;br /&gt;</w:t>
        <w:br/>
        <w:t>А наступного тижня&lt;br /&gt;</w:t>
        <w:br/>
        <w:t>Прискакали б і сіли&lt;br /&gt;</w:t>
        <w:br/>
        <w:t>На гойдалки-каруселі!</w:t>
      </w:r>
    </w:p>
    <w:p>
      <w:r>
        <w:br/>
        <w:t>Але не слухали газелі&lt;br /&gt;</w:t>
        <w:br/>
        <w:t>І досі галасували:&lt;br /&gt;</w:t>
        <w:br/>
        <w:t>— Невже&lt;br /&gt;</w:t>
        <w:br/>
        <w:t>У самому справі&lt;br /&gt;</w:t>
        <w:br/>
        <w:t>Всі гойдалки&lt;br /&gt;</w:t>
        <w:br/>
        <w:t>Погоріли?&lt;br /&gt;</w:t>
        <w:br/>
        <w:t>Що за дурні газелі!</w:t>
      </w:r>
    </w:p>
    <w:p>
      <w:r>
        <w:br/>
        <w:t>А вчора вранці&lt;br /&gt;</w:t>
        <w:br/>
        <w:t>Кенгуру:&lt;br /&gt;</w:t>
        <w:br/>
        <w:t>— Чи Не це квартира Мойдодира?</w:t>
      </w:r>
    </w:p>
    <w:p>
      <w:r>
        <w:br/>
        <w:t>Я розсердився та як закричу:&lt;br /&gt;</w:t>
        <w:br/>
        <w:t>— Ні! Це чужа квартира!!!&lt;br /&gt;</w:t>
        <w:br/>
        <w:t>— А де Мойдодир?&lt;br /&gt;</w:t>
        <w:br/>
        <w:t>— Не можу вам сказати...&lt;br /&gt;</w:t>
        <w:br/>
        <w:t>Зателефонуйте за номером сто двадцять п'ять.</w:t>
      </w:r>
    </w:p>
    <w:p>
      <w:r>
        <w:br/>
        <w:t>Я три ночі не спав,&lt;br /&gt;</w:t>
        <w:br/>
        <w:t>Я втомився.&lt;br /&gt;</w:t>
        <w:br/>
        <w:t>Мені б заснути,&lt;br /&gt;</w:t>
        <w:br/>
        <w:t>Відпочити...&lt;br /&gt;</w:t>
        <w:br/>
        <w:t>Але тільки я ліг —&lt;br /&gt;</w:t>
        <w:br/>
        <w:t>Дзвінок!&lt;br /&gt;</w:t>
        <w:br/>
        <w:t>— Хто говорить?&lt;br /&gt;</w:t>
        <w:br/>
        <w:t>— Носоріг.&lt;br /&gt;</w:t>
        <w:br/>
        <w:t>— Що таке?&lt;br /&gt;</w:t>
        <w:br/>
        <w:t>— Біда! Біда!&lt;br /&gt;</w:t>
        <w:br/>
        <w:t>Біжіть швидше сюди!&lt;br /&gt;</w:t>
        <w:br/>
        <w:t>— В чому справа?&lt;br /&gt;</w:t>
        <w:br/>
        <w:t>— Рятуйте!&lt;br /&gt;</w:t>
        <w:br/>
        <w:t>— Кого?&lt;br /&gt;</w:t>
        <w:br/>
        <w:t>— Бегемота!&lt;br /&gt;</w:t>
        <w:br/>
        <w:t>Наш бегемот провалився в болото...&lt;br /&gt;</w:t>
        <w:br/>
        <w:t>— Провалився в болото?&lt;br /&gt;</w:t>
        <w:br/>
        <w:t>— Так!&lt;br /&gt;</w:t>
        <w:br/>
        <w:t>І ні туди, ні сюди!&lt;br /&gt;</w:t>
        <w:br/>
        <w:t>Про, якщо ви не прийдете,-&lt;br /&gt;</w:t>
        <w:br/>
        <w:t>Він потоне, потоне в болоті,&lt;br /&gt;</w:t>
        <w:br/>
        <w:t>Помре, пропаде&lt;br /&gt;</w:t>
        <w:br/>
        <w:t>Бегемот!!!</w:t>
      </w:r>
    </w:p>
    <w:p>
      <w:r>
        <w:br/>
        <w:t>— Гаразд! Біжу! Біжу!&lt;br /&gt;</w:t>
        <w:br/>
        <w:t>Якщо можу, допоможу!</w:t>
      </w:r>
    </w:p>
    <w:p>
      <w:r>
        <w:br/>
        <w:t>Ox, нелегка це робота —&lt;br /&gt;</w:t>
        <w:br/>
        <w:t>З болота тягти бегемота!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