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Телефон довіри</w:t>
      </w:r>
    </w:p>
    <w:p>
      <w:r>
        <w:br/>
        <w:t xml:space="preserve"> &lt;blockquote class="cita" style='text-align:left'&gt;Перша телефонна служба довіри&lt;br /&gt;</w:t>
        <w:br/>
        <w:t>почала діяти у Москві.&lt;/blockquote&gt;</w:t>
      </w:r>
    </w:p>
    <w:p>
      <w:r>
        <w:br/>
        <w:t>Серед ночі,&lt;br /&gt;</w:t>
        <w:br/>
        <w:t>Серед холоду квартири,&lt;br /&gt;</w:t>
        <w:br/>
        <w:t>Коли світ летить кудись у темноту,&lt;br /&gt;</w:t>
        <w:br/>
        <w:t>209-90-04,&lt;br /&gt;</w:t>
        <w:br/>
        <w:t>Відгукнися, увійди і порятуй!</w:t>
      </w:r>
    </w:p>
    <w:p>
      <w:r>
        <w:br/>
        <w:t>209-90... Я не знаю,&lt;br /&gt;</w:t>
        <w:br/>
        <w:t>Я собі оце ніяк не доведу:&lt;br /&gt;</w:t>
        <w:br/>
        <w:t>Як же так – людина космосу сягає,&lt;br /&gt;</w:t>
        <w:br/>
        <w:t>А своїй душі не може дать ладу?</w:t>
      </w:r>
    </w:p>
    <w:p>
      <w:r>
        <w:br/>
        <w:t>209-90-04,&lt;br /&gt;</w:t>
        <w:br/>
        <w:t>Що зарадить може твій всесильний слух,&lt;br /&gt;</w:t>
        <w:br/>
        <w:t>Коли раптом в когось вкрадено довіру,&lt;br /&gt;</w:t>
        <w:br/>
        <w:t>Коли зраджує когось найкращий друг?</w:t>
      </w:r>
    </w:p>
    <w:p>
      <w:r>
        <w:br/>
        <w:t>209... Тихо крутяться пружинки,&lt;br /&gt;</w:t>
        <w:br/>
        <w:t>Цифри мовкнуть, повні таїнства свого,&lt;br /&gt;</w:t>
        <w:br/>
        <w:t>Тільки входить в темноту порожню жінка&lt;br /&gt;</w:t>
        <w:br/>
        <w:t>І чекає не поради, а... його.</w:t>
      </w:r>
    </w:p>
    <w:p>
      <w:r>
        <w:br/>
        <w:t>Та виходить в темноту печалі серце,&lt;br /&gt;</w:t>
        <w:br/>
        <w:t>На орбіту власних болів і образ...&lt;br /&gt;</w:t>
        <w:br/>
        <w:t>209-90... Ти не сердься,&lt;br /&gt;</w:t>
        <w:br/>
        <w:t>Я тобі про щось веселе.&lt;br /&gt;</w:t>
        <w:br/>
        <w:t>В інший раз...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Телефон довіри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