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Текст для andrea loux</w:t>
      </w:r>
    </w:p>
    <w:p>
      <w:r>
        <w:br/>
        <w:t xml:space="preserve"> кацапи, акы збїди.</w:t>
      </w:r>
    </w:p>
    <w:p>
      <w:r>
        <w:br/>
        <w:t>ачей</w:t>
      </w:r>
    </w:p>
    <w:p>
      <w:r>
        <w:br/>
        <w:t>не діждуться причинної облави.</w:t>
      </w:r>
    </w:p>
    <w:p>
      <w:r>
        <w:br/>
        <w:t>ще путь безбрежна до косих очей</w:t>
      </w:r>
    </w:p>
    <w:p>
      <w:r>
        <w:br/>
        <w:t>не достосує дотику, ні слави,</w:t>
      </w:r>
    </w:p>
    <w:p>
      <w:r>
        <w:br/>
        <w:t>&lt;br /&gt;</w:t>
        <w:br/>
        <w:t>ні слабости: видіння versus млость.</w:t>
      </w:r>
    </w:p>
    <w:p>
      <w:r>
        <w:br/>
        <w:t>викапують</w:t>
      </w:r>
    </w:p>
    <w:p>
      <w:r>
        <w:br/>
        <w:t>і шкіряться крізь зуби,</w:t>
      </w:r>
    </w:p>
    <w:p>
      <w:r>
        <w:br/>
        <w:t>що є остання згуба на погост,</w:t>
      </w:r>
    </w:p>
    <w:p>
      <w:r>
        <w:br/>
        <w:t>а все одно остання або згуба.</w:t>
      </w:r>
    </w:p>
    <w:p>
      <w:r>
        <w:br/>
        <w:t>&lt;br /&gt;</w:t>
        <w:br/>
        <w:t>це ж скільки розплодилось тих видінь,</w:t>
      </w:r>
    </w:p>
    <w:p>
      <w:r>
        <w:br/>
        <w:t>аж прорізи давно не в'яжуть лика.</w:t>
      </w:r>
    </w:p>
    <w:p>
      <w:r>
        <w:br/>
        <w:t>&lt;br /&gt;</w:t>
        <w:br/>
        <w:t>зникома пика. незникома пика.</w:t>
      </w:r>
    </w:p>
    <w:p>
      <w:r>
        <w:br/>
        <w:t>і гейби навіть вт…шитися лінь</w:t>
      </w:r>
    </w:p>
    <w:p>
      <w:r>
        <w:br/>
        <w:t>* Andrea Loux (Андреа Лу) – швейцарська фотохудожниця, одна з авторів проекту "Не тільки шоколад", що демонструвався у вересні-жовтні 2002 року в Ґалереї сучасного мистецтва (Сороса) в Києві. Свою експозицію Андреа готувала спільно з низкою швейцарських, німецьких, польських та українських письменників. Саме для цього проекту й написано текст.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 для andrea loux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