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Тебе в обійми я візьму...</w:t>
      </w:r>
    </w:p>
    <w:p>
      <w:r>
        <w:br/>
        <w:t xml:space="preserve"> Тебе в обійми я візьму,&lt;br /&gt;</w:t>
        <w:br/>
        <w:t>Скажу тобі — кохаю!&lt;br /&gt;</w:t>
        <w:br/>
        <w:t>Від тебе, мила, перейму&lt;br /&gt;</w:t>
        <w:br/>
        <w:t>Тепло земного раю.</w:t>
      </w:r>
    </w:p>
    <w:p>
      <w:r>
        <w:br/>
        <w:t>І ти мені відповіси&lt;br /&gt;</w:t>
        <w:br/>
        <w:t>Так хороше й незвично.&lt;br /&gt;</w:t>
        <w:br/>
        <w:t>Я поклянусь твоїй красі&lt;br /&gt;</w:t>
        <w:br/>
        <w:t>Тебе любити вічно.</w:t>
      </w:r>
    </w:p>
    <w:p>
      <w:r>
        <w:br/>
        <w:t>Я відречусь людських скарбів,&lt;br /&gt;</w:t>
        <w:br/>
        <w:t>Бо ти мій скарб єдиний&lt;br /&gt;</w:t>
        <w:br/>
        <w:t>І шепотітиму тобі,&lt;br /&gt;</w:t>
        <w:br/>
        <w:t>Що вдвох ми до загину.</w:t>
      </w:r>
    </w:p>
    <w:p>
      <w:r>
        <w:br/>
        <w:t>В очах твоїх в сум'ятті дум&lt;br /&gt;</w:t>
        <w:br/>
        <w:t>Я світ знайду казковий&lt;br /&gt;</w:t>
        <w:br/>
        <w:t>І на вустах твоїх складу&lt;br /&gt;</w:t>
        <w:br/>
        <w:t>Обітницю любові...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Тебе в обійми я візьму...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