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Ташко-горішок</w:t>
      </w:r>
    </w:p>
    <w:p>
      <w:r>
        <w:br/>
        <w:t xml:space="preserve"> &lt;p&gt;Війни змінювали одна одну й забирали в діда одного по одному спочатку синів, а потім онуків. Незабаром на хуторі, серед хлібів, які колихав щоденний вітер, залишився він один.</w:t>
      </w:r>
    </w:p>
    <w:p>
      <w:r>
        <w:br/>
        <w:t>Чи є зараз те поле? Той хутір? Родичі, які навідувалися лише восени, щоб зібрати плоди незвичайного дідового горіха? А сам горіх?</w:t>
      </w:r>
    </w:p>
    <w:p>
      <w:r>
        <w:br/>
        <w:t>В усьому краї не було такого горіха. Його стовбур не могли обхопити три чоловіки, а горіхи були великі, на всю широку селянську долоню! Тому не дивно, що покупці давали за нього чималі гроші.</w:t>
      </w:r>
    </w:p>
    <w:p>
      <w:r>
        <w:br/>
        <w:t>— Продай горіх і справ собі нову одіж! — підмовляли вони старого.— Навіщо він тобі? Навіть на опудало не годиться!</w:t>
      </w:r>
    </w:p>
    <w:p>
      <w:r>
        <w:br/>
        <w:t>— Знаю, що не годиться! — відповідав дід.— Але якщо я продам горіх, тоді не впізнають обійстя ні мій пес, ні кіт, ні селяни з довколишніх сіл.</w:t>
      </w:r>
    </w:p>
    <w:p>
      <w:r>
        <w:br/>
        <w:t>— Продай та й іди собі кудись з богом. Хіба мало на світі міст і сіл...</w:t>
      </w:r>
    </w:p>
    <w:p>
      <w:r>
        <w:br/>
        <w:t>— Навіщо мені міста й села? Досить з мене і мого обійстя — мого журавля і мого горіха!</w:t>
      </w:r>
    </w:p>
    <w:p>
      <w:r>
        <w:br/>
        <w:t>Усміхнувшись, старий окинув поглядом колосисте поле й розкішну крону горіха, у якій знаходили притулок птахи й зірки, а в тіні її і в найспекотливіші дні було завжди свіжо й прохолодно. Що ще треба людині?</w:t>
      </w:r>
    </w:p>
    <w:p>
      <w:r>
        <w:br/>
        <w:t>Під цим горіхом любили відпочивати ще його прадіди. "Добре було б, якби й онуки побавилися тут у тіні".— Старий сумно зітхнув і задумався. Охопила його невимовна туга: "Хто ж сидітиме під горіхом, коли я помру?" Нема дітей у нього, нікому радіти, коли горіхи, дозрівши, випадають зі своїх зелених сорочок. Якби хоч одне дитинча побігало обійстям, залило сміхом його закутки, повизбирувало із землі горіхи, поласувало ними!</w:t>
      </w:r>
    </w:p>
    <w:p>
      <w:r>
        <w:br/>
        <w:t>Глянув дід на землю, всипану горіхами, й на очі йому навернулися сльози. З кожним днем ставало все важче поратися по господарству, готувати собі їжу. А в перший весняний день ледь піднявся з ліжка. Проте кому він міг поскаржитися?</w:t>
      </w:r>
    </w:p>
    <w:p>
      <w:r>
        <w:br/>
        <w:t>Настали прохолодні осінні ночі. Старому не спалося, бо все тіло судомило, дошкуляв біль у суглобах. Він прислухався до глухих ударів горіхів об землю, визирав у вікно, зауважував, як у сріблястому місячному сяйві маленькі, вкриті тоненьким шаром паморозі білі цятки зриваються з гілок і летять до землі, наче в задушливі серпневі ночі падають зірки з неба. З кожною миттю їх ставало на землі все більше, вони виблискували під місячним промінням, неначе срібні кульки. Нараз дідові здалося, що з них вистрибують якісь крихітні світленькі створіння. Виразно вчув пискляві, тоненькі голосочки. А коли протер очі й приглянувся пильніше, то нічого того не побачив. І не було чути жодного звуку: горіхи безладно лежали на запістрявленій мереживом світлих тіней землі.</w:t>
      </w:r>
    </w:p>
    <w:p>
      <w:r>
        <w:br/>
        <w:t>"Значить, це привиділося мені?" — подумав дід і став готуватися до сну, але сон не йшов. За піччю надокучливо пищала миша, під місячним сяйвом чорно відсвічували дошки підлоги, по яких до нього стрибав маленький срібний промінчик і всміхався:</w:t>
      </w:r>
    </w:p>
    <w:p>
      <w:r>
        <w:br/>
        <w:t>— А спробуй-но, діду, злови мене!</w:t>
      </w:r>
    </w:p>
    <w:p>
      <w:r>
        <w:br/>
        <w:t>Але хто й коли ловив промінці! Старий невесело всміхнувся і знову задивився у вікно. Мов блискуча срібна хмара, пливла в мороці крона горіха, а під нею мерехтіло безліч тіней. І йому здалося, що у тому мерехтінні з горіха знову вистрибують і співають, сміються знайомі маленькі створіння. Все обійстя від цього наповнилося срібним блиском, і по ньому з краю в край гуляла луна від дзвінких дитячих голосочків.</w:t>
      </w:r>
    </w:p>
    <w:p>
      <w:r>
        <w:br/>
        <w:t>— Господи, що це зі мною? — сказав дід уголос і вхопився за вухо.— Вже діти ввижаються. Старий дурень!</w:t>
      </w:r>
    </w:p>
    <w:p>
      <w:r>
        <w:br/>
        <w:t>Цього вечора він ліг спати, сповнений якоїсь невиразної тривоги. Місячне сяйво, наче срібна вода, залило світлицю до найвіддаленіших закутків. Лише між стіною і запічком було трохи темніше. Старий глянув туди, і йому привиділося, начебто там щось виблискує. Скоро біля стіни вчувся якийсь невиразний шепіт... А то всього-на-всього дрімав кіт. Дід одвернувся до вікна: всюди, куди сягав його зір, розлилося місячне сяйво, мов розпущена русалчина коса. Він мимохідь глянув під горіх, і йому знову здалося, ніби там щось ворушиться. Тихесенько, навшпиньках, він вийшов з хати, але коли дістався до того місця, де вчорашньої ночі бешкетували маленькі галасливі створіння, то побачив там лише великі круглі горіхи, що виблискували у місячному світлі.</w:t>
      </w:r>
    </w:p>
    <w:p>
      <w:r>
        <w:br/>
        <w:t>Повернувся старий у хату, ліг на тапчан, але ніяк не міг заснути. Ще двічі, визирнувши у вікно, бачив, як з горіхів вистрибували крихітні всміхнені дітлахи і, взявшись за руки, водили танок. Проте кожного разу, коли він виходив на двір, вони кудись зникали.</w:t>
      </w:r>
    </w:p>
    <w:p>
      <w:r>
        <w:br/>
        <w:t>Ледь дочекався дід світанку. А як забачив голубів над горіхом і розщіп журавля над криницею, то вирішив уже й не спати. Дивився на кота, що, смішно витягнувшись, лизав хвіст, на сонячні плями на стіні, а коли годинник вибив пів на дев'яту, незчувся, як заснув.</w:t>
      </w:r>
    </w:p>
    <w:p>
      <w:r>
        <w:br/>
        <w:t>Хтозна, скільки він спав, що йому снилося, але коли розплющив очі, то все навколо нього знову виблискувало у срібному місячному сяйві. "Щось дуже мені хочеться води! — подумав, однак підвестися не міг.— Ніде жодної живої душі, нікому й води подати!" По щоці старого скотилася сльоза, а коли він підняв руку, щоб її витерти, то біля самісінького вуха почув чийсь тихесенький голосок:</w:t>
      </w:r>
    </w:p>
    <w:p>
      <w:r>
        <w:br/>
        <w:t>— Хто сказав, що нікому й води подати? Ось, будь ласка!</w:t>
      </w:r>
    </w:p>
    <w:p>
      <w:r>
        <w:br/>
        <w:t>Крихітне, світленьке створіння стояло біля подушки й обома руками простягало йому чашку. Від подиву старий занімів, але невдовзі підвівся і взяв чашку з рук малюка. У ній справді була вода. Напившись, він повернув голову до маленького гостя:</w:t>
      </w:r>
    </w:p>
    <w:p>
      <w:r>
        <w:br/>
        <w:t>— Дякую, хто б ти не був!</w:t>
      </w:r>
    </w:p>
    <w:p>
      <w:r>
        <w:br/>
        <w:t>— Ви й самі добре знаєте, хто я такий! — за усміхався малюк.</w:t>
      </w:r>
    </w:p>
    <w:p>
      <w:r>
        <w:br/>
        <w:t>— Я? — здивувася дід.— Оце зараз уперше тебе бачу.</w:t>
      </w:r>
    </w:p>
    <w:p>
      <w:r>
        <w:br/>
        <w:t>— Невже? — Малюк не зводив з діда іскристих очей. На чоло йому спадало світле, майже срібне, волоссячко, а в голубих очах вистрибували насмішкуваті бісики.— Хіба ви не бачили мене минулої й позаминулої ночі? Я ж вів танець...</w:t>
      </w:r>
    </w:p>
    <w:p>
      <w:r>
        <w:br/>
        <w:t>— Не може бути! — Дід у задумі опустив голову. Справді, й минулої, і позаминулої ночі якісь чудернацькі створіннячка витанцьовували під його горіхом. Але ж то йому лише приснилося, як і срібні хлопчики, що вискакували з горіхових шкаралуп.</w:t>
      </w:r>
    </w:p>
    <w:p>
      <w:r>
        <w:br/>
        <w:t>— Танець я бачив,— старий нагнувся до свого дивного гостя і всміхнувся йому,— але ж то було вві сні... Як тебе звати?</w:t>
      </w:r>
    </w:p>
    <w:p>
      <w:r>
        <w:br/>
        <w:t>— Ташко-горішок.</w:t>
      </w:r>
    </w:p>
    <w:p>
      <w:r>
        <w:br/>
        <w:t>— Такого імені мені ще не доводилося чути.</w:t>
      </w:r>
    </w:p>
    <w:p>
      <w:r>
        <w:br/>
        <w:t>— Ви його ніде і не могли почути, бо воно належить лише мені, а інші...</w:t>
      </w:r>
    </w:p>
    <w:p>
      <w:r>
        <w:br/>
        <w:t>— Хто інші? — здивувався дід.</w:t>
      </w:r>
    </w:p>
    <w:p>
      <w:r>
        <w:br/>
        <w:t>— Мої брати. Кожен з них зветься горішком. Тільки я один маю подвійне ім'я, бо я — найстарший! — Малюк гордовито всміхнувся, вистрибнув на табуретку біля тапчана, став пританцьовувати й наспівувати:</w:t>
      </w:r>
    </w:p>
    <w:p>
      <w:r>
        <w:br/>
        <w:t>Гей-гоп, гей-гоп!</w:t>
      </w:r>
    </w:p>
    <w:p>
      <w:r>
        <w:br/>
        <w:t>Мій маленький народ</w:t>
      </w:r>
    </w:p>
    <w:p>
      <w:r>
        <w:br/>
        <w:t>живе в місті-горісі!</w:t>
      </w:r>
    </w:p>
    <w:p>
      <w:r>
        <w:br/>
        <w:t>Гей-гоп, гей-гоп!</w:t>
      </w:r>
    </w:p>
    <w:p>
      <w:r>
        <w:br/>
        <w:t>Наче за домовленістю, на його голос зі всіх закутків світлиці, зі всіх стін до дідового тапчана почали сходитися безліч хлопчиків. Кожен з них був не більший від звичайнісінького жолудя, але всі — біляві, ясноокі, веселі. Вони сміялися-заливалися один поперед одного. Ташко-горішок стиха плеснув у долоні, й малюки відразу стихли.</w:t>
      </w:r>
    </w:p>
    <w:p>
      <w:r>
        <w:br/>
        <w:t>— Нумо, привітаймося! — сказав він, і всі хлопенята дружно вигукнули:</w:t>
      </w:r>
    </w:p>
    <w:p>
      <w:r>
        <w:br/>
        <w:t>— Добрий вечір, дідуню! Як ся маєте?</w:t>
      </w:r>
    </w:p>
    <w:p>
      <w:r>
        <w:br/>
        <w:t>— Дякую, що навідали! — відказав старий, а про себе подумав: "Чи ці малюки часом не ті створіння, що повистрибували з горіхів?" Однак питати про це не став — боявся, що знов кудись подінуться.</w:t>
      </w:r>
    </w:p>
    <w:p>
      <w:r>
        <w:br/>
        <w:t>— Дякуємо вам, що оборонили нас улітку від граду! — схилився перед дідом у поклоні Ташко-горішок.— Віднині ми щоночі будемо вас навідувати.</w:t>
      </w:r>
    </w:p>
    <w:p>
      <w:r>
        <w:br/>
        <w:t>"А що, як вони мене обдурюють?" — подумав дід і звернувся до хлопчиків:</w:t>
      </w:r>
    </w:p>
    <w:p>
      <w:r>
        <w:br/>
        <w:t>— Ви ж не зможете прийти, адже це — сон!</w:t>
      </w:r>
    </w:p>
    <w:p>
      <w:r>
        <w:br/>
        <w:t>— Ви так думаєте? — усміхнувся Ташко-горішок і простягнув старому горіх із щирого срібла.— У цьому горісі я сам, бережіть його, дідусю. А навідуватиму вас лише вночі...</w:t>
      </w:r>
    </w:p>
    <w:p>
      <w:r>
        <w:br/>
        <w:t>— Коли я прокинуся, вас уже не буде! — сумно мовив старий.</w:t>
      </w:r>
    </w:p>
    <w:p>
      <w:r>
        <w:br/>
        <w:t>Чи одну мить, чи все життя снив, хто знає? Прокинувся тоді, коли тінь від горіха стала зовсім коротенька. Глянув на свою долоню й аж підскочив: "Що це таке?" На долоні лежав срібний горіх. Дід поклав його на подушку, протер очі, але горіх і далі був з ним, а з нього долинав чийсь тихесенький смішок...</w:t>
      </w:r>
    </w:p>
    <w:p>
      <w:r>
        <w:br/>
        <w:t>Тож і не дивно, що старий щодня з нетерпінням чекає 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Ташко-горішок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