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Тарасова ніч</w:t>
      </w:r>
    </w:p>
    <w:p>
      <w:r>
        <w:br/>
        <w:t xml:space="preserve"> 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виспівує,&lt;br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козаченька&lt;br /&gt;</w:t>
        <w:br/>
        <w:t>В зеленім байраці.&lt;br /&gt;</w:t>
        <w:br/>
        <w:t>Грає кобзар, виспівує —&lt;br /&gt;</w:t>
        <w:br/>
        <w:t>Аж лихо сміється...&lt;br /&gt;</w:t>
        <w:br/>
        <w:t>"Була колись гетьманщина,&lt;br /&gt;</w:t>
        <w:br/>
        <w:t>Та вже не вернеться.&lt;br /&gt;</w:t>
        <w:br/>
        <w:t>Було колись — панували,&lt;br /&gt;</w:t>
        <w:br/>
        <w:t>Та більше не будем!&lt;br /&gt;</w:t>
        <w:br/>
        <w:t>Тії слави козацької&lt;br /&gt;</w:t>
        <w:br/>
        <w:t>Повік не забудем!</w:t>
      </w:r>
    </w:p>
    <w:p>
      <w:r>
        <w:br/>
        <w:t>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рятує...&lt;br /&gt;</w:t>
        <w:br/>
        <w:t>Козачество гине;&lt;br /&gt;</w:t>
        <w:br/>
        <w:t>Гине слава, батьківщина;&lt;br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віра,&lt;br /&gt;</w:t>
        <w:br/>
        <w:t>В церкву не пускають!&lt;br /&gt;</w:t>
        <w:br/>
        <w:t>Як та галич поле крив,&lt;br /&gt;</w:t>
        <w:br/>
        <w:t>Ляхи, уніати&lt;br /&gt;</w:t>
        <w:br/>
        <w:t>Налітають, 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Гіркими сльозами:&lt;br /&gt;</w:t>
        <w:br/>
        <w:t>"Бідна моя Україно,&lt;br /&gt;</w:t>
        <w:br/>
        <w:t>Стоптана ляхами!"&lt;br /&gt;</w:t>
        <w:br/>
        <w:t>Україно, Україно!&lt;br /&gt;</w:t>
        <w:br/>
        <w:t>Серце моє, ненько!&lt;br /&gt;</w:t>
        <w:br/>
        <w:t>Як згадаю твою долю,&lt;br /&gt;</w:t>
        <w:br/>
        <w:t>Заплаче серденько!&lt;br /&gt;</w:t>
        <w:br/>
        <w:t>Де поділось козачество,&lt;br /&gt;</w:t>
        <w:br/>
        <w:t>Червоні жупани?&lt;br /&gt;</w:t>
        <w:br/>
        <w:t>Де поділась доля-воля,&lt;br /&gt;</w:t>
        <w:br/>
        <w:t>Бунчуки6, гетьмани?&lt;br /&gt;</w:t>
        <w:br/>
        <w:t>Де поділися? Згоріло&lt;br /&gt;</w:t>
        <w:br/>
        <w:t>А чи затопило&lt;br /&gt;</w:t>
        <w:br/>
        <w:t>Синє море твої гори,&lt;br /&gt;</w:t>
        <w:br/>
        <w:t>Високі могили?&lt;br /&gt;</w:t>
        <w:br/>
        <w:t>Мовчать гори, грає море,&lt;br /&gt;</w:t>
        <w:br/>
        <w:t>Могили сумують,&lt;br /&gt;</w:t>
        <w:br/>
        <w:t>А над дітьми козацькими&lt;br /&gt;</w:t>
        <w:br/>
        <w:t>Поганці панують.&lt;br /&gt;</w:t>
        <w:br/>
        <w:t>Грай же, море, мовчіть, гори!&lt;br /&gt;</w:t>
        <w:br/>
        <w:t>Гуляй, буйний, полем!&lt;br /&gt;</w:t>
        <w:br/>
        <w:t>Плачте, діти козацькії, —&lt;br /&gt;</w:t>
        <w:br/>
        <w:t>Така ваша доля!&lt;br /&gt;</w:t>
        <w:br/>
        <w:t>Обізвавсь Тарас Трясило&lt;br /&gt;</w:t>
        <w:br/>
        <w:t>Віру рятовати,&lt;br /&gt;</w:t>
        <w:br/>
        <w:t>Обізвався, орел сизий,&lt;br /&gt;</w:t>
        <w:br/>
        <w:t>Та й дав ляхам знати!&lt;br /&gt;</w:t>
        <w:br/>
        <w:t>Обізвався пан Трясило:&lt;br /&gt;</w:t>
        <w:br/>
        <w:t>"А годі журиться!&lt;br /&gt;</w:t>
        <w:br/>
        <w:t>А ходім лиш, пани-брати,&lt;br /&gt;</w:t>
        <w:br/>
        <w:t>З поляками биться!"</w:t>
      </w:r>
    </w:p>
    <w:p>
      <w:r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козаченько,&lt;br /&gt;</w:t>
        <w:br/>
        <w:t>Тяжко зажурився,&lt;br /&gt;</w:t>
        <w:br/>
        <w:t>А поганий Конецпольський&lt;br /&gt;</w:t>
        <w:br/>
        <w:t>Дуже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"Нехай собі бенкетують,&lt;br /&gt;</w:t>
        <w:br/>
        <w:t>Нехай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 —&lt;br /&gt;</w:t>
        <w:br/>
        <w:t>Козак ляха знайде".</w:t>
      </w:r>
    </w:p>
    <w:p>
      <w:r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Зійшло сонце — ляшки-панки&lt;br /&gt;</w:t>
        <w:br/>
        <w:t>Покотом лежали.</w:t>
      </w:r>
    </w:p>
    <w:p>
      <w:r>
        <w:br/>
        <w:t>Червоною гадюкою&lt;br /&gt;</w:t>
        <w:br/>
        <w:t>Несе Альта вісти,&lt;br /&gt;</w:t>
        <w:br/>
        <w:t>Щоб летіли крюки з поля&lt;br /&gt;</w:t>
        <w:br/>
        <w:t>Ляшків-панків їсти.&lt;br /&gt;</w:t>
        <w:br/>
        <w:t>Налетіли чорні крюки&lt;br /&gt;</w:t>
        <w:br/>
        <w:t>Вельможних будити;&lt;br /&gt;</w:t>
        <w:br/>
        <w:t>Зібралося козачество&lt;br /&gt;</w:t>
        <w:br/>
        <w:t>Богу помолитись.&lt;br /&gt;</w:t>
        <w:br/>
        <w:t>Закрякали чорні крюки,&lt;br /&gt;</w:t>
        <w:br/>
        <w:t>Виймаючи очі;&lt;br /&gt;</w:t>
        <w:br/>
        <w:t>Заспівали козаченьки&lt;br /&gt;</w:t>
        <w:br/>
        <w:t>Пісню тії ночі, —&lt;br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</w:t>
      </w:r>
    </w:p>
    <w:p>
      <w:r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ворон на могилі&lt;br /&gt;</w:t>
        <w:br/>
        <w:t>Та з голоду кряче...&lt;br /&gt;</w:t>
        <w:br/>
        <w:t>Згада козак гетьманщину,&lt;br /&gt;</w:t>
        <w:br/>
        <w:t>З 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</w:t>
      </w:r>
    </w:p>
    <w:p>
      <w:r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А там найду свою жінку,&lt;br /&gt;</w:t>
        <w:br/>
        <w:t>Найду жінку, почастую,&lt;br /&gt;</w:t>
        <w:br/>
        <w:t>З вороженьків покепкую".</w:t>
      </w:r>
    </w:p>
    <w:p>
      <w:r>
        <w:br/>
        <w:t>[6 листопада 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