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за горою, за крем'яною</w:t>
      </w:r>
    </w:p>
    <w:p>
      <w:r>
        <w:br/>
        <w:t xml:space="preserve"> Там за горою, за крем'яною&lt;br /&gt;</w:t>
        <w:br/>
        <w:t>Стоїть калина над рікою,&lt;br /&gt;</w:t>
        <w:br/>
        <w:t>А біля неї дівчина жде —&lt;br /&gt;</w:t>
        <w:br/>
        <w:t>Чомусь коханий не йде, не йде.</w:t>
      </w:r>
    </w:p>
    <w:p>
      <w:r>
        <w:br/>
        <w:t>Приспів 1:&lt;br /&gt;</w:t>
        <w:br/>
        <w:t>А швидка річка шумить, хлюпоче,&lt;br /&gt;</w:t>
        <w:br/>
        <w:t>Шалений біг спинить не хоче.&lt;br /&gt;</w:t>
        <w:br/>
        <w:t>І дивиться дівчина в воду —&lt;br /&gt;</w:t>
        <w:br/>
        <w:t>Мабуть, боїться коханий броду. * (x2)</w:t>
      </w:r>
    </w:p>
    <w:p>
      <w:r>
        <w:br/>
        <w:t>Там за горою, за крем'яною&lt;br /&gt;</w:t>
        <w:br/>
        <w:t>Ступає леґінь вбрід рікою.&lt;br /&gt;</w:t>
        <w:br/>
        <w:t>Стихають хвилі, прудкі і злі,&lt;br /&gt;</w:t>
        <w:br/>
        <w:t>І сяє щастя по всій землі.</w:t>
      </w:r>
    </w:p>
    <w:p>
      <w:r>
        <w:br/>
        <w:t>Приспів 2:&lt;br /&gt;</w:t>
        <w:br/>
        <w:t>А синя річка лише хлюпоче,&lt;br /&gt;</w:t>
        <w:br/>
        <w:t>Ввібравши зорі в свої очі.&lt;br /&gt;</w:t>
        <w:br/>
        <w:t>І місяць пригорнув калину —&lt;br /&gt;</w:t>
        <w:br/>
        <w:t>Любов не зна повік зупину. ** (x2)</w:t>
      </w:r>
    </w:p>
    <w:p>
      <w:r>
        <w:br/>
        <w:t>Приспів 2:</w:t>
      </w:r>
    </w:p>
    <w:p>
      <w:r>
        <w:br/>
        <w:t>А синя річка лише хлюпоче,&lt;br /&gt;</w:t>
        <w:br/>
        <w:t>Ввібравши зорі в свої очі.&lt;br /&gt;</w:t>
        <w:br/>
        <w:t>І місяць пригорнув калину —&lt;br /&gt;</w:t>
        <w:br/>
        <w:t>Любов не зна повік зупину.&lt;br /&gt;</w:t>
        <w:br/>
        <w:t>Любов не зна повік зупину.&lt;br /&gt;</w:t>
        <w:br/>
        <w:t>О— о— 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за горою, за крем'яною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