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Там, край світу...</w:t>
      </w:r>
    </w:p>
    <w:p>
      <w:r>
        <w:br/>
        <w:t xml:space="preserve"> &lt;p&gt;Хутір лежить посеред світу, посеред хутора — хата, а серед хати — люба матуся. Навколо неї щебече десятеро дітей.</w:t>
      </w:r>
    </w:p>
    <w:p>
      <w:r>
        <w:br/>
        <w:t>Чотирирічна Розі — приймачка; для неї немає місця ні в хаті, ні в хуторі, ніде на світі. Вона скрізь зайва. Розі горнеться до дітей, але ті добре знають, що дівчинка їм чужа-чужаниця.</w:t>
      </w:r>
    </w:p>
    <w:p>
      <w:r>
        <w:br/>
        <w:t>Правда, мала Розі не розуміє, що то приймачка. Вона гадає, ніби мати в неї та ж сама, що в інших. Розі, як і всі діти, називає любою матусею огрядну й високу чорняву жінку, що саме загадує дітям роздягатися.</w:t>
      </w:r>
    </w:p>
    <w:p>
      <w:r>
        <w:br/>
        <w:t>Сьогодні купання, кожному треба помитися, бо післязавтра — Великдень.</w:t>
      </w:r>
    </w:p>
    <w:p>
      <w:r>
        <w:br/>
        <w:t>Діти гудуть, як бджоли у вулику, цвірінькають, як пташки в гнізді, сваряться, як перекупки на базарі. Самі дівчата. Десятеро дівчат. Тому мати й узяла в прийми чужу дитину. Де вже стількох годують задарма, нехай буде хоч одна, за яку платитимуть.</w:t>
      </w:r>
    </w:p>
    <w:p>
      <w:r>
        <w:br/>
        <w:t>Татуся нема дома, і всі з цього радіють. Дядько Тюлкеш дуже сердиться, що в них нема синів, а самі дівчата; через те й до горілки принадився. Повертається додому завжди з батогом й шмагає всіх підряд.</w:t>
      </w:r>
    </w:p>
    <w:p>
      <w:r>
        <w:br/>
        <w:t>Розі теж могла б роздягнутися, але, відкопиливши губи, вона тільки дивиться, бо люба матуся не звертає на неї жодної уваги. І ніхто не зважає на неї, бо всі заклопотані роздяганням. Найстаршій дівчинці чотирнадцять, а найменша ще в колисці. Таких, як Розі, чотирирічних, є ще двоє — близнята. Годі запам'ятати імена всіх, навіть мати плутає. Вона ніколи не знає, котра з дівчат Марі, котра Юлі, Шарі, Кларі, котра з них Ціца, а котра Маца. А троє найменших ще й не мають наймення. Бо хіба можна називати на ім'я піврічну дитину?</w:t>
      </w:r>
    </w:p>
    <w:p>
      <w:r>
        <w:br/>
        <w:t>Цікаво те, що Розі з усіма живе у добрій згоді, а рідні сестри не ладнають одна з одною. Ця мала крихітка Розі вже має минуле. Не вперше їй жити в чужій сім'ї. За своє коротке життя зазнає вона батьківської ласки вже на третьому місці. І через те Розі прикро, що всім про неї байдуже — і любій матусі, і Марі, і Юлі, і Шарі, і Кларі. Розі стала осторонь і, надимаючи губи, чекала, що буде з нею?</w:t>
      </w:r>
    </w:p>
    <w:p>
      <w:r>
        <w:br/>
        <w:t>Знадвору внесли діжку. Люба матуся налила з казана окропу, розвела холодною водою. Дівчатка, підсаджуючи одна одну, залізають у діжку, що нагадує зараз кадіб, коли він ущерть наповнений виноградними гронами.</w:t>
      </w:r>
    </w:p>
    <w:p>
      <w:r>
        <w:br/>
        <w:t>Розі й досі стоїть осторонь і не знає, що буде з нею. Вона приклала пальця до рота й тільки дивиться та дивиться.</w:t>
      </w:r>
    </w:p>
    <w:p>
      <w:r>
        <w:br/>
        <w:t>Діти галасували, аж кімната з сволоком посеред стелі ходила ходором. А люба матуся безнастанно гримала:</w:t>
      </w:r>
    </w:p>
    <w:p>
      <w:r>
        <w:br/>
        <w:t>— Не кричіть, бо здуріти можна!</w:t>
      </w:r>
    </w:p>
    <w:p>
      <w:r>
        <w:br/>
        <w:t>Та, сидячи у воді, вони ще дужче кричали, сміялися та лементували.</w:t>
      </w:r>
    </w:p>
    <w:p>
      <w:r>
        <w:br/>
        <w:t>Ціла купа голеньких сміхотливих дівчаток. Тільки мала Розі стоїть насуплена, але не сміє озватися, бо так воно вже ведеться в світі. Розі вже звикла до того, що й за обідом остання дістає хліб, і то лише тоді, коли залишиться. А не залишиться — й крихти не перепаде. І Розі не плаче, не кричить і не просить. Хіба не дивно, що дівча з дитячого притулку розуміє — їй не можна ні плакати, ні кричати, ані просити, а тільки чекати?! І Розі, наче старченя під ворітьми, також чекала, поки хтось не винесе їй милостиню. Ця невеличка чотирирічна дівчинка мала вже певне уявлення про те, які в бідняків права. Вона має право стояти тут і чекати, поки скупають всі десятеро дітей. Розі пригадує, що взимку купалася з дітьми. Тоді люба матуся вдарила її по руці — знай свою чергу! Тепер уже матусі не доводиться бити приймачку. Хоча сталося те давно, але відтоді Розі вже без бійки пам'ятає, що їй належить мовчки чекати. Отже, вона чекає.</w:t>
      </w:r>
    </w:p>
    <w:p>
      <w:r>
        <w:br/>
        <w:t>Та дивитися Розі дозволено.</w:t>
      </w:r>
    </w:p>
    <w:p>
      <w:r>
        <w:br/>
        <w:t>— Напийся молока! — озвалася до неї люба матуся.— Ось там воно.</w:t>
      </w:r>
    </w:p>
    <w:p>
      <w:r>
        <w:br/>
        <w:t>Усе було б гаразд, але Розі, на превеликий подив, не любить молока. Не треба їй молока.</w:t>
      </w:r>
    </w:p>
    <w:p>
      <w:r>
        <w:br/>
        <w:t>— Не питиму! — непокірливо відказує дівчинка.</w:t>
      </w:r>
    </w:p>
    <w:p>
      <w:r>
        <w:br/>
        <w:t>Люба матуся завжди забуває, кому з дітей що до вподоби. Де ж пак їй запам'ятати, що приймачка не п'є молока. Завжди є кому випити або з'їсти те, що припало на долю Розі. Мати навіть не помітить цього.</w:t>
      </w:r>
    </w:p>
    <w:p>
      <w:r>
        <w:br/>
        <w:t>— Не хочеш молока?</w:t>
      </w:r>
    </w:p>
    <w:p>
      <w:r>
        <w:br/>
        <w:t>— Ні! Пийте самі!</w:t>
      </w:r>
    </w:p>
    <w:p>
      <w:r>
        <w:br/>
        <w:t>— До дідька з твоїм шлунком! — гримнула люба матуся на приймачку й заходилася ганчіркою та піском терти чорну, аж закоптілу, шию якоїсь з своїх дочок.— Забирайся звідси! — знов крикнула на Розі.</w:t>
      </w:r>
    </w:p>
    <w:p>
      <w:r>
        <w:br/>
        <w:t>Дітей слід карати. Безперестанно карати, бо інакше розпережуться.</w:t>
      </w:r>
    </w:p>
    <w:p>
      <w:r>
        <w:br/>
        <w:t>А Розі стоїть як соляний стовп. Ця знавісніла приймачка не зважає на материні слова.</w:t>
      </w:r>
    </w:p>
    <w:p>
      <w:r>
        <w:br/>
        <w:t>— Забирайся звідси! — і мати дала їй такого тумака, що дівчинка вилетіла через двері аж до холодної кухні — і не збагнула, як там опинилася.</w:t>
      </w:r>
    </w:p>
    <w:p>
      <w:r>
        <w:br/>
        <w:t>Розі стояла в сінях. Двері в хату були зачинені. Дівчинка легко б дотягнулась до клямки, та вона вже настільки вихована, що лише дивиться, довго і невідступно дивиться на клямку чорними очима, але не торкається неї.</w:t>
      </w:r>
    </w:p>
    <w:p>
      <w:r>
        <w:br/>
        <w:t>Допіру матуся згадала про молоко, і дівчинці забаглося їсти. Не міркуючи багато, повернулась і подалася до комірчини. На коморі клямка з мотузки. Дівчинка смикнула її — і двері відчинилися. Розі ввійшла, і враз під носом у неї — хліб, чимала паляниця. Дівчинка взяла хліб і обома забрудненими руками намагалася відломити окраєць. Відломила. Розі повернулася з хлібом у руці і, байдуже похитуючись, пішла. Вона продріботіла повз хатні двері й почула зсередини страшний шум, регіт, виск. Та дівчинка ступала далі, додому, в солому, туди, де ховалася звечора...</w:t>
      </w:r>
    </w:p>
    <w:p>
      <w:r>
        <w:br/>
        <w:t>Учора надвечір дядько Тюлкеш прийшов п'яний, як чіп. Він широко ступав і все стукався головою об стіну. Та це вже не первина. Дядько Тюлкеш розшукав якусь чудернацьку штуку, що нею влітку молотили пшеницю,— з кінця довгої палиці звисає менша палиця. Він розмахував довгою палицею і бив любу матусю. І діти, що зараз сміються, тоді страшенно вищали. Усі десятеро вищали, начебто грало десять труб. Лише Розі мовчала. Вона не мала права вищати.</w:t>
      </w:r>
    </w:p>
    <w:p>
      <w:r>
        <w:br/>
        <w:t>Того вечора Розі вже спала в своєму кутку, та люба матуся схопила й її і вишмигнула з нею надвір. Незважаючи на холод, дівчатка побігли босоніж на тік, що в кінці двору, і зарилися в солому та сіно. О, там у дворі величезні будинки з сіна, більші, аніж той, в якому живуть!</w:t>
      </w:r>
    </w:p>
    <w:p>
      <w:r>
        <w:br/>
        <w:t>Дівчатка поробили собі в скирті гнізда й допомогли одна одній сховатися. Було дуже темно, і дядько Тюлкеш таки не знайшов їх. Розі теж була там. Вона залізла разом з Шарі в діру. На щастя, Розі заснула в хаті вдягнена й озута. Через те вона в стозі не дуже замерзла. Вона спала, і нічого їй не сталося.</w:t>
      </w:r>
    </w:p>
    <w:p>
      <w:r>
        <w:br/>
        <w:t>Тепер Розі теж побігла додому в солом'яну хату і стала шукати вчорашнє гніздо. Не знайшла. Зрештою, вона не дуже й шукала, бо почувала себе в безпеці, й заходилась уминати той окраєць, який принесла з собою.</w:t>
      </w:r>
    </w:p>
    <w:p>
      <w:r>
        <w:br/>
        <w:t>Мала приймачка, наче собачка-злодюжка чи мишка, що знайде собі щось погризти, стояла, запхнувши голову в сіно, і жувала хліб. Вона завжди любила їсти хліб і тепер була дуже щаслива. Розі уминала хліб так, ніби він був її власністю. Розі, дарма що була ще маленька, мала таки розум. Вона знала, де лежить хліб, і без ножа могла вломити шматок. А коли б і мала ніж, то не користалася б ним, бо різати ще не вміла.</w:t>
      </w:r>
    </w:p>
    <w:p>
      <w:r>
        <w:br/>
        <w:t>Дівчинка їла хліб, аж поки з хати не долинув до неї страшенний крик. Це сталося трохи згодом. Купання вже скінчилося, і люба матуся якось згадала про Розі. Вона гукнула до сіней, щоб Розі повернулася в хату, але звідти ніхто не озивався. Довелося матері самій вийти. Люба матуся помітила, що комірчина навстіж — малій і на думку не спало замести за собою сліди. Правда, побачивши хліб, люба матуся догадалася, хто вчинив святотатство, і знала, де треба шукати Розі. І справді, не минуло й хвилини, а мати вже була біля скирти, схопила приймачку за барки, струснувши, підняла, наче жабу, і била куди влучить.</w:t>
      </w:r>
    </w:p>
    <w:p>
      <w:r>
        <w:br/>
        <w:t>— Не будеш купатися! — гукала матуся.— Злодійко задрипана! Тепер залишишся на Великдень смердючою. Бодай ти здохла!</w:t>
      </w:r>
    </w:p>
    <w:p>
      <w:r>
        <w:br/>
        <w:t>Мала Розі під опікою держави і вже звикла до цього. Хіба її можна не бити? Її завжди б'ють. І навіть не болить так, щоб голосно плакати. Тобто болить, та вона вже притерпілася до болю і готова за кожний шматок хліба відбути кару. Коли б'ють, то Розі мовчить. Навіщо плакати — ніхто тебе не потішить, ніхто не врятує, навіть сліз тобі ніхто не витре. Приймачку завжди лупцюють. Розі ще не усвідомила, що значить бути приймачкою, і діє підсвідомо: б'ють — не плаче, знайде їжу — їсть, сварять — мовчить...</w:t>
      </w:r>
    </w:p>
    <w:p>
      <w:r>
        <w:br/>
        <w:t>І тут сталося диво. На місце дії нагодилася держава.</w:t>
      </w:r>
    </w:p>
    <w:p>
      <w:r>
        <w:br/>
        <w:t>Приспіла інспекторка, а їй доручено доглядати за виданими на утримання знайдами. Тьотя приїхала на хутір подивитися, як мається Розі, як вона святкуватиме Великдень, і випадково застукала любу матусю на тому, що б'є свою годованку.</w:t>
      </w:r>
    </w:p>
    <w:p>
      <w:r>
        <w:br/>
        <w:t>І лагідна й тиха тьотя розкричалася, а дебела чорнява люба матуся мовчала.</w:t>
      </w:r>
    </w:p>
    <w:p>
      <w:r>
        <w:br/>
        <w:t>— Гадаєте, не знайдуться люди, які візьмуть дитину? — насипалася тьотя.— Знайдуться, будьте певні... Хіба так доглядають дитину? Де її вбрання? Де твої сукні, дівчинко?</w:t>
      </w:r>
    </w:p>
    <w:p>
      <w:r>
        <w:br/>
        <w:t>Розі невинно відповіла:</w:t>
      </w:r>
    </w:p>
    <w:p>
      <w:r>
        <w:br/>
        <w:t>— Люба матуся завжди одягає їх на Ціцу та Мацу.</w:t>
      </w:r>
    </w:p>
    <w:p>
      <w:r>
        <w:br/>
        <w:t>— Ви що, кішок вбираєте у дитячі сукенки?</w:t>
      </w:r>
    </w:p>
    <w:p>
      <w:r>
        <w:br/>
        <w:t>Люба матуся не вимовила й слова.</w:t>
      </w:r>
    </w:p>
    <w:p>
      <w:r>
        <w:br/>
        <w:t>А мала розумниця здогадалася: тут щось не гаразд. Тьотя дурна і думає, що йдеться про якихось кицьок, а це ж сестрички Розі.</w:t>
      </w:r>
    </w:p>
    <w:p>
      <w:r>
        <w:br/>
        <w:t>— Це не кицьки, а дівчатка.</w:t>
      </w:r>
    </w:p>
    <w:p>
      <w:r>
        <w:br/>
        <w:t>— Ага! — зрозуміла тьотя.— Ви в казенне вбираєте власних дітей? Ну, гаразд, що я це знаю. Негайно зберіть усе, я заберу дитину з собою. Саме знайшла для неї добре місце в селі.</w:t>
      </w:r>
    </w:p>
    <w:p>
      <w:r>
        <w:br/>
        <w:t>Що мала робити люба матуся,— мусила зібрати одяг. Тьотя посадила дівчинку на підводу і повезла з собою. Розі й словом не обізвалася — і тут дотримувалася своєї мудрості: коли тобою порядкують, треба мовчати.</w:t>
      </w:r>
    </w:p>
    <w:p>
      <w:r>
        <w:br/>
        <w:t>Підвода нарешті вкотилася в село й зупинилася біля чепурної хати. Вийшла надвір рум'яна, опасиста, весела жінка і, щиро дякуючи тьоті інспекторці за чудовий великодній дарунок, схопила малу Розі в обійми.</w:t>
      </w:r>
    </w:p>
    <w:p>
      <w:r>
        <w:br/>
        <w:t>Та Розі й тут не почувала себе дома і чорними, похмурими очицями мовчки роздивлялася навколо.</w:t>
      </w:r>
    </w:p>
    <w:p>
      <w:r>
        <w:br/>
        <w:t>— Я хочу повернутися до любої матусі,— сказала вона, втираючись після поцілунків чужої тьоті.</w:t>
      </w:r>
    </w:p>
    <w:p>
      <w:r>
        <w:br/>
        <w:t>А огрядна господиня не переставала сміятися. Завела дівчинку до кімнати й показала їй велику ляльку. Якщо Розі залишиться, то це буде її лялька.</w:t>
      </w:r>
    </w:p>
    <w:p>
      <w:r>
        <w:br/>
        <w:t>Розі дедалі з більшою підозрою дивилася на жінок і ніяк не могла повірити тому, що люба матуся, яку вона щойно покинула, не її рідна. Намарно запевняли дівчинку, що її мати інша і що зараз в неї нема матері. Розі ще більше сердилася і боялася, що ось ці чужі люди вкрадуть од неї любу матусю.</w:t>
      </w:r>
    </w:p>
    <w:p>
      <w:r>
        <w:br/>
        <w:t>Інспекторка подалася геть. На прощання вона потішила товсту молодицю:</w:t>
      </w:r>
    </w:p>
    <w:p>
      <w:r>
        <w:br/>
        <w:t>— Тільки гарно поводьтеся з нею! І ви побачите, як дівчинка полюбить вас...</w:t>
      </w:r>
    </w:p>
    <w:p>
      <w:r>
        <w:br/>
        <w:t>Розі була дуже пригнічена. Забагато подій припало на один день: купання, голі сестрички, хліб, солома, лупцювання, тьотя, підвода — навіть для великодньої п'ятниці це вже занадто.</w:t>
      </w:r>
    </w:p>
    <w:p>
      <w:r>
        <w:br/>
        <w:t>— Укладу тебе спати, маленька. І без того в мене роботи — не переробиш,— сказала опасиста тітка і, вклавши Розі, як була, на великий диван, накрила її теплою хусткою.</w:t>
      </w:r>
    </w:p>
    <w:p>
      <w:r>
        <w:br/>
        <w:t>Дівчинка не опиралася. Вона розкинула своїм хитрим, лукавим розумцем і сказала собі в думці: "Тільки тьотя вийде звідси..."</w:t>
      </w:r>
    </w:p>
    <w:p>
      <w:r>
        <w:br/>
        <w:t>І коли товста господиня вийшла, Розі притьмом скочила на ноги, не вагаючись, вибігла з гарної кімнати, від довгокосої ляльки і — надвір, на вулицю. Дівчинка мала щастя: її ніхто не помітив. У селі кожен готувався до великодня, на вулиці нікогісінько, і мала Розі могла іти, куди очі ведуть.</w:t>
      </w:r>
    </w:p>
    <w:p>
      <w:r>
        <w:br/>
        <w:t>Дівчинка побігла дорогою, потім курним битим шляхом. Вона ішла та ішла, куди її путь-дорога вела, аж поки не вибралася з села. А тоді почимчикувала далі й все дивилася туди, де небо торкалося землі. В її кругленьку голівку запала думка, що там уже край світу і там їй буде добре.</w:t>
      </w:r>
    </w:p>
    <w:p>
      <w:r>
        <w:br/>
        <w:t>Часом дівчинці здавалося, що ось-ось дотягнеться маленькою ручкою до кінця світу. Та на узбіччі дороги знов і знов зводились то дерево, то колодязний журавель, і кінця світу й досі не було. Це тривало доти, поки, нарешті, показалося незнайоме село. А Розі лише дріботіла та дріботіла маленькими ніжками, хоч уже й стомилася і раз у раз зупинялася, трусячись з холоду. Губи в неї посиніли, і все тіло вкрилося сиротами. Та дівчинка не знала, чого це так, не знала, почім ківш лиха...</w:t>
      </w:r>
    </w:p>
    <w:p>
      <w:r>
        <w:br/>
        <w:t>Раптом її окликнула якась жінка.</w:t>
      </w:r>
    </w:p>
    <w:p>
      <w:r>
        <w:br/>
        <w:t>— Куди йдеш, дівчинко?</w:t>
      </w:r>
    </w:p>
    <w:p>
      <w:r>
        <w:br/>
        <w:t>Навколо вешталися великі кудлаті собаки, і Розі оторопіло видивилася на незнайому тітку. А жінка раптом сплеснула руками.</w:t>
      </w:r>
    </w:p>
    <w:p>
      <w:r>
        <w:br/>
        <w:t>— Я знаю цю дитину. Це одна з дівчаток Тюлкеша. Як ти потрапила сюди?</w:t>
      </w:r>
    </w:p>
    <w:p>
      <w:r>
        <w:br/>
        <w:t>Тільки зараз дався знати хитрий розумець малої Розі. Вона не наважилася сказати, що втекла, а мовила так:</w:t>
      </w:r>
    </w:p>
    <w:p>
      <w:r>
        <w:br/>
        <w:t>— Ми прийшли з любою матусею на базар. І я загубилась. Я хочу до матусі!</w:t>
      </w:r>
    </w:p>
    <w:p>
      <w:r>
        <w:br/>
        <w:t>І тепер, уперше за цілий день, дівчинка заплакала. Вона плакала, бо відчувала, що зараз уже тільки плач допоможе їй. Коли плакатиме, ніхто її не розпитуватиме; коли плакатиме, то її пожаліють і зроблять, що попросить; коли плакатиме — все буде гаразд, бо люди бояться плачу. Звісно, тільки чужі люди, бо дома ніхто не боїться, коли плачеш,— дома не варто плакати.</w:t>
      </w:r>
    </w:p>
    <w:p>
      <w:r>
        <w:br/>
        <w:t>Сльози таки допомогли. Чужа тьотя взяла її за руку. А коли відчула, які в маленької Розі холодні пальчики, схопила її на оберемок, накрила фартухом і понесла до хати. Там поклала дівчинку на ліжко, і всі розпитували її й жаліли.</w:t>
      </w:r>
    </w:p>
    <w:p>
      <w:r>
        <w:br/>
        <w:t>Та хитра Розі сказала тільки те, що "там, край світу,— добре". Ніхто в хаті не збагнув її слів...</w:t>
      </w:r>
    </w:p>
    <w:p>
      <w:r>
        <w:br/>
        <w:t>Дівчинка переночувала, а назавтра вранці, у великодню суботу, дядько запріг коней — це теж були заможні господарі, мали коней, віз, велику хату — і повіз її на підводі до любої матусі.</w:t>
      </w:r>
    </w:p>
    <w:p>
      <w:r>
        <w:br/>
        <w:t>Там з радісним галасом накинулися на неї діти і навіть, дивно посміхаючись, поморгала до неї люба матуся.</w:t>
      </w:r>
    </w:p>
    <w:p>
      <w:r>
        <w:br/>
        <w:t>— Ех ти, погане песеня, чи будеш ще відламувати окрайці? Повірите, кумо, стільки їй даємо, скільки в неї влазить. А вона, свиня, таки втекла від купання в ожеред і там уминала хліб... Із такого приютського щеняти вибити дух — і то мало!..</w:t>
      </w:r>
    </w:p>
    <w:p>
      <w:r>
        <w:br/>
        <w:t>Матуся нахилилася до малої Розі й витерла їй обличчя. Однак не втрималася, щоб не дати дівчинці стусана в спину. Розі впала. Падаючи, через прочинені ворота побачила вдалині небокрай. Дівчинка дуже здивувалася, що й тут є край світу. Скільки прожила тут, а раніш ніколи їй це не впадало в око.</w:t>
      </w:r>
    </w:p>
    <w:p>
      <w:r>
        <w:br/>
        <w:t>— Ну що, бідо, добре дома?</w:t>
      </w:r>
    </w:p>
    <w:p>
      <w:r>
        <w:br/>
        <w:t>— Там...— простягла дівчинка руку, показуючи пальцем удалину.</w:t>
      </w:r>
    </w:p>
    <w:p>
      <w:r>
        <w:br/>
        <w:t>— Що там?</w:t>
      </w:r>
    </w:p>
    <w:p>
      <w:r>
        <w:br/>
        <w:t>— Там... там...</w:t>
      </w:r>
    </w:p>
    <w:p>
      <w:r>
        <w:br/>
        <w:t>Розі не наважилася сказати, що там, край світу, ліпше... Там, напевно, дуже добре...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Там, край світу...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