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Такий далекий шлях...</w:t>
      </w:r>
    </w:p>
    <w:p>
      <w:r>
        <w:br/>
        <w:t xml:space="preserve"> Такий далекий шлях… уже далеко…&lt;br /&gt;</w:t>
        <w:br/>
        <w:t>Відкрита книга — зжовклі сторінки,&lt;br /&gt;</w:t>
        <w:br/>
        <w:t>Пригаслі тіні болю, небезпеки,&lt;br /&gt;</w:t>
        <w:br/>
        <w:t>Розсипані по теках цигарки,</w:t>
      </w:r>
    </w:p>
    <w:p>
      <w:r>
        <w:br/>
        <w:t>Портрет, давно, давно вже занімілий,&lt;br /&gt;</w:t>
        <w:br/>
        <w:t>Мені відома кожна світлотінь…&lt;br /&gt;</w:t>
        <w:br/>
        <w:t>Твої пігулки, вицвілі бахіли,&lt;br /&gt;</w:t>
        <w:br/>
        <w:t>Дрібних рядків пронизлива рябінь…</w:t>
      </w:r>
    </w:p>
    <w:p>
      <w:r>
        <w:br/>
        <w:t>Ще блимання старого диктофону…&lt;br /&gt;</w:t>
        <w:br/>
        <w:t>Його я більш ніколи не ввімкну,&lt;br /&gt;</w:t>
        <w:br/>
        <w:t>Укотре я розгладжую долонями&lt;br /&gt;</w:t>
        <w:br/>
        <w:t>Цю тишу як сорочку гамівну,</w:t>
      </w:r>
    </w:p>
    <w:p>
      <w:r>
        <w:br/>
        <w:t>Цю тишу, коли знову ти зі мною…&lt;br /&gt;</w:t>
        <w:br/>
        <w:t>Холодний чай на двох я розділю.&lt;br /&gt;</w:t>
        <w:br/>
        <w:t>Ти не журись моєю сивиною,&lt;br /&gt;</w:t>
        <w:br/>
        <w:t>Не дорікай, що я вночі не сплю.</w:t>
      </w:r>
    </w:p>
    <w:p>
      <w:r>
        <w:br/>
        <w:t>Нема і хвильки вже на перекори —&lt;br /&gt;</w:t>
        <w:br/>
        <w:t>Спливає стрімко невблаганний час.&lt;br /&gt;</w:t>
        <w:br/>
        <w:t>Ото й мого, що трохи поговоримо,&lt;br /&gt;</w:t>
        <w:br/>
        <w:t>Про книги, про життя, а ще про нас…</w:t>
      </w:r>
    </w:p>
    <w:p>
      <w:r>
        <w:br/>
        <w:t>Та ти мовчиш, спитати, мабуть, хочеш,&lt;br /&gt;</w:t>
        <w:br/>
        <w:t>Хоч тиша як обвуглена стіна…&lt;br /&gt;</w:t>
        <w:br/>
        <w:t>І страшно подивитися у очі:&lt;br /&gt;</w:t>
        <w:br/>
        <w:t>— У нас війна, коханий… В нас війна…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Такий далекий шлях...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