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вийшло</w:t>
      </w:r>
    </w:p>
    <w:p>
      <w:r>
        <w:br/>
        <w:t xml:space="preserve"> &lt;p&gt;Відтоді, як глухої морозної ночі Лебединські, не у фаетоні, навіть не в санях, а на драбчастому возі, яким возять влітку снопи з поля і який тоді потемки трапився в клуні першим напохваті, трюхикали чимдуж з хутора, аби швидше від'їхати подалі від своєї околиці, де їх усі знали,— минуло понад десять років. Спочатку тяжких, злиденних років, у тісноті й бруді, з тифами, з порожніми шлунками, з постійним страхом за своє життя...</w:t>
      </w:r>
    </w:p>
    <w:p>
      <w:r>
        <w:br/>
        <w:t>Але, перебідувавши втрьох з донькою в її маленькій київській кімнаті злигодні й потруси перших років революції, вони більш-менш щасливо дочекалися, коли життя потроху втряслося й унормувалося. Якщо порівняти з тим, що вони чули про своїх давніх знайомих, яких сувора доля порозкидала на поневіряння по Болгарії, Сербії, Польщі й Франції, то Лебединські влаштувалися в нових умовах досить непогано. Дочка, Марія Миколаївна, з Лебединської стала Красовською, вийшовши заміж за немолодого київського інженера, й вела музичне виховання в кількох дитячих садках; Микола Петрович за допомогою зятя влаштувався плановиком на великому заводі, де той працював; Софія Аркадіївна, давно забувши про свої популярні книжечки та аптечки, захопилася художнім вишиванням і, на подив самій собі й Миколі Петровичу, навіть дещо заробляла на тому. З минулого, крім спогадів, якими можна було ділитися тільки у вузькому колі своєї родини, ке лишилося нічого. В анкетах на роботі Микола Петрович і донька значилися як службовці, а в графі про походження незмінно писали "з селян". Якось під час чистки радянських установ хтось із комісії присікався був до біографії Марії Миколаївни й почав допитуватися, з яких саме селян вона походить — з куркулів чи бідноти, але, натренована своїм чоловіком, що бував у бувальцях, Марія Миколаївна легко розвіяла небезпеку, відповівши спокійно: "Батько був середняк". Відповідь цілком задовольнила комісію, і на тому непорозуміння вичерпалося. Самого Миколу Петровича не спитали й того.</w:t>
      </w:r>
    </w:p>
    <w:p>
      <w:r>
        <w:br/>
        <w:t>Проте брехати в анкетах, біографіях та розмовах — було прикро Лебединському. Так ніби він не тільки на папері, а й у повсякденному житті підміняв самого себе, раз у раз граючи чужу, невластиву йому роль. А втім, не тільки він, а й інші теж здебільшого грали ролі. Навіть неживі речі — і ті грали. Лебединський внутрішньо посміхався, коли натрапляв у газетах або чув у промовах: "Комнезам грає велику роль у справі організації бідняцьких мас", "Профспілки грають велику роль у комуністичному вихованні трудящих", і навіть трамвай теж грав "велику роль у житті великого міста". Ну що ж, мусить і він, Микола Петрович Лебединський, аристократ у душі, грати роль службовця, щось на зразох колишнього "разночинца", парвеню. Гидко, але треба. Бо що вдієш, коли "все сметено могучим ураганом", як декламує часом Марія Миколаївна! Родовід, становище в суспільстві, меблі з карельської берези, саксонську порцеляну, ескіз самого Верещагіна — все знищено...</w:t>
      </w:r>
    </w:p>
    <w:p>
      <w:r>
        <w:br/>
        <w:t>Ні, пак, не все. Єдине, що збереглося в Лебединського непорушним з тих часів, про які не можна було тепер нікому казати, це його давня пристрасть до полювання. Звісно, тепер були інші обставини, інші можливості. Про хортів, полювати з якими так любив колись Лебединський, годі було й думати; він не міг собі дозволити тримати навіть одного якого-небудь лаверака чи пойнтера-бекас-ника. Дві кімнати зятевої квартири, з яких меншу займав Микола Петрович з Софією Аркадіївною, були не якою там великою житлоплощею, щоб на ній розкошувати з мисливським собакою. До того ж зять, а за ним і дочка не поділяли ловецького захвату Миколи Петровича, і на це не можна було не зважати.</w:t>
      </w:r>
    </w:p>
    <w:p>
      <w:r>
        <w:br/>
        <w:t>Та хоч би як там, а щороку, надвечір тридцять першого липня, він виїжджав на відкриття мисливського сезону. І в цей день його не могло спинити ніщо. Геть цифри, зведення, звіти, плани! Хай хоч півтора дня, а будуть його днями цілком!</w:t>
      </w:r>
    </w:p>
    <w:p>
      <w:r>
        <w:br/>
        <w:t>Вибиратися далеко від Києва йому не дозволяла робота, а тому Лебединський звичайно їздив пароплавом до одного з придніпрянських сіл на північ від Міжигір'я. Щоправда, там було не так густо з дичиною, як.десь па Прип?яті чи під Яготином, але їхати недовго — за які три години вже й там. Якщо навіть не дуже пофортунить, то все ж, повернувшись додому, можна на вічне запитання зятя: "Що вбили, крім здоров'я і часу?" завжди показати з пару чирят та бекасів. А якщо до цього долучиться ще й дебелий крижень, то, як на теперішні обставини, це можна було вважати за успіх. Та суть не в кількості забитої дичини. Лебединського вабило інше. Там, на тих болотах і озерах, де він бував сам на сам з природою, де щоразу повторювалися з невеликими варіаціями давні мисливські пригоди, де перед очима раптом поставав краєвид, що нагадував щось давнє, призабуте,— йому ніби поверталося минуле, і він знімав з себе</w:t>
      </w:r>
    </w:p>
    <w:p>
      <w:r>
        <w:br/>
        <w:t>постійну незручну машкару, лишаючись просто мисливцем. І тоді здавалося, що нічого не змінилось у житті, що не було ні тої останньої грудневої ночі в маєтку, ні цих пропащих неспокійних років, а просто він поїхав цього разу полювати в інше місце.</w:t>
      </w:r>
    </w:p>
    <w:p>
      <w:r>
        <w:br/>
        <w:t>От і сьогодні, коли Лебединський затримався ранком на льоті біля Попового озера, недалеко за Дніпром пройшла ранкова, лагідна, як у травні, гроза. Він опустив рушницю і, зачарований, дивився, як шугали з хмари білі змійки блискавок і весело погромихував негучний, наче" штучний, грім... Та отака ж ранкова гроза вже настигала його колись з-за Сули на Моховатому болоті! Тільки тоді він ішов у добрячих болотяних чоботях, на голові був білий кашкет, а за болотом на нього чекав з "дрожками" конюх Степан. Тоді — пригадується Лебединському — він щасливо втік від дощу й рано повернувся на хутір з кількома чирятами, яких повиносила з густої лепехи прекрасно надресирована ірландка Діана. Сьогодні дощ теж не зачепив його, але майже до пояса він був мокрий, бо довелося довго бродити у воді, марно шукаючи в оситнягу двох підранків. У другій половині дня Лебединському несподівано пощастило компенсувати себе чотирма бекасами, і він був задоволений.</w:t>
      </w:r>
    </w:p>
    <w:p>
      <w:r>
        <w:br/>
        <w:t>Мокрий і стомлений, аж ліньки було спинитись і повили-вати з мокрих шкарбанів воду, щоб вона не чвяхкотіла там, він чвалав до села, солодко мріючи про відпочинок. Ось уже видно й крайні хати, а там пройти трохи вуличкою понад берегом і буде невелике подвір'я кульгавого Москалика, в якого Лебединський завжди спиняється. Як приємно буде зняти мокре взуття, сісти на лаві, простягти натруджені ноги, й закурити! На цьому, власне, й кінчалася для Лебединського справжня насолода від полювання,* бо далі, навіть перед Москаликом, цим напіврибалкою, напівхліборобом, що нишком пострілює і дичину з шомполки, треба було матися на обачності, стерегтися сказати зайве необережне слово.</w:t>
      </w:r>
    </w:p>
    <w:p>
      <w:r>
        <w:br/>
        <w:t>Досі Москаликові не могло навіть наснитися, що підтоптаний чоловік, у потертому вицвілому піджаці, який не раз уминав у його хаті варену рибу, сьорбав пісний селянський борщ,— колишній поміщик, пан. Так собі чоловік — або продавець у крамниці, або базарний спекулянт, бо рушницю добру має: два чоки й кучно б'є. Коли Москалик якось став допитуватися, де Лебединський живе в Києві й що робить, той відповів йому досить туманно, мовляв, працює конторником на заводі, а живе аж під Святошином. Така відповідь не дуже відбігала істини, а головне, гарантувала, що Москалик, приїжджаючи до Києва на Житній базар продати свіжу рибу та птицю, не зважиться притарабанити в гості до Лебединського на зятеву квартиру. Бичуватися з Подолу пішки — далеко, а їхати трамваєм — при своїх нестатках пожаліє гроші.</w:t>
      </w:r>
    </w:p>
    <w:p>
      <w:r>
        <w:br/>
        <w:t>Так на тому й стало: конторник так конторник, мисливці всякі бувають. Он торік восени в Москалика ночував навіть єврей-мисливець, суддя з Києва. Про це диво й став сьогодні оповідати Москалик, коли Лебединський, зайшовши до хати, вішав на кілок біля дверей ягдташ з бекасами. Саме бекаси й навели його на спогад про суддю-мисливця, якого Москалик з пошани до його посади назвав навіть по-город-ському "яврей", а не жид, як то звичайно казав про інших, не вкладаючи в це слово ні ворожнечі, ні зневаги.</w:t>
      </w:r>
    </w:p>
    <w:p>
      <w:r>
        <w:br/>
        <w:t>— Бекаси йому — що горобці. І не гляне, якщо. бекас випурхне з-під ніг. А от утви багато б'є. Хоч він л настоящий яврей, а стріляти вміє. І горілку п'є. Торік, як ночував тут, пляшку зі мною випив, ще й мало йому здалося — попросив самогону де напитати. Ні, хороший собі жидок, от тільки що — суддя!..</w:t>
      </w:r>
    </w:p>
    <w:p>
      <w:r>
        <w:br/>
        <w:t>— Цікаво, а з ваших сільських євреїв є такі, що полюють? — спитав Лебединський, сівши до столу й з насолодою чухаючи голу п'ятку об стопу.</w:t>
      </w:r>
    </w:p>
    <w:p>
      <w:r>
        <w:br/>
        <w:t>— З наших? — здивувався Москалик.— Так їх уже ж давно нема. В нашому селі тільки один жид був — Берко, так і того ж в дев'ятнадцятому році втопили.</w:t>
      </w:r>
    </w:p>
    <w:p>
      <w:r>
        <w:br/>
        <w:t>— Що ж він — злодій був, чи як, що втопили? — спитав Лебединський, аби підтримати розмову, вагаючись у думці — чи послати й собі по самогон, як той мисливець-суддя, чи досить того, що почастував учора ввечері Москалика і його жінку сорокаградусною? Мабуть, досить, вирішив він і закурив цигарку, простягаючи через стіл пачку й Москаликові.</w:t>
      </w:r>
    </w:p>
    <w:p>
      <w:r>
        <w:br/>
        <w:t>— Хто — Берко злодій? Таке! — здивувався ще більше Москалик, навіть затримав коло пачки темну від засмаги й бруду руку.— Який там злодій! Берко був дуже хороший жид.</w:t>
      </w:r>
    </w:p>
    <w:p>
      <w:r>
        <w:br/>
        <w:t>— То хто ж — грабіжники втопили? — все ще не розумів Лебединський.</w:t>
      </w:r>
    </w:p>
    <w:p>
      <w:r>
        <w:br/>
        <w:t>— Та ні! Люди втопили. Ми самі.</w:t>
      </w:r>
    </w:p>
    <w:p>
      <w:r>
        <w:br/>
        <w:t>— Ви самі? За що ж? — насторожився Лебединський, відчуваючи, як від останніх Москаликових слів на нього здалека повіяло чимось знайомим і страшним.</w:t>
      </w:r>
    </w:p>
    <w:p>
      <w:r>
        <w:br/>
        <w:t>Москалик незграбно витягнув з пачки цигарку, припалив її об цигарку Лебединського, щоб не переводити марносірника, і, сплюнувши на долівку, замислився хвилину й сказав:</w:t>
      </w:r>
    </w:p>
    <w:p>
      <w:r>
        <w:br/>
        <w:t>— Так вийшло...</w:t>
      </w:r>
    </w:p>
    <w:p>
      <w:r>
        <w:br/>
        <w:t>Давній кошмар, як уві сні, насунувся на Лебединського від цих слів, але якась незрозуміла владна сила штовхала його ще раз зазирнути в прірву.</w:t>
      </w:r>
    </w:p>
    <w:p>
      <w:r>
        <w:br/>
        <w:t>— Як це — "вийшло"? — вражено спитав він Москалика, як десять років тому питав у своєму домі Плахотку, коли той разом із іншими селянами прийшов палити маєток.</w:t>
      </w:r>
    </w:p>
    <w:p>
      <w:r>
        <w:br/>
        <w:t>Москалик схилився, спираючись ліктями на розчепірені коліна, затягнувся цигаркою, знову чвиркнув на долівку й спроквола почав:</w:t>
      </w:r>
    </w:p>
    <w:p>
      <w:r>
        <w:br/>
        <w:t>— Іншим би часом ніхто Берка й не зачепив би, ну а то ж був отой дев'ятнадцятий рік, коли навесні з нашого села, а найбільше з Петрівців, Гостомеля та Вишгорода ходили до Києва Куренівку брати. Були там люди й з Осеччини, Тарасовичів, ге навіть із Лядського та Чернина бачили наші декого. Так ото тоді воно й сталося.</w:t>
      </w:r>
    </w:p>
    <w:p>
      <w:r>
        <w:br/>
        <w:t>Москалик пом'яв пучками цигарку, що чогось сама погасла, знову посунувся до Лебединського припалити й став пояснювати:</w:t>
      </w:r>
    </w:p>
    <w:p>
      <w:r>
        <w:br/>
        <w:t>— Тут уся штука в тому, що в Петрівцях Захарчук крамницю держав. Чоловік він був справний і таки добре розжився на тій крамниці, поки в нашому селі Берко не завівся. Бувало, кому що треба купити, то сяде в човна, майне через Дніпро до Петрівців і — до Захарчука. Ну, а Берко з своєю крамничкою став йому на заваді: хто ж дурний їхатиме тепер до Петрівців, коли в своєму селі все що тобі треба — чи солі, чи сірників, чи, сказать мануфактури якої — все Берко продасть! Глядіть, чи не дешевше навіть, як Захарчук, продавав свій крам. Людям воно байдуже, чи в Берка, чи в Захарчука брати, аби ближче й дешевше, а Захарчукові Берко став поперек горла. А тут незабаром і той колот між людьми пішов, а далі й до Києва подались Куренівку брати. От саме під цей час і приїхав до нас, петрів-чан, один (потім уже дізнались, що то Захарчуків зять був) та й каже людям: "А ви що ж свого жида — на розплід, чи як,— бережете? У нас, у Петрівцях, усіх жидів повкидали в Дніпро, в Тарасовичах та Осеччиш теж, а ви що ж? — не люди хіба? Чи вам жидівська власть не надокучила?"</w:t>
      </w:r>
    </w:p>
    <w:p>
      <w:r>
        <w:br/>
        <w:t>Воно, звісно, вроді й не випадало нам від інших одставати, а до того ж, запримітьте,— петрівчани — то такий народ, що, як де коня вкрали або з поля хтось копиці поцупив, то вже ніде не шукай, як тільки в Петрівцях,— дуже капосні люди там!.. Довго думати тут не довелося, тож ми й пішли до Берка. —</w:t>
      </w:r>
    </w:p>
    <w:p>
      <w:r>
        <w:br/>
        <w:t>— Як? Отак усім селом і пішли? — перепитав Лебединський, пильно вдивляючись у простодушне Москаликове обличчя.</w:t>
      </w:r>
    </w:p>
    <w:p>
      <w:r>
        <w:br/>
        <w:t>—_Та ні! Багато ж, кажу, з наших пішло тоді до Києва, ну, а коміки поховались або й зовсім розбіглись із села: самі знаєте — їм тоді не світило...</w:t>
      </w:r>
    </w:p>
    <w:p>
      <w:r>
        <w:br/>
        <w:t>— Які — коміки? — не зрозумів Лебединський.</w:t>
      </w:r>
    </w:p>
    <w:p>
      <w:r>
        <w:br/>
        <w:t>— Та всякі злидні, оті, що потім у комнезам позаписувалися. Комнезаможні, сказать...</w:t>
      </w:r>
    </w:p>
    <w:p>
      <w:r>
        <w:br/>
        <w:t>Лебединський мимоволі внутрішньо посміхнувся: до Пла-хотки "комік" — як влипло, пригадав він миршаву, незграбну постать свого колишнього односельця, а от до Рябо-шапки — ніяк не підійшло б: це скоріше трагік, а не комік...</w:t>
      </w:r>
    </w:p>
    <w:p>
      <w:r>
        <w:br/>
        <w:t>А тим часом Москалик оповідав далі:</w:t>
      </w:r>
    </w:p>
    <w:p>
      <w:r>
        <w:br/>
        <w:t>— Душ із двадцять нас пішло — все отака каліч, як я, та ще декотрі старі. Одне слово, ті, що їх, сказать, у запасі в селі зоставили.</w:t>
      </w:r>
    </w:p>
    <w:p>
      <w:r>
        <w:br/>
        <w:t>Заходимо, значиться, до хати (Берко серед села, за церк-</w:t>
      </w:r>
    </w:p>
    <w:p>
      <w:r>
        <w:br/>
        <w:t>вою, крамничку держав і там же й жив з хайкою та двома</w:t>
      </w:r>
    </w:p>
    <w:p>
      <w:r>
        <w:br/>
        <w:t>бахурами). "Здоров, Берку!" кажемо. "Доброго здоров'я,</w:t>
      </w:r>
    </w:p>
    <w:p>
      <w:r>
        <w:br/>
        <w:t>люди добрі,— одвічає Берко й очима кліпає: — А чого це ви,</w:t>
      </w:r>
    </w:p>
    <w:p>
      <w:r>
        <w:br/>
        <w:t>люди добрі, так пізно прийшли? У мене сьогодні шабес..." —</w:t>
      </w:r>
    </w:p>
    <w:p>
      <w:r>
        <w:br/>
        <w:t>"Таке діло, Берку, що прийшли ми по тебе, щоб топити".—</w:t>
      </w:r>
    </w:p>
    <w:p>
      <w:r>
        <w:br/>
        <w:t>"А за що ж мене топити? — питає Берко, й дрижаки його</w:t>
      </w:r>
    </w:p>
    <w:p>
      <w:r>
        <w:br/>
        <w:t>взяли, як у трясці.— Чи я кому шкоду коли зробив, чи лихву</w:t>
      </w:r>
    </w:p>
    <w:p>
      <w:r>
        <w:br/>
        <w:t>велику брав, як комусь гроші позичав, чи не давав вам на</w:t>
      </w:r>
    </w:p>
    <w:p>
      <w:r>
        <w:br/>
        <w:t>борг солі, тарані або гасу? То чому ж ви такі лихі на мене,</w:t>
      </w:r>
    </w:p>
    <w:p>
      <w:r>
        <w:br/>
        <w:t>людоньки добрі?" — "Ні, Берку,— кажемо ми йому,— ти</w:t>
      </w:r>
    </w:p>
    <w:p>
      <w:r>
        <w:br/>
        <w:t>хороший жид був: і гроші позичав по-божому, і краму та</w:t>
      </w:r>
    </w:p>
    <w:p>
      <w:r>
        <w:br/>
        <w:t>гасу, спасибі тобі, не раз на борг давав, і ніхто в селі не скаже</w:t>
      </w:r>
    </w:p>
    <w:p>
      <w:r>
        <w:br/>
        <w:t>про тебе нічого поганого. Ну, тільки ж ти сам, Берку, поду-</w:t>
      </w:r>
    </w:p>
    <w:p>
      <w:r>
        <w:br/>
        <w:t>май: петрівчани втопили своїх, у Тарасовичах та Осеччині</w:t>
      </w:r>
    </w:p>
    <w:p>
      <w:r>
        <w:br/>
        <w:t>так само, і у Вишгороді втопили б теж, коли б їхній жид</w:t>
      </w:r>
    </w:p>
    <w:p>
      <w:r>
        <w:br/>
        <w:t>не втік, як почув, що вашого брата скрізь топлять... Ну, а нам</w:t>
      </w:r>
    </w:p>
    <w:p>
      <w:r>
        <w:br/>
        <w:t>же як? Сам бачиш, Берку, що інакше ніяк не можна! Так</w:t>
      </w:r>
    </w:p>
    <w:p>
      <w:r>
        <w:br/>
        <w:t>виходить, що й нам треба топити... Жили ми з тобою по-доб-</w:t>
      </w:r>
    </w:p>
    <w:p>
      <w:r>
        <w:br/>
        <w:t>рому, то давай і рішати будемо по-доброму. Помолись</w:t>
      </w:r>
    </w:p>
    <w:p>
      <w:r>
        <w:br/>
        <w:t>своєму богові, коли хочеш, бери жінку й дітей та й підемо</w:t>
      </w:r>
    </w:p>
    <w:p>
      <w:r>
        <w:br/>
        <w:t>потихеньку до Дніпра". ^</w:t>
      </w:r>
    </w:p>
    <w:p>
      <w:r>
        <w:br/>
        <w:t>Щось заґерґотів Берко до своєї жінки, та — в плач, баху-рів сопливих пригортає, а ті й собі — кричати... Такий вереск, такий гвалт зняли, що хоч із хати тікай!.. Знову заґерґотів щось до неї Берко, а тоді до нас обертається. На лиці міниться й аж охрип чогось. "Добре, каже, я піду з вами — робіть зі мною, що хочете, тільки жінку та діточок пожалійте! Діточок маленьких! Вашим богом прошу вас, люди добрі! Будьте милосердні до них, не руште!" — "Та хіба ж ми проти того, Берку! — кажемо йому.— Тільки ж ти сам знаєш — треба все кодло — всі так роблять..."</w:t>
      </w:r>
    </w:p>
    <w:p>
      <w:r>
        <w:br/>
        <w:t>Москалик простягнув руку по нову цигарку, а Лебединський, охопивши долонями голову, слухав, і, не мигаючи, дивився на Москаликове обличчя. У кошмарі, що нараз постав перед його уявою, було щось схоже на те, що він сам зазнав колись, але йому було невтямки: як міг кульгавий Москалик, з лиця нежорстока людина, так епічно-спокійно, навіть по-діловому розповідати про цю страшну драму?</w:t>
      </w:r>
    </w:p>
    <w:p>
      <w:r>
        <w:br/>
        <w:t>Москалик підвівся й зашкутильгав до висячої гасової лампи підкрутити ґнота, щоб не чаділа, а Лебединський, не спускаючи з нього вражених очей, тихо спитав:</w:t>
      </w:r>
    </w:p>
    <w:p>
      <w:r>
        <w:br/>
        <w:t>— І що ж — так-таки й втопили?</w:t>
      </w:r>
    </w:p>
    <w:p>
      <w:r>
        <w:br/>
        <w:t>— Берка втопили. Та з ним повелися по-хорошому, ніхто його й пальцем не зачепив. Він затулив рукою очі й пішов з нами... Розумний був чоловік — сам бачив, що інакше ніяк не виходить. Коли прийшли до Дніпра, хтось легенько штовхнув його з кручі — то він тільки мелькнув... Ну а хай-ка — та дурна була. Ой, яка ж дурна! Пручається, мечеться, голосить, волосся на собі рве, поки одноокий Карпо Пили-пець не стерпів того всього та навернув її люшнею по спині. Так вона сама за Берком скочила...</w:t>
      </w:r>
    </w:p>
    <w:p>
      <w:r>
        <w:br/>
        <w:t>— А діти? — майже пошепки спитав Лебединський, примружуючи очі.</w:t>
      </w:r>
    </w:p>
    <w:p>
      <w:r>
        <w:br/>
        <w:t>— Діти? — перепитав Москалик і сплюнув набік.— Дітей не втопили. За тим гвалтом з хайкою про них наче й забули, а коли оглянулися, їх уже не було.</w:t>
      </w:r>
    </w:p>
    <w:p>
      <w:r>
        <w:br/>
        <w:t>— Та їх же Пріська, отого Пилипця невістка, завела тоді кудись, а як усе втихомирилось, повезла до Києва здавати,— пояснила від печі Москаликова жінка, що досі мовчала й, пораючись коло печі, лиш прислухалась до розмови.</w:t>
      </w:r>
    </w:p>
    <w:p>
      <w:r>
        <w:br/>
        <w:t>Москалик замовк і, нахилившись через стіл, щоб знову закурити городських цигарок, побачив, що Лебединський поквапно збирає свої речі й уже надіває на голову кепку</w:t>
      </w:r>
    </w:p>
    <w:p>
      <w:r>
        <w:br/>
        <w:t>— А то ж куди? — здивувався Москалик, аж підвівся.</w:t>
      </w:r>
    </w:p>
    <w:p>
      <w:r>
        <w:br/>
        <w:t>— На берег — може, хто човном до Києва буде їхати,— пробурмотів, не обертаючись, Лебединський.</w:t>
      </w:r>
    </w:p>
    <w:p>
      <w:r>
        <w:br/>
        <w:t>— Таке! Та ще проти ночі! Ось сідайте та будемо вечеряти. Христе! — гукнув Москалик до печі.— Чи ти заснула там? Ану подавай швидше!</w:t>
      </w:r>
    </w:p>
    <w:p>
      <w:r>
        <w:br/>
        <w:t>Але Лебединський уже накинув на плечі ремінь від ягдташа, взяв рушницю й, не прощаючись, як бувало завжди, за руку, лиш мовчки кивнув головою і мерщій подався з хати. Проходячи поспішно повз вікно, він почув, як Москалик, чи то до жінки, чи сам до себе, казав:</w:t>
      </w:r>
    </w:p>
    <w:p>
      <w:r>
        <w:br/>
        <w:t>— Диви! Чи не навередило йому що? Був чоловік як чоловік, і на тобі!..</w:t>
      </w:r>
    </w:p>
    <w:p>
      <w:r>
        <w:br/>
        <w:t>Далі Лебединський не слухав. Він притьмом вийшов з маленького Москаликового подвір'я й круто завернув з вулиці на бічну стежку, що збігала вниз до Дніпрового берега.</w:t>
      </w:r>
    </w:p>
    <w:p>
      <w:r>
        <w:br/>
        <w:t>Коли відкілясь ізнизу повіяло вологою прохолодою і почувся десь легкий плюскіт води, він мерзлякувато здригнувся і піддав ходу, щоб швидше зійти з кручі. Мабуть, тої самої кручі, з якої хтось штовхнув тоді Берка в Дніпро...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вийшло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