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день пройшов...</w:t>
      </w:r>
    </w:p>
    <w:p>
      <w:r>
        <w:br/>
        <w:t xml:space="preserve"> Так день пройшов. Не треба каяття,&lt;br /&gt;</w:t>
        <w:br/>
        <w:t>Не треба дум палких, як перша рана…&lt;br /&gt;</w:t>
        <w:br/>
        <w:t>З золотолистям прийде забуття,&lt;br /&gt;</w:t>
        <w:br/>
        <w:t>Це перша осінь – голуба і тьмяна…</w:t>
      </w:r>
    </w:p>
    <w:p>
      <w:r>
        <w:br/>
        <w:t>Я так люблю твоїх очей глибінь,&lt;br /&gt;</w:t>
        <w:br/>
        <w:t>Я так люблю про першу зустріч згадку,&lt;br /&gt;</w:t>
        <w:br/>
        <w:t>Що вже не бачу болячіших змін…&lt;br /&gt;</w:t>
        <w:br/>
        <w:t>Хай буде путь через чарівні кладки!</w:t>
      </w:r>
    </w:p>
    <w:p>
      <w:r>
        <w:br/>
        <w:t>Поглянь, як молодо синіє даль,&lt;br /&gt;</w:t>
        <w:br/>
        <w:t>Поглянь, як соячник кохає сонце…&lt;br /&gt;</w:t>
        <w:br/>
        <w:t>Моя душа, мов гостреная сталь,&lt;br /&gt;</w:t>
        <w:br/>
        <w:t>Проб’є препони, – не запнеш віконця…</w:t>
      </w:r>
    </w:p>
    <w:p>
      <w:r>
        <w:br/>
        <w:t>Ти не сховаєшся ніде, ніде,&lt;br /&gt;</w:t>
        <w:br/>
        <w:t>Ти не втечеш, знайду тебе й в пустелі…&lt;br /&gt;</w:t>
        <w:br/>
        <w:t>Хоч боляче, а осінь все ж іде,&lt;br /&gt;</w:t>
        <w:br/>
        <w:t>Золотолистям стежку мою стеле.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день пройшов...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