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Таємниці графа Монте-Крісто</w:t>
      </w:r>
    </w:p>
    <w:p>
      <w:r>
        <w:br/>
        <w:t xml:space="preserve"> &lt;p&gt;Вася дуже любив таємниці. Але таємниці обминали Васю, вони були у пригодницьких книжках, у кінофільмах, у телесеріалах. А у житті — хоч ти лусни. У житті Васиному були тільки нудні невідомості, які ставали потім відомостями. А справжньої захопливої таємниці, від якої холоне в животі та тремтить під горлом — жодної. І Вася змушений був вигадувати собі таємниці сам. Та про це ніхто не знав. Ні тато, ні мама, ні бабуся, ні однокласники.</w:t>
      </w:r>
    </w:p>
    <w:p>
      <w:r>
        <w:br/>
        <w:t>Тато й мама працювали на залізниці: тато у поїзній бригаді, мама диспетчером на сортуванні. Вася їх бачив дуже рідко. Квартирне питання на станції ніяк не вирішувалось, і вони підкинули сина бабусі, у рідні Завалійки, бо у гуртожитку було тісно, доглядати хлопця нікому, та й жити у селі зараз значно легше.</w:t>
      </w:r>
    </w:p>
    <w:p>
      <w:r>
        <w:br/>
        <w:t>Бабуся теж заклопотана: і курочки, і кролі, і підсвинок, і город, — не до таємниць бабусі.</w:t>
      </w:r>
    </w:p>
    <w:p>
      <w:r>
        <w:br/>
        <w:t>А з однокласниками у Васі стосунки не склалися. Вася з бабусею жив край села, над річкою, на відшибі. Ніхто з однокласників на цей куток не заходив. Та й норов у Васі, чесно кажучи, був важкий, некомпанійський, некомунікабельний, як тепер кажуть. У колективі Вася, як їжачок, завжди згортався у клубок і виставляв голочки. Йому весь час здавалося, що його хочуть образити, і він заздалегідь коловся на всі боки. Вразливим був хлопець. Колись він чув, як одна сусідка сказала іншій про нього: "Ти диви, батько такий гарний, і мати нічогенька, а дитя — як опеньок". Він і справді був непоказний — щуплявий, сутулуватий, капловухий, носик кнопочкою… Та хіба в цьому людські достоїнства! Ондо граф Монте-Крісто у телевізійнику серіалі теж страшнуватий, обличчя — наче корова пожувала, а який герой!</w:t>
      </w:r>
    </w:p>
    <w:p>
      <w:r>
        <w:br/>
        <w:t>Власне, отой граф Монте-Крісто і став для Васі взірцем, кумиром. Саме графом Монте-Крісто уявляв себе Вася у своїх самотніх іграх-фантазіях. Був у "графа" і свій замок — справжній казковий замок, сповнений загадок і таємниць. Через дорогу від бабиної хати стояла скособочена розвалюха, у якій уже років десять ніхто не жив. Сусідку бабу Христю Вася навіть і не пам'ятав. Город баби-Христин із дозволу голови сільради бабуся засівала пшеницею. А вишневий садок навколо хати так густо заріс акацією, бузиною, кропивою, лопухами та всяким бур'яном, що до ґанку треба було прорубатися сапкою. Але саме оці хащі й робили розвалюху таємничим замком.</w:t>
      </w:r>
    </w:p>
    <w:p>
      <w:r>
        <w:br/>
        <w:t>Вася, обдряпуючись, пролазив до дверей, переступав гнилий збитий поріг і потрапляв у сиру темряву сіней. Тут серце його завжди гучно калатало, бо здавалося, що з темного кутка на нього хтось дивиться.</w:t>
      </w:r>
    </w:p>
    <w:p>
      <w:r>
        <w:br/>
        <w:t>І він поспішав зайти в хату. Там теж був присмерк, але все-таки просторіше й видніше. Біля вікна стояло іржаве ліжко без матраца, з порваною сіткою, а у кутку — дерев'яна скриня з проламаною кришкою — все, що лишилося від хатнього скарбу. Проте графу Васі Монте-Крісто цього було цілком досить. Сітку він сяк так попідв'язував, накидав сіна-соломи, і вийшло чудове графське ложе. А в скрині він зберігав незліченні графські скарби і зброю. Скарби складалися з барвистих різноколірних грошових купонів, які тато з мамою колись відкладали Васі на нову куртку, але так і не використали. Бо курток у магазинах не було. А потім ввели гривні, і старі купони відмінили. Тато їх викинув, а Вася підібрав і ввів у обіг у замку графа Монте-Крісто. Зброя теж була неабияка, майже справжня — іржавий затвор од гвинтівки, автоматний диск і кілька стріляних гільз. Все це знайшов колись Васин тато, ще як був пацаном, на узліссі у піщаному кар'єрі. Там під час війни точилися бої.</w:t>
      </w:r>
    </w:p>
    <w:p>
      <w:r>
        <w:br/>
        <w:t>О! Скільки героїчного і благородного вчинив граф Вася Монте-Крісто, лежачи на сіні-соломі у своєму замку!</w:t>
      </w:r>
    </w:p>
    <w:p>
      <w:r>
        <w:br/>
        <w:t>Вражені однокласники тільки роззявляли роти і заздро зітхали, а кирпата красуня Надька Пилипчук, яка завжди зверхньо пхикала, дивлячись на Васю, жалюгідно й підлесливо усміхалася: "Пробачте, графе! Я ж не знала, що ви такий герой! Я згодна сидіти з вами за однією партою. Ви ж хотіли".</w:t>
      </w:r>
    </w:p>
    <w:p>
      <w:r>
        <w:br/>
        <w:t>А він тільки: "Ха-ха-ха!.. Я тепер сидітиму за однією партою з баронесою Волькенштейн!"</w:t>
      </w:r>
    </w:p>
    <w:p>
      <w:r>
        <w:br/>
        <w:t>Які то були прекрасні солодкі фантазії!..</w:t>
      </w:r>
    </w:p>
    <w:p>
      <w:r>
        <w:br/>
        <w:t>І от раптом.</w:t>
      </w:r>
    </w:p>
    <w:p>
      <w:r>
        <w:br/>
        <w:t>Вася поїхав у райцентр по батарейки для ліхтарика. Графу Монте-Крісто без ліхтарика аж ніяк не можна!</w:t>
      </w:r>
    </w:p>
    <w:p>
      <w:r>
        <w:br/>
        <w:t>Автобуса довго не було. І коли Вася приїхав десь аж по обіді, вони вже хазяйнували у його "замку". Їх було троє: літній дядечко в окулярах, молода жінка і хлопець років дванадцятьох, такий як Вася. Всі були у спортивних костюмах і завзято працювали: вирубували, розчищали зарості, згрібали зрубане докупи. Іржаве ж ліжко вже винесли, розібрали і склали попід сараєм. У Васі тьохнуло серце і похололи ноги, коли він це побачив.</w:t>
      </w:r>
    </w:p>
    <w:p>
      <w:r>
        <w:br/>
        <w:t>І тієї ж миті з хати вийшов хлопець з автоматним диском і затвором у руках.</w:t>
      </w:r>
    </w:p>
    <w:p>
      <w:r>
        <w:br/>
        <w:t>— Дивіться! — вигукнув він. — Якийсь придурок поклав у скриню.</w:t>
      </w:r>
    </w:p>
    <w:p>
      <w:r>
        <w:br/>
        <w:t>— Ой! обережно, Ігорьок, обережно! — зойкнула жінка.</w:t>
      </w:r>
    </w:p>
    <w:p>
      <w:r>
        <w:br/>
        <w:t>Та літній дядечко заспокоїв її:</w:t>
      </w:r>
    </w:p>
    <w:p>
      <w:r>
        <w:br/>
        <w:t>— Не бійся! Я бачив, нічого страшного.</w:t>
      </w:r>
    </w:p>
    <w:p>
      <w:r>
        <w:br/>
        <w:t>Кров ударила Васі в голову, і він одсахнувся за кущ, щоб його не помітили. Потім позадкував і в обхід, городами подався додому.</w:t>
      </w:r>
    </w:p>
    <w:p>
      <w:r>
        <w:br/>
        <w:t>— А у нас нові сусіди, — сказала бабуся. — Продав-таки Тато.</w:t>
      </w:r>
    </w:p>
    <w:p>
      <w:r>
        <w:br/>
        <w:t>Баба Христя спадкоємців не мала, і вся її маєтність перейшла на баланс сільради. Голова сільради Григорій Савович Боровий, якого люди називали Тато, усі десять років нікому баби-Христину розвалюху вперто не продавав, хоч охочі й були (гарна була місцина). Подейкували, буцімто він притримує її для якогось чи то районного, чи навіть обласного начальства під дачу. Та часи змінилися. І плани Тата, видно, змінилися теж.</w:t>
      </w:r>
    </w:p>
    <w:p>
      <w:r>
        <w:br/>
        <w:t>— На начальство ці, начебто, й не схожі, — сказала бабуся. — Хоча і городські. Під дачу таки купили. Пшениченьку тепер сіяти зась.</w:t>
      </w:r>
    </w:p>
    <w:p>
      <w:r>
        <w:br/>
        <w:t>Бабуся зітхнула.</w:t>
      </w:r>
    </w:p>
    <w:p>
      <w:r>
        <w:br/>
        <w:t>Весь день Вася спостерігав за новими сусідами здаля з-за паркана.</w:t>
      </w:r>
    </w:p>
    <w:p>
      <w:r>
        <w:br/>
        <w:t>Хлопець був чорнявий, голубоокий і стрункий. Гарненький хлопець. Надька Пилипчук на такого пхикнути б не посміла. І це ще пекучішою робило образу. "Придурок! Ну! Я тобі покажу придурка, зараза! От пожди, пожди!.." — все аж кипіло у Васі всередині. Він одразу зненавидів того Ігорка.</w:t>
      </w:r>
    </w:p>
    <w:p>
      <w:r>
        <w:br/>
        <w:t>Нові сусіди провозилися аж до вечора. І поїхали, як уже смеркло. Прощаючись, сказали бабусі, що приїдуть за кілька днів, наступної суботи. Привезуть розкладачки, постіль і тоді, може, вже і переночують.</w:t>
      </w:r>
    </w:p>
    <w:p>
      <w:r>
        <w:br/>
        <w:t>Вранці Вася пішов на чужу тепер територію колишнього замку графа Монте-Крісто. Серце стискалося щемко і болісно.</w:t>
      </w:r>
    </w:p>
    <w:p>
      <w:r>
        <w:br/>
        <w:t>Вася знайшов і підібрав затвор, автоматний диск і стріляні гільзи. Купонів не було ніде. Мабуть, вони їх спалили. Вони розкладали вогнище на городі, палили різний горючий непотріб.</w:t>
      </w:r>
    </w:p>
    <w:p>
      <w:r>
        <w:br/>
        <w:t>Вася довго й неприкаяно ходив по стерні й наче вперше побачив, який гарний краєвид одкривається звідси, з баби-Христиного городу. Обійстя було на пагорбі, унизу звивалася в долині річка, а на тому боці знову здіймалися мальовничі горби з гаями й перелісками. Недарма накидало оком на цю місцину колишнє начальство.</w:t>
      </w:r>
    </w:p>
    <w:p>
      <w:r>
        <w:br/>
        <w:t>І тепер уся ця краса належить чужим людям, міським "дачникам", отому красючкові Ігорку, який обізвав його, Васю, придурком.</w:t>
      </w:r>
    </w:p>
    <w:p>
      <w:r>
        <w:br/>
        <w:t>Ні! Стерпіти це було несила. Треба щось зробити! Помститися!</w:t>
      </w:r>
    </w:p>
    <w:p>
      <w:r>
        <w:br/>
        <w:t>Найпростіше, звісно, підстерегти Ігорка десь у кущах і надавати по пиці. Ви не дивіться, що Вася такий щуплявий і непоказний. Він жилавий, верткий. У бійці може дати фору і на півголови вищому за себе. Це у класі всі знають. Здоровило Гриць Заремба й досі носить шрам на підборідді від Васиного удару пеналом — здумав, бач, покозакувати над Васею. І Володьку Очеретного Вася не злякався, хоч той і на рік старший. Примусив свою шапку, яку Володька у калюжу кинув, зубами діставати з калюжі. Тепер Васю ніхто й пальцем не зачіпає. Ну його, психованого!..</w:t>
      </w:r>
    </w:p>
    <w:p>
      <w:r>
        <w:br/>
        <w:t>Отже.</w:t>
      </w:r>
    </w:p>
    <w:p>
      <w:r>
        <w:br/>
        <w:t>Але… побіжить же Ігорьок, сльози по мармизі розмазуючи, до мамочки скаржитися. А та — до бабусі. А бабуся, хоч і добра, не зможе від батьків приховати. А батьки почнуть виховувати. На очах у сусідів. І потім увесь час той Ігорьок стовбичитиме перед носом. Нікуди ж від нього не дінешся, не сховаєшся. Сусіда! Не життя ж буде, а мука.</w:t>
      </w:r>
    </w:p>
    <w:p>
      <w:r>
        <w:br/>
        <w:t>Ні! По пиці давати не можна. Тільки собі морока. Треба придумати щось розумніше. Щоб була таємниця! Щоб ніхто не знав, що то він, Вася, придумав. Наприклад, викопати у садку яму і замаскувати гілками. Ступить Ігорьок — гур-гур! — і… А якщо не Ігорьок, а мама ступить? І ногу зламає? Ні. Не годиться. Граф Монте-Крісто так не вчинив би. Але й образ граф не прощав ніколи. Усім ворогам своїм одплатив.</w:t>
      </w:r>
    </w:p>
    <w:p>
      <w:r>
        <w:br/>
        <w:t>Думати треба.</w:t>
      </w:r>
    </w:p>
    <w:p>
      <w:r>
        <w:br/>
        <w:t>Думай, Васю, думай! Захурчав, наближаючись, мотор автомашини.</w:t>
      </w:r>
    </w:p>
    <w:p>
      <w:r>
        <w:br/>
        <w:t>До бабусиних воріт під'їжджав "рафик" голови сільради. За кермом сидів Тато, Григорій Савович. Він завжди їздив сам, без шофера.</w:t>
      </w:r>
    </w:p>
    <w:p>
      <w:r>
        <w:br/>
        <w:t>Бабуся, спершись на граблі, дивилася на нього з-під долоні.</w:t>
      </w:r>
    </w:p>
    <w:p>
      <w:r>
        <w:br/>
        <w:t>— Доброго дня! — привітався Тато, вилазячи з машини. Був він огрядний, з обвітреним лицем і засмаглою блискучою лисиною.</w:t>
      </w:r>
    </w:p>
    <w:p>
      <w:r>
        <w:br/>
        <w:t>— Здрастуйте, як не жартуєте! — усміхнулась бабуся.</w:t>
      </w:r>
    </w:p>
    <w:p>
      <w:r>
        <w:br/>
        <w:t>— Пшеницю викосили, — мовив директор, глянувши на сусідський город, де стояв Вася.</w:t>
      </w:r>
    </w:p>
    <w:p>
      <w:r>
        <w:br/>
        <w:t>— Та вже ж, пожнивувала, — кивнула бабуся. — Андрій Гапочка, слава тобі Господи, допоміг.</w:t>
      </w:r>
    </w:p>
    <w:p>
      <w:r>
        <w:br/>
        <w:t>— Це я йому сказав.</w:t>
      </w:r>
    </w:p>
    <w:p>
      <w:r>
        <w:br/>
        <w:t>— Спасибі.</w:t>
      </w:r>
    </w:p>
    <w:p>
      <w:r>
        <w:br/>
        <w:t>— Та яке ж там "спасибі", як більше вже не сіятимете… Ну, я вам десь у березі наріжу. Не турбуйтесь.</w:t>
      </w:r>
    </w:p>
    <w:p>
      <w:r>
        <w:br/>
        <w:t>— А я хіба що кажу.</w:t>
      </w:r>
    </w:p>
    <w:p>
      <w:r>
        <w:br/>
        <w:t>— Та я розумію, вам було зручно тут, по сусідству. Але… — голова зітхнув. — Треба було піти людям назустріч… Чорнобильці вони. Дід — київський. А дочка з чоловіком і з хлопцем у Чорнобилі жили. Чоловік на АЕС працював. І під час аварії саме на вахті був. Торік помер.</w:t>
      </w:r>
    </w:p>
    <w:p>
      <w:r>
        <w:br/>
        <w:t>— О Господи! Царство небесне! — бабуся перехрестилася.</w:t>
      </w:r>
    </w:p>
    <w:p>
      <w:r>
        <w:br/>
        <w:t>— Та й у хлопця формула крові нехороша. А зараз, самі знаєте, які часи. Навесні вони мало не голодували. От я й вирішив їм цю розвалюху. Підремонтують трохи і… На нову не стягнуться. А зараз, бачте, і городяни до землі горнуться. Та й то… Тільки земля й може порятувати… Ви їх тут не ображайте. Вони люди хороші, діда їхнього я знаю. Журналіст він. Колись писав про наше село. Ну, бувайте здоровенькі!</w:t>
      </w:r>
    </w:p>
    <w:p>
      <w:r>
        <w:br/>
        <w:t>— Будьте здорові! Будьте здорові! — закивала бабуся. Дверцята хряснули. "Рафик" поїхав.</w:t>
      </w:r>
    </w:p>
    <w:p>
      <w:r>
        <w:br/>
        <w:t>Бабуся глянула через дорогу на Васю і мовчки скрушно похитала головою — чув, мовляв, яке лихо. Потім повернулася і почовгала у хлівець, де нетерпляче рохкав підсвинок.</w:t>
      </w:r>
    </w:p>
    <w:p>
      <w:r>
        <w:br/>
        <w:t>У Васі обличчя пашіло, наче йому дали ляпас.</w:t>
      </w:r>
    </w:p>
    <w:p>
      <w:r>
        <w:br/>
        <w:t>Формула крові.</w:t>
      </w:r>
    </w:p>
    <w:p>
      <w:r>
        <w:br/>
        <w:t>Які страшні слова!.. Смертельним холодом віє од них. Як і від слів "Чорнобиль", "АЕС", "аварія".</w:t>
      </w:r>
    </w:p>
    <w:p>
      <w:r>
        <w:br/>
        <w:t>Їхні Завалійки були у чистій зоні. І отам, за лісом, по той бік річки, побудували колись нове селище — для чорнобильських переселенців із забруднених територій. Коли їдеш у райцентр, видно було однаковісінькі цегляні будиночки під шифером з однаковісінькими сараями, туалетами, з голими, ще без дерев, дворами, що вишнурувалися у рівні ряди попід лісом, і хоч все те було нове й добротне, але так чогось стискається серце від незатишку: наче то не будинки, а новобранці, що тужать за рідною домівкою.</w:t>
      </w:r>
    </w:p>
    <w:p>
      <w:r>
        <w:br/>
        <w:t>Формула крові.</w:t>
      </w:r>
    </w:p>
    <w:p>
      <w:r>
        <w:br/>
        <w:t>А він хотів… і за що, питається? За те, що Ігорьок сказав: "Якийсь придурок…". Але ж він ще й не бачив Васі й не мав же на увазі саме його. І хіба він знав, що то скарби графа Монте-Крісто?..</w:t>
      </w:r>
    </w:p>
    <w:p>
      <w:r>
        <w:br/>
        <w:t>Ну й придурок ти, Васю! Справжній придурок! Недарма хлопці кажуть — "психований".</w:t>
      </w:r>
    </w:p>
    <w:p>
      <w:r>
        <w:br/>
        <w:t>"Навесні вони мало не голодували."</w:t>
      </w:r>
    </w:p>
    <w:p>
      <w:r>
        <w:br/>
        <w:t>На дачу цю, на город розраховують, мабуть, щоб підгодуватися. Та коли ж це буде. На той рік, не раніше. Уже ж липень місяць. Нічого вже не посієш, не посадиш — не збереш.</w:t>
      </w:r>
    </w:p>
    <w:p>
      <w:r>
        <w:br/>
        <w:t>Вася враз зірвався і побіг. До хлівця, де поралася біля підсвинка бабуся.</w:t>
      </w:r>
    </w:p>
    <w:p>
      <w:r>
        <w:br/>
        <w:t>— Бабуню! — вигукнув він.</w:t>
      </w:r>
    </w:p>
    <w:p>
      <w:r>
        <w:br/>
        <w:t>— Чого тобі? — обернулася вона.</w:t>
      </w:r>
    </w:p>
    <w:p>
      <w:r>
        <w:br/>
        <w:t>— Бабуню! — повторив Вася й замовк.</w:t>
      </w:r>
    </w:p>
    <w:p>
      <w:r>
        <w:br/>
        <w:t>— Що?</w:t>
      </w:r>
    </w:p>
    <w:p>
      <w:r>
        <w:br/>
        <w:t>— Можна… можна я банку з салом візьму у погребі?</w:t>
      </w:r>
    </w:p>
    <w:p>
      <w:r>
        <w:br/>
        <w:t>— Нащо? — вона пильно глянула на нього. І враз усміхнулася. — А-а. Візьми, візьми, авжеж.</w:t>
      </w:r>
    </w:p>
    <w:p>
      <w:r>
        <w:br/>
        <w:t>— Тільки ви ж нікому! Га? Нікому! Хай буде таємниця.</w:t>
      </w:r>
    </w:p>
    <w:p>
      <w:r>
        <w:br/>
        <w:t>— Хай! — кивнула бабуся, — А то ще й не візьмуть. Посоромляться. Ти ще й компотів візьми. І… огірків, помідорів. Я вже й сама думала.</w:t>
      </w:r>
    </w:p>
    <w:p>
      <w:r>
        <w:br/>
        <w:t>Вася побіг у льох…Двері сусідської хати були незамкнені. Та й чого замикати, як там тільки вітер гуляє.</w:t>
      </w:r>
    </w:p>
    <w:p>
      <w:r>
        <w:br/>
        <w:t>Прибрано, підметено. Лише скриня стоїть у кутку. Вікно ціле. Встигли вже й полагодити.</w:t>
      </w:r>
    </w:p>
    <w:p>
      <w:r>
        <w:br/>
        <w:t>У скриню все не влізло. Вася поставив банки за скринею на долівці. І прикрив рядном. А до рядна пришпилив булавкою аркуш паперу. На папері було написано:</w:t>
      </w:r>
    </w:p>
    <w:p>
      <w:r>
        <w:br/>
        <w:t>"Ігорку!</w:t>
      </w:r>
    </w:p>
    <w:p>
      <w:r>
        <w:br/>
        <w:t>Гуманітарна допомога.</w:t>
      </w:r>
    </w:p>
    <w:p>
      <w:r>
        <w:br/>
        <w:t>Від г. М-К".</w:t>
      </w:r>
    </w:p>
    <w:p>
      <w:r>
        <w:br/>
        <w:t>Це була перша справжня невигадана таємниця графа Монте-Крісто. Вася дуже любив таємниці.</w:t>
      </w:r>
    </w:p>
    <w:p>
      <w:r>
        <w:br/>
        <w:t>2001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Таємниці графа Монте-Крісто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