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Таємничий сурмач</w:t>
      </w:r>
    </w:p>
    <w:p>
      <w:r>
        <w:br/>
        <w:t xml:space="preserve"> ТАЄМНИЧИЙ СУРМАЧ</w:t>
      </w:r>
    </w:p>
    <w:p>
      <w:r>
        <w:br/>
        <w:t>1&lt;br /&gt;</w:t>
        <w:br/>
        <w:t>Чуєте? Якийсь дикий сурмач, якийсь дивний музика&lt;br /&gt;</w:t>
        <w:br/>
        <w:t>Ширяє незримо в повітрі,— химерні мелодії линуть надвечір.&lt;br /&gt;</w:t>
        <w:br/>
        <w:t>Я чую тебе, сурмачу, звук твій кожний ловлю відразу:&lt;br /&gt;</w:t>
        <w:br/>
        <w:t>Ось він рине, вирує, мов буря, круг мене,&lt;br /&gt;</w:t>
        <w:br/>
        <w:t>Ось він низький, приглушений, ось губиться вдалині.&lt;br /&gt;</w:t>
        <w:br/>
        <w:t>2&lt;br /&gt;</w:t>
        <w:br/>
        <w:t>Підійди, безтілесний, до мене: може, в тобі лунає&lt;br /&gt;</w:t>
        <w:br/>
        <w:t>Якийсь композитор мертвий? може, твоє життя печальне&lt;br /&gt;</w:t>
        <w:br/>
        <w:t>Було сповнене мрій високих, несформованих ідеалів,&lt;br /&gt;</w:t>
        <w:br/>
        <w:t>Хвиль, океанів музичних, що безладно здіймаються?&lt;br /&gt;</w:t>
        <w:br/>
        <w:t>Екстатичний духу, прихилися близько, хай твій лунає корнет,&lt;br /&gt;</w:t>
        <w:br/>
        <w:t>І лиш до мого долинає він слуху, вільно долинає до мене,—&lt;br /&gt;</w:t>
        <w:br/>
        <w:t>Щоб я зміг тебе перекласти на мову.&lt;br /&gt;</w:t>
        <w:br/>
        <w:t>3&lt;br /&gt;</w:t>
        <w:br/>
        <w:t>Грай, сурмачу, відкрито і дзвінко, я йду за тобою,&lt;br /&gt;</w:t>
        <w:br/>
        <w:t>На чисте звучання прелюду, веселе, прозоре;&lt;br /&gt;</w:t>
        <w:br/>
        <w:t>Зникає дражливий світ, і вулиці, й день гамірливий,&lt;br /&gt;</w:t>
        <w:br/>
        <w:t>Священний спокій, мов роса, на мене спадає,&lt;br /&gt;</w:t>
        <w:br/>
        <w:t>І прохолодної, свіжої ночі я йду стежками раю —&lt;br /&gt;</w:t>
        <w:br/>
        <w:t>Трава ось пахне, вільге повітря, троянди;&lt;br /&gt;</w:t>
        <w:br/>
        <w:t>Пісня твоя будить німий мій уярмлений дух, ти звільняєш,&lt;br /&gt;</w:t>
        <w:br/>
        <w:t>надимаєш мої вітрила,&lt;br /&gt;</w:t>
        <w:br/>
        <w:t>І я пливу, купаюся в озері неба.&lt;br /&gt;</w:t>
        <w:br/>
        <w:t>4&lt;br /&gt;</w:t>
        <w:br/>
        <w:t>Грай ще, сурмачу! і для моїх чутливих очей&lt;br /&gt;</w:t>
        <w:br/>
        <w:t>Оживи стародавність, покажи світ феодальний.&lt;br /&gt;</w:t>
        <w:br/>
        <w:t>Як музика твоя чарує! ти проводиш переді мною&lt;br /&gt;</w:t>
        <w:br/>
        <w:t>Дам і кавалерів давно померлих, ось барони у залах замків,&lt;br /&gt;</w:t>
        <w:br/>
        <w:t>трубадури співають,&lt;br /&gt;</w:t>
        <w:br/>
        <w:t>Оружні лицарі сатисфакції вимагають чи шукають святого Грааля;&lt;br /&gt;</w:t>
        <w:br/>
        <w:t>Я бачу турнір, бачу в латах важких суперників на конях величних,&lt;br /&gt;</w:t>
        <w:br/>
        <w:t>що кусають вудила,&lt;br /&gt;</w:t>
        <w:br/>
        <w:t>Я чую крики, буремний гук і криці брязкіт;&lt;br /&gt;</w:t>
        <w:br/>
        <w:t>Я бачу буйні війська хрестоносців — чуєте, дзвенять тарелі,&lt;br /&gt;</w:t>
        <w:br/>
        <w:t>Он поперед них ідуть ченці, високо хрест несуть.&lt;br /&gt;</w:t>
        <w:br/>
        <w:t>5&lt;br /&gt;</w:t>
        <w:br/>
        <w:t>Грай ще, сурмачу! хай за тему для тебе&lt;br /&gt;</w:t>
        <w:br/>
        <w:t>Всеосяжності тема буде, вирішення і декор,&lt;br /&gt;</w:t>
        <w:br/>
        <w:t>Любов — це пульс усього, підтримка і муки,&lt;br /&gt;</w:t>
        <w:br/>
        <w:t>Серця чоловіка і жінки — усе для любові,&lt;br /&gt;</w:t>
        <w:br/>
        <w:t>Оце ж твоя тема єдина — любов, що сплітає, обіймає і проймає усе.&lt;br /&gt;</w:t>
        <w:br/>
        <w:t>О, як духи безсмертні юрмляться круг мене!&lt;br /&gt;</w:t>
        <w:br/>
        <w:t>Я бачу: перегінний куб працює одвіку, я бачу й знаю&lt;br /&gt;</w:t>
        <w:br/>
        <w:t>полум'яні пристрасті, що гріють світ,&lt;br /&gt;</w:t>
        <w:br/>
        <w:t>Палання, бентежний рум'янець, биття сердець закоханих,&lt;br /&gt;</w:t>
        <w:br/>
        <w:t>Одні — до блаженства щасливі, а інші — мовчазні, ледь живі, похмурі;&lt;br /&gt;</w:t>
        <w:br/>
        <w:t>Любов, це ж уся земля для тих, що люблять... любов,&lt;br /&gt;</w:t>
        <w:br/>
        <w:t>що перемагає час і простір,&lt;br /&gt;</w:t>
        <w:br/>
        <w:t>Любов — це ж день і ніч, любов — це сонце, місяць і зорі,&lt;br /&gt;</w:t>
        <w:br/>
        <w:t>Любов — це рум'янець густий, пишний, запаморочливо духмяний,&lt;br /&gt;</w:t>
        <w:br/>
        <w:t>Бо є тільки слова любові і думка єдина — любов.&lt;br /&gt;</w:t>
        <w:br/>
        <w:t>6&lt;br /&gt;</w:t>
        <w:br/>
        <w:t>Грай ще, сурмачу,— сурми на сполох.&lt;br /&gt;</w:t>
        <w:br/>
        <w:t>Миттю па поклик твій — гомін страшний, мов гуркоче в далечі грім,&lt;br /&gt;</w:t>
        <w:br/>
        <w:t>Осьде озброєні квапляться люди, осьде в куряві багнети блищать,&lt;br /&gt;</w:t>
        <w:br/>
        <w:t>Я бачу заляпані брудом канонірів обличчя, я помічаю серед диму&lt;br /&gt;</w:t>
        <w:br/>
        <w:t>рожевий спалах, я чую: гримлять гармати;&lt;br /&gt;</w:t>
        <w:br/>
        <w:t>Не тільки війну доносить жахна твоя пісня без слів, несамовитий музико,&lt;br /&gt;</w:t>
        <w:br/>
        <w:t>а й картини жаху,&lt;br /&gt;</w:t>
        <w:br/>
        <w:t>Розбій лютих здобичників, грабунок, убивство — я чую крики "пробі!",&lt;br /&gt;</w:t>
        <w:br/>
        <w:t>Я бачу: кораблі тонуть у морі, я бачу на палубі, в трюмі&lt;br /&gt;</w:t>
        <w:br/>
        <w:t>страхітливі картини.&lt;br /&gt;</w:t>
        <w:br/>
        <w:t>7&lt;br /&gt;</w:t>
        <w:br/>
        <w:t>О сурмачу, здається мені, що це я — інструмент, на якому ти граєш,&lt;br /&gt;</w:t>
        <w:br/>
        <w:t>Розчулюєш серце, мозок хвилюєш; привертаєш, змінюєш почуття мої,&lt;br /&gt;</w:t>
        <w:br/>
        <w:t>як хочеш;&lt;br /&gt;</w:t>
        <w:br/>
        <w:t>Це ж наспіви печальні твої пітьму вселяють у мене,&lt;br /&gt;</w:t>
        <w:br/>
        <w:t>Ти відбираєш все світло бадьоре, усю надію,&lt;br /&gt;</w:t>
        <w:br/>
        <w:t>Я уярмлених бачу, переможених, зранених, пригноблених усієї землі,&lt;br /&gt;</w:t>
        <w:br/>
        <w:t>Я відчуваю ганьбу незглибиму, впослідження роду свогб,&lt;br /&gt;</w:t>
        <w:br/>
        <w:t>усе ж це стає моїм,&lt;br /&gt;</w:t>
        <w:br/>
        <w:t>Моя також людська мста, кривда сторіч,&lt;br /&gt;</w:t>
        <w:br/>
        <w:t>ворожнеча безглузда й ненависть,&lt;br /&gt;</w:t>
        <w:br/>
        <w:t>Поразка чигає на мене... все втрачено... ворог став переможцем&lt;br /&gt;</w:t>
        <w:br/>
        <w:t>(Але непохитно стоїть на румовищі Гордість велична до скону,&lt;br /&gt;</w:t>
        <w:br/>
        <w:t>Стійкість, незламність до скону).&lt;br /&gt;</w:t>
        <w:br/>
        <w:t>8&lt;br /&gt;</w:t>
        <w:br/>
        <w:t>Тепер, сурмачу, наостанці&lt;br /&gt;</w:t>
        <w:br/>
        <w:t>Найвищу подаруй мені пісню,&lt;br /&gt;</w:t>
        <w:br/>
        <w:t>Заспівай до моєї душі, віднови знесилену віру її та надію,&lt;br /&gt;</w:t>
        <w:br/>
        <w:t>Укріпи забарливу впевненість, дай хоч трохи прозріти майбутнє,&lt;br /&gt;</w:t>
        <w:br/>
        <w:t>Дай пророцтво його і радість.&lt;br /&gt;</w:t>
        <w:br/>
        <w:t>О радісна, тріумфальна, найвеличніша пісне!&lt;br /&gt;</w:t>
        <w:br/>
        <w:t>Сила в звуках твоїх неземна,&lt;br /&gt;</w:t>
        <w:br/>
        <w:t>Марш звитяги... людина вільна... нарешті вона переможець,&lt;br /&gt;</w:t>
        <w:br/>
        <w:t>Гімн усесвітньому божеству від людини всесвітньої — це ж бо радість!&lt;br /&gt;</w:t>
        <w:br/>
        <w:t>Людський рід оновився — досконалий світ, це ж бо радість!&lt;br /&gt;</w:t>
        <w:br/>
        <w:t>Жінки і чоловіки в мудрій цноті й здоров'ї — це ж радість!&lt;br /&gt;</w:t>
        <w:br/>
        <w:t>Бунтівливий сміх веселунів, сповнених радості!&lt;br /&gt;</w:t>
        <w:br/>
        <w:t>Війна, смуток, страждання пощезли — очистилася земля,&lt;br /&gt;</w:t>
        <w:br/>
        <w:t>лишилася тільки радість!&lt;br /&gt;</w:t>
        <w:br/>
        <w:t>Океан радості повен — і в повітрі радість!&lt;br /&gt;</w:t>
        <w:br/>
        <w:t>Радість! радість волі, віри, кохання! радість екстазу життя!&lt;br /&gt;</w:t>
        <w:br/>
        <w:t>Достатньо просто жити! просто дихать!&lt;br /&gt;</w:t>
        <w:br/>
        <w:t>Радість! радість! радість повсюди!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Таємничий сурмач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