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Та, що послалася мені</w:t>
      </w:r>
    </w:p>
    <w:p>
      <w:r>
        <w:br/>
        <w:t xml:space="preserve"> Та, що послалася мені</w:t>
      </w:r>
    </w:p>
    <w:p>
      <w:r>
        <w:br/>
        <w:t>Січнева віхола гула,&lt;br /&gt;</w:t>
        <w:br/>
        <w:t>Мені колов обличчя сніг,&lt;br /&gt;</w:t>
        <w:br/>
        <w:t>На поле впала ночі мла,&lt;br /&gt;</w:t>
        <w:br/>
        <w:t>Не знав я, де знайти нічліг.</w:t>
      </w:r>
    </w:p>
    <w:p>
      <w:r>
        <w:br/>
        <w:t>На щастя, дівчину я стрів&lt;br /&gt;</w:t>
        <w:br/>
        <w:t>Серед нічної темноти.&lt;br /&gt;</w:t>
        <w:br/>
        <w:t>Вона так приязно мені&lt;br /&gt;</w:t>
        <w:br/>
        <w:t>Сказала в горницю зайти.</w:t>
      </w:r>
    </w:p>
    <w:p>
      <w:r>
        <w:br/>
        <w:t>За те, що прихисток дала&lt;br /&gt;</w:t>
        <w:br/>
        <w:t>Мандрівнику у заметіль,&lt;br /&gt;</w:t>
        <w:br/>
        <w:t>Я низько дівчині вклонивсь&lt;br /&gt;</w:t>
        <w:br/>
        <w:t>I попросив послать постіль.</w:t>
      </w:r>
    </w:p>
    <w:p>
      <w:r>
        <w:br/>
        <w:t>Руками білими вона&lt;br /&gt;</w:t>
        <w:br/>
        <w:t>Широку ковдру розпина,&lt;br /&gt;</w:t>
        <w:br/>
        <w:t>Підносить чарочку до вуст:&lt;br /&gt;</w:t>
        <w:br/>
        <w:t>"Бажаю вам міцного сна!"</w:t>
      </w:r>
    </w:p>
    <w:p>
      <w:r>
        <w:br/>
        <w:t>Тоді взяла свічу й мерщій&lt;br /&gt;</w:t>
        <w:br/>
        <w:t>Хотіла з горниці піти.&lt;br /&gt;</w:t>
        <w:br/>
        <w:t>Я зупинив і попросив&lt;br /&gt;</w:t>
        <w:br/>
        <w:t>Іще подушку принести,</w:t>
      </w:r>
    </w:p>
    <w:p>
      <w:r>
        <w:br/>
        <w:t>З належним послухом вона&lt;br /&gt;</w:t>
        <w:br/>
        <w:t>Зробила так, як я просив.&lt;br /&gt;</w:t>
        <w:br/>
        <w:t>Щоб попрощатися як слід,&lt;br /&gt;</w:t>
        <w:br/>
        <w:t>Її обняти я хотів.</w:t>
      </w:r>
    </w:p>
    <w:p>
      <w:r>
        <w:br/>
        <w:t>"Юначе, руки далі! — так&lt;br /&gt;</w:t>
        <w:br/>
        <w:t>Вона спинила замір мій.-&lt;br /&gt;</w:t>
        <w:br/>
        <w:t>Коли хоч трошки любиш ти,&lt;br /&gt;</w:t>
        <w:br/>
        <w:t>Мою невинність пожалій!"</w:t>
      </w:r>
    </w:p>
    <w:p>
      <w:r>
        <w:br/>
        <w:t>У неї коси — злотний струм,&lt;br /&gt;</w:t>
        <w:br/>
        <w:t>Лице — лілея у вині,&lt;br /&gt;</w:t>
        <w:br/>
        <w:t>Всміхнеться — перлами сипне&lt;br /&gt;</w:t>
        <w:br/>
        <w:t>Та, що послалася мені.</w:t>
      </w:r>
    </w:p>
    <w:p>
      <w:r>
        <w:br/>
        <w:t>У неї груди — свіжий сніг,&lt;br /&gt;</w:t>
        <w:br/>
        <w:t>Дві купки снігу осяйні,&lt;br /&gt;</w:t>
        <w:br/>
        <w:t>Вся мов із мармуру вона,&lt;br /&gt;</w:t>
        <w:br/>
        <w:t>Та, що послалася мені.</w:t>
      </w:r>
    </w:p>
    <w:p>
      <w:r>
        <w:br/>
        <w:t>Я цілував її весь час,&lt;br /&gt;</w:t>
        <w:br/>
        <w:t>Вона ж не знала, що сказать,&lt;br /&gt;</w:t>
        <w:br/>
        <w:t>Я місце дав їй у стіни —&lt;br /&gt;</w:t>
        <w:br/>
        <w:t>Вона хотіла дня діждать.</w:t>
      </w:r>
    </w:p>
    <w:p>
      <w:r>
        <w:br/>
        <w:t>Уранці я сказав їй так:&lt;br /&gt;</w:t>
        <w:br/>
        <w:t>"Спасибі, дівчино моя!"&lt;br /&gt;</w:t>
        <w:br/>
        <w:t>Вона зашарілась, як мак,&lt;br /&gt;</w:t>
        <w:br/>
        <w:t>Зітхнула: "Ах! Пропала я!"</w:t>
      </w:r>
    </w:p>
    <w:p>
      <w:r>
        <w:br/>
        <w:t>За стан обняв, поцілував&lt;br /&gt;</w:t>
        <w:br/>
        <w:t>I сльози витер їй рясні.&lt;br /&gt;</w:t>
        <w:br/>
        <w:t>"Не плач, кохана: цілий вік&lt;br /&gt;</w:t>
        <w:br/>
        <w:t>Постіль ти слатимеш мені!"</w:t>
      </w:r>
    </w:p>
    <w:p>
      <w:r>
        <w:br/>
        <w:t>Взяла у неньки полотна,&lt;br /&gt;</w:t>
        <w:br/>
        <w:t>Сорочку скроїла мені...&lt;br /&gt;</w:t>
        <w:br/>
        <w:t>Нехай же горя вік не зна&lt;br /&gt;</w:t>
        <w:br/>
        <w:t>Та, що послалася мені!</w:t>
      </w:r>
    </w:p>
    <w:p>
      <w:r>
        <w:br/>
        <w:t>Моя любов послалась мені,&lt;br /&gt;</w:t>
        <w:br/>
        <w:t>В щасливий час послалась мені!&lt;br /&gt;</w:t>
        <w:br/>
        <w:t>Ніколи я не забуду її,&lt;br /&gt;</w:t>
        <w:br/>
        <w:t>Ту, що послалася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Та, що послалася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