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Світязянка</w:t>
      </w:r>
    </w:p>
    <w:p>
      <w:r>
        <w:br/>
        <w:t xml:space="preserve"> Що то за легінь стрункий та красивий,&lt;br /&gt;</w:t>
        <w:br/>
        <w:t>Дівчина гарної вроди,&lt;br /&gt;</w:t>
        <w:br/>
        <w:t>Ходять у парі, ледь місяць тужливий&lt;br /&gt;</w:t>
        <w:br/>
        <w:t>Гляне у Світязі води?</w:t>
      </w:r>
    </w:p>
    <w:p>
      <w:r>
        <w:br/>
        <w:t>Хлопець приносить квітки на віночок,&lt;br /&gt;</w:t>
        <w:br/>
        <w:t>Дівчина — кошик малини;&lt;br /&gt;</w:t>
        <w:br/>
        <w:t>Певне, коханці зійшлись серед ночі,&lt;br /&gt;</w:t>
        <w:br/>
        <w:t>В місячні світлі години.</w:t>
      </w:r>
    </w:p>
    <w:p>
      <w:r>
        <w:br/>
        <w:t>Завжди вони, тільки місяць засяє,&lt;br /&gt;</w:t>
        <w:br/>
        <w:t>В парі блукають по гаю.&lt;br /&gt;</w:t>
        <w:br/>
        <w:t>Хлопець — мисливець в тутешньому краї,&lt;br /&gt;</w:t>
        <w:br/>
        <w:t>Дівчина хто — я не знаю.</w:t>
      </w:r>
    </w:p>
    <w:p>
      <w:r>
        <w:br/>
        <w:t>Звідки вона — не вгадати нікому.&lt;br /&gt;</w:t>
        <w:br/>
        <w:t>Хто вона? Де пропадає?&lt;br /&gt;</w:t>
        <w:br/>
        <w:t>Квіткою сходить в болоті глухому,&lt;br /&gt;</w:t>
        <w:br/>
        <w:t>Вогником тьмяним зникає.</w:t>
      </w:r>
    </w:p>
    <w:p>
      <w:r>
        <w:br/>
        <w:t>"Доки нам критись, кохана, скажи-но?&lt;br /&gt;</w:t>
        <w:br/>
        <w:t>Доки у лісі блукати?&lt;br /&gt;</w:t>
        <w:br/>
        <w:t>Де до оселі твоєї стежина?&lt;br /&gt;</w:t>
        <w:br/>
        <w:t>Де-бо твій дім, твоя мати?</w:t>
      </w:r>
    </w:p>
    <w:p>
      <w:r>
        <w:br/>
        <w:t>Літо минуло. Осиплеться листя,&lt;br /&gt;</w:t>
        <w:br/>
        <w:t>Дощик поллється із неба...&lt;br /&gt;</w:t>
        <w:br/>
        <w:t>Чом на поляні цій, дикій та млистій,&lt;br /&gt;</w:t>
        <w:br/>
        <w:t>Нам зустрічатися треба?</w:t>
      </w:r>
    </w:p>
    <w:p>
      <w:r>
        <w:br/>
        <w:t>Знов ти, мов сарна прудка й легконога,&lt;br /&gt;</w:t>
        <w:br/>
        <w:t>Стежкою зникнеш вузькою.&lt;br /&gt;</w:t>
        <w:br/>
        <w:t>Серце моє спопеляє тривога...&lt;br /&gt;</w:t>
        <w:br/>
        <w:t>Мила, зостанься зі мною!</w:t>
      </w:r>
    </w:p>
    <w:p>
      <w:r>
        <w:br/>
        <w:t>Звідси моя недалеко садиба,&lt;br /&gt;</w:t>
        <w:br/>
        <w:t>В хащах ліщини рясної.&lt;br /&gt;</w:t>
        <w:br/>
        <w:t>Є там доволі городини, й хліба,&lt;br /&gt;</w:t>
        <w:br/>
        <w:t>I дичини лісової!"</w:t>
      </w:r>
    </w:p>
    <w:p>
      <w:r>
        <w:br/>
        <w:t>"Стій, зупинися, зухвалий юначе!&lt;br /&gt;</w:t>
        <w:br/>
        <w:t>Марно мене запевняєш!&lt;br /&gt;</w:t>
        <w:br/>
        <w:t>Голос твій — спів солов'їний неначе,&lt;br /&gt;</w:t>
        <w:br/>
        <w:t>Лисячу думку ховаєш!</w:t>
      </w:r>
    </w:p>
    <w:p>
      <w:r>
        <w:br/>
        <w:t>Знаю: в лукавій принаді кохання&lt;br /&gt;</w:t>
        <w:br/>
        <w:t>Схована зрада незмірна.&lt;br /&gt;</w:t>
        <w:br/>
        <w:t>Може б, твої прийняла я благання,&lt;br /&gt;</w:t>
        <w:br/>
        <w:t>Тільки чи ж любиш ти вірно?"</w:t>
      </w:r>
    </w:p>
    <w:p>
      <w:r>
        <w:br/>
        <w:t>Хлопець уклякнув і силу нечисту&lt;br /&gt;</w:t>
        <w:br/>
        <w:t>З пекла за свідки волає,&lt;br /&gt;</w:t>
        <w:br/>
        <w:t>Дівчині клятву дає урочисту,&lt;br /&gt;</w:t>
        <w:br/>
        <w:t>Та чи ж її не зламає?!</w:t>
      </w:r>
    </w:p>
    <w:p>
      <w:r>
        <w:br/>
        <w:t>"Ой, не зламай! Пам'ятай мою раду!&lt;br /&gt;</w:t>
        <w:br/>
        <w:t>Остерегти тебе мушу:&lt;br /&gt;</w:t>
        <w:br/>
        <w:t>Клятву хто стопче, загине за зраду,&lt;br /&gt;</w:t>
        <w:br/>
        <w:t>Занапастить свою душу".</w:t>
      </w:r>
    </w:p>
    <w:p>
      <w:r>
        <w:br/>
        <w:t>Мовила, злегка махнула рукою,&lt;br /&gt;</w:t>
        <w:br/>
        <w:t>Глянула хлопцеві в очі&lt;br /&gt;</w:t>
        <w:br/>
        <w:t>I, залишивши його над водою,&lt;br /&gt;</w:t>
        <w:br/>
        <w:t>Зникла у мороці ночі.</w:t>
      </w:r>
    </w:p>
    <w:p>
      <w:r>
        <w:br/>
        <w:t>Марно стрілець зупиняє кохану,&lt;br /&gt;</w:t>
        <w:br/>
        <w:t>Кличе, шукає даремно.&lt;br /&gt;</w:t>
        <w:br/>
        <w:t>Зникла, як повів легкого туману,&lt;br /&gt;</w:t>
        <w:br/>
        <w:t>В лісі розтала таємно.</w:t>
      </w:r>
    </w:p>
    <w:p>
      <w:r>
        <w:br/>
        <w:t>Хлопець стежиною рушив глухою,&lt;br /&gt;</w:t>
        <w:br/>
        <w:t>Скрізь навкруги — трясовина.&lt;br /&gt;</w:t>
        <w:br/>
        <w:t>Тиша стоїть, часом лиш під ногою&lt;br /&gt;</w:t>
        <w:br/>
        <w:t>Хрусне засохла стеблина,</w:t>
      </w:r>
    </w:p>
    <w:p>
      <w:r>
        <w:br/>
        <w:t>От він на берег звертає раптово,&lt;br /&gt;</w:t>
        <w:br/>
        <w:t>В морок уп'явся очима,&lt;br /&gt;</w:t>
        <w:br/>
        <w:t>Повниться громом могутнім діброва,&lt;br /&gt;</w:t>
        <w:br/>
        <w:t>Світязь клекоче незрима.</w:t>
      </w:r>
    </w:p>
    <w:p>
      <w:r>
        <w:br/>
        <w:t>З плескотом вгору здіймаються води,&lt;br /&gt;</w:t>
        <w:br/>
        <w:t>Хвиля кипуча зринає!&lt;br /&gt;</w:t>
        <w:br/>
        <w:t>Дівчина раптом чудової вроди&lt;br /&gt;</w:t>
        <w:br/>
        <w:t>В хвилі шумкій випливає.</w:t>
      </w:r>
    </w:p>
    <w:p>
      <w:r>
        <w:br/>
        <w:t>Личко її — наче квітка лілеї&lt;br /&gt;</w:t>
        <w:br/>
        <w:t>В сяйві зорі молодої,&lt;br /&gt;</w:t>
        <w:br/>
        <w:t>Легко й прозоро в'ються круг неї&lt;br /&gt;</w:t>
        <w:br/>
        <w:t>Білих серпанків завої.</w:t>
      </w:r>
    </w:p>
    <w:p>
      <w:r>
        <w:br/>
        <w:t>Мовить знадливо йому чарівниця:&lt;br /&gt;</w:t>
        <w:br/>
        <w:t>"Легіню, що-то з тобою?&lt;br /&gt;</w:t>
        <w:br/>
        <w:t>Чом ти, ледь місяць вгорі заіскриться,&lt;br /&gt;</w:t>
        <w:br/>
        <w:t>Бродиш отут над водою?</w:t>
      </w:r>
    </w:p>
    <w:p>
      <w:r>
        <w:br/>
        <w:t>Нащо, пустій вітрогонці на втіху,&lt;br /&gt;</w:t>
        <w:br/>
        <w:t>В хащі блукаєш тужливо?&lt;br /&gt;</w:t>
        <w:br/>
        <w:t>Звабить тебе вона й кине потиху,&lt;br /&gt;</w:t>
        <w:br/>
        <w:t>Ще й насміється зрадливо.</w:t>
      </w:r>
    </w:p>
    <w:p>
      <w:r>
        <w:br/>
        <w:t>Швидше до мене! Забудь свої муки,&lt;br /&gt;</w:t>
        <w:br/>
        <w:t>Жалощі кинь і зітхання.&lt;br /&gt;</w:t>
        <w:br/>
        <w:t>Будем з тобою, узявшись за руки,&lt;br /&gt;</w:t>
        <w:br/>
        <w:t>Плавати вдвох до світання.</w:t>
      </w:r>
    </w:p>
    <w:p>
      <w:r>
        <w:br/>
        <w:t>Схочеш — як ластівка будеш грайлива&lt;br /&gt;</w:t>
        <w:br/>
        <w:t>Крилами хвилю торкати,&lt;br /&gt;</w:t>
        <w:br/>
        <w:t>Схочеш — зі мною, як рибка щаслива,&lt;br /&gt;</w:t>
        <w:br/>
        <w:t>Будеш у хвилю пірнати.</w:t>
      </w:r>
    </w:p>
    <w:p>
      <w:r>
        <w:br/>
        <w:t>На ніч з тобою в сріблястій купелі,&lt;br /&gt;</w:t>
        <w:br/>
        <w:t>Збувши свій час у забавах,&lt;br /&gt;</w:t>
        <w:br/>
        <w:t>Ми на чарівній дзеркальній постелі&lt;br /&gt;</w:t>
        <w:br/>
        <w:t>В білих заснемо купавах".</w:t>
      </w:r>
    </w:p>
    <w:p>
      <w:r>
        <w:br/>
        <w:t>Блиснули перса в туманнім серпанку,&lt;br /&gt;</w:t>
        <w:br/>
        <w:t>Солодко й млосно стрільцеві,&lt;br /&gt;</w:t>
        <w:br/>
        <w:t>Кличе красуня: "До мене, коханку!"-&lt;br /&gt;</w:t>
        <w:br/>
        <w:t>Руки простягши рожеві.</w:t>
      </w:r>
    </w:p>
    <w:p>
      <w:r>
        <w:br/>
        <w:t>В'ється веселкою в місячній смузі,&lt;br /&gt;</w:t>
        <w:br/>
        <w:t>Водяні крає глибини,&lt;br /&gt;</w:t>
        <w:br/>
        <w:t>Легка й вигиниста в місячній смузі,&lt;br /&gt;</w:t>
        <w:br/>
        <w:t>Сипле сріблясті краплини.</w:t>
      </w:r>
    </w:p>
    <w:p>
      <w:r>
        <w:br/>
        <w:t>Легінь біжить і стає у знесиллі:&lt;br /&gt;</w:t>
        <w:br/>
        <w:t>Кинутись хоче й не хоче;&lt;br /&gt;</w:t>
        <w:br/>
        <w:t>Чує він дотик шовкової хвилі,&lt;br /&gt;</w:t>
        <w:br/>
        <w:t>Що йому ноги лоскоче.</w:t>
      </w:r>
    </w:p>
    <w:p>
      <w:r>
        <w:br/>
        <w:t>Вабить та хвиля, чарує, шепоче,&lt;br /&gt;</w:t>
        <w:br/>
        <w:t>Серце у парубка в'яне,&lt;br /&gt;</w:t>
        <w:br/>
        <w:t>Наче в коханця, коли йому в очі&lt;br /&gt;</w:t>
        <w:br/>
        <w:t>Вперше кохана загляне.</w:t>
      </w:r>
    </w:p>
    <w:p>
      <w:r>
        <w:br/>
        <w:t>Ах, він забув свою дівчину любу,&lt;br /&gt;</w:t>
        <w:br/>
        <w:t>Зрадив недавню присягу,&lt;br /&gt;</w:t>
        <w:br/>
        <w:t>В хвилю ту звабну він кинувсь на згубу,&lt;br /&gt;</w:t>
        <w:br/>
        <w:t>Дивну вчуваючи спрагу.</w:t>
      </w:r>
    </w:p>
    <w:p>
      <w:r>
        <w:br/>
        <w:t>Плине стрілець і красуню шукає,&lt;br /&gt;</w:t>
        <w:br/>
        <w:t>Ту, що його полонила.&lt;br /&gt;</w:t>
        <w:br/>
        <w:t>В млі узбережжя далеко зникає.&lt;br /&gt;</w:t>
        <w:br/>
        <w:t>Ні, зупинитись несила!</w:t>
      </w:r>
    </w:p>
    <w:p>
      <w:r>
        <w:br/>
        <w:t>От вже стискає він білі долоні,&lt;br /&gt;</w:t>
        <w:br/>
        <w:t>Щось тій русалці шепоче,&lt;br /&gt;</w:t>
        <w:br/>
        <w:t>Поруч уста її бачить червоні,&lt;br /&gt;</w:t>
        <w:br/>
        <w:t>В очі заглянути хоче.</w:t>
      </w:r>
    </w:p>
    <w:p>
      <w:r>
        <w:br/>
        <w:t>Свиснув тут вітер і воду розбризкав,&lt;br /&gt;</w:t>
        <w:br/>
        <w:t>Млисту розвіяв завісу...&lt;br /&gt;</w:t>
        <w:br/>
        <w:t>Ах, він пізнав її,&lt;br /&gt;</w:t>
        <w:br/>
        <w:t>глянувши зблизька,&lt;br /&gt;</w:t>
        <w:br/>
        <w:t>Ту, свою дівчину з лісу!</w:t>
      </w:r>
    </w:p>
    <w:p>
      <w:r>
        <w:br/>
        <w:t>"Де ж твоя клятва?&lt;br /&gt;</w:t>
        <w:br/>
        <w:t>Згадав ти пораду?&lt;br /&gt;</w:t>
        <w:br/>
        <w:t>Той, хто присягу порушить,&lt;br /&gt;</w:t>
        <w:br/>
        <w:t>Згине він, згине за чорну ту зраду,&lt;br /&gt;</w:t>
        <w:br/>
        <w:t>Занапастить свою душу.</w:t>
      </w:r>
    </w:p>
    <w:p>
      <w:r>
        <w:br/>
        <w:t>Ні, не тобі засинати в лілеях,&lt;br /&gt;</w:t>
        <w:br/>
        <w:t>Гратись зо мною на хвилі.&lt;br /&gt;</w:t>
        <w:br/>
        <w:t>Вкриється тіло сирою землею,&lt;br /&gt;</w:t>
        <w:br/>
        <w:t>Очі загаснуть в могилі.</w:t>
      </w:r>
    </w:p>
    <w:p>
      <w:r>
        <w:br/>
        <w:t>Грішна душа хай за зраду довіку&lt;br /&gt;</w:t>
        <w:br/>
        <w:t>Стогне при цім осокорі,&lt;br /&gt;</w:t>
        <w:br/>
        <w:t>Терпить хай муки пекельні без ліку!&lt;br /&gt;</w:t>
        <w:br/>
        <w:t>Горе зрадливому, горе!"</w:t>
      </w:r>
    </w:p>
    <w:p>
      <w:r>
        <w:br/>
        <w:t>Чує стрілець і від жаху німіє.&lt;br /&gt;</w:t>
        <w:br/>
        <w:t>Серце йому похололо.&lt;br /&gt;</w:t>
        <w:br/>
        <w:t>Збурена Світязь клекоче і виє,&lt;br /&gt;</w:t>
        <w:br/>
        <w:t>Грім покотився навколо!</w:t>
      </w:r>
    </w:p>
    <w:p>
      <w:r>
        <w:br/>
        <w:t>Важко здіймаються хвилі холодні,&lt;br /&gt;</w:t>
        <w:br/>
        <w:t>Хвиля за хвилею лине.&lt;br /&gt;</w:t>
        <w:br/>
        <w:t>Вир закипів... У підводній безодні&lt;br /&gt;</w:t>
        <w:br/>
        <w:t>Дівчина з легінем гине.</w:t>
      </w:r>
    </w:p>
    <w:p>
      <w:r>
        <w:br/>
        <w:t>Досі те озеро дике клекоче&lt;br /&gt;</w:t>
        <w:br/>
        <w:t>В місячнім срібнім промінні,&lt;br /&gt;</w:t>
        <w:br/>
        <w:t>Досі блукають отам серед ночі&lt;br /&gt;</w:t>
        <w:br/>
        <w:t>Парубка й дівчини тіні.</w:t>
      </w:r>
    </w:p>
    <w:p>
      <w:r>
        <w:br/>
        <w:t>Дівчина в хвилю пірнає прозору,&lt;br /&gt;</w:t>
        <w:br/>
        <w:t>Хлопець рида серед гаю.&lt;br /&gt;</w:t>
        <w:br/>
        <w:t>Хто він?&lt;br /&gt;</w:t>
        <w:br/>
        <w:t>Мисливець з тутешнього бору.&lt;br /&gt;</w:t>
        <w:br/>
        <w:t>Дівчина хто? Я не знаю.</w:t>
      </w:r>
    </w:p>
    <w:p>
      <w:r>
        <w:br/>
      </w:r>
    </w:p>
    <w:p>
      <w:r>
        <w:br/>
        <w:t>Переклад М. Пригари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Світязянка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