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Світязь</w:t>
      </w:r>
    </w:p>
    <w:p>
      <w:r>
        <w:br/>
        <w:t xml:space="preserve"> Балада</w:t>
      </w:r>
    </w:p>
    <w:p>
      <w:r>
        <w:br/>
        <w:t>Михайлові Верещаку</w:t>
      </w:r>
    </w:p>
    <w:p>
      <w:r>
        <w:br/>
        <w:t>Хто, в Новогрудськім мандруючи краї,&lt;br /&gt;</w:t>
        <w:br/>
        <w:t>Прагне на все надивитись,&lt;br /&gt;</w:t>
        <w:br/>
        <w:t>Хай у Плужинськім бору побуває,&lt;br /&gt;</w:t>
        <w:br/>
        <w:t>Гляне на озеро Світязь.</w:t>
      </w:r>
    </w:p>
    <w:p>
      <w:r>
        <w:br/>
        <w:t>В пущі дрімучій розкинулись води —&lt;br /&gt;</w:t>
        <w:br/>
        <w:t>Ясна і чиста рівнина,&lt;br /&gt;</w:t>
        <w:br/>
        <w:t>Пуща їх тінню густою обводить,&lt;br /&gt;</w:t>
        <w:br/>
        <w:t>Озеро — ніби крижина.</w:t>
      </w:r>
    </w:p>
    <w:p>
      <w:r>
        <w:br/>
        <w:t>А як нічною проїдеш порою —&lt;br /&gt;</w:t>
        <w:br/>
        <w:t>Станеш, затримавши подих:&lt;br /&gt;</w:t>
        <w:br/>
        <w:t>Зорі побачиш вгорі й під собою,&lt;br /&gt;</w:t>
        <w:br/>
        <w:t>Місяць у небі і в водах.</w:t>
      </w:r>
    </w:p>
    <w:p>
      <w:r>
        <w:br/>
        <w:t>Чи то із небом злилися безодні,&lt;br /&gt;</w:t>
        <w:br/>
        <w:t>Водяна дика пустеля,&lt;br /&gt;</w:t>
        <w:br/>
        <w:t>А чи склепіння у сяйві холоднім&lt;br /&gt;</w:t>
        <w:br/>
        <w:t>Небо, ввігнувшися, стеле?</w:t>
      </w:r>
    </w:p>
    <w:p>
      <w:r>
        <w:br/>
        <w:t>Ген береги, мов розтали поволі,&lt;br /&gt;</w:t>
        <w:br/>
        <w:t>Сяєвом срібним повиті,&lt;br /&gt;</w:t>
        <w:br/>
        <w:t>Наче ти в синім пливеш видноколі,&lt;br /&gt;</w:t>
        <w:br/>
        <w:t>В тихій бездонній блакиті.</w:t>
      </w:r>
    </w:p>
    <w:p>
      <w:r>
        <w:br/>
        <w:t>Вабить це озеро, тихе й погоже,&lt;br /&gt;</w:t>
        <w:br/>
        <w:t>В пітьмі чаруючи очі;&lt;br /&gt;</w:t>
        <w:br/>
        <w:t>Та лиш сміливець нечуваний може&lt;br /&gt;</w:t>
        <w:br/>
        <w:t>Їхать туди опівночі.</w:t>
      </w:r>
    </w:p>
    <w:p>
      <w:r>
        <w:br/>
        <w:t>Кажуть, там сила нечиста гуляє,&lt;br /&gt;</w:t>
        <w:br/>
        <w:t>Бенкети в озері править.&lt;br /&gt;</w:t>
        <w:br/>
        <w:t>Хто проти ночі про це повідає —&lt;br /&gt;</w:t>
        <w:br/>
        <w:t>Страшно і слухати навіть.</w:t>
      </w:r>
    </w:p>
    <w:p>
      <w:r>
        <w:br/>
        <w:t>Часом пори там почуєш нічної&lt;br /&gt;</w:t>
        <w:br/>
        <w:t>Поклики й грім під водою,&lt;br /&gt;</w:t>
        <w:br/>
        <w:t>Стогін жіночий і брязкання зброї,&lt;br /&gt;</w:t>
        <w:br/>
        <w:t>Вигуки дикого бою.</w:t>
      </w:r>
    </w:p>
    <w:p>
      <w:r>
        <w:br/>
        <w:t>Гамір цей грізний вщуха за хвилину,&lt;br /&gt;</w:t>
        <w:br/>
        <w:t>Бір прибережний шепоче,&lt;br /&gt;</w:t>
        <w:br/>
        <w:t>Тільки молитва над озером лине,&lt;br /&gt;</w:t>
        <w:br/>
        <w:t>Тужне благання дівоче.</w:t>
      </w:r>
    </w:p>
    <w:p>
      <w:r>
        <w:br/>
        <w:t>Що воно значить? I хто відгадає?&lt;br /&gt;</w:t>
        <w:br/>
        <w:t>Хто ту безодню прогляне?&lt;br /&gt;</w:t>
        <w:br/>
        <w:t>Різне про теє народ повідає,&lt;br /&gt;</w:t>
        <w:br/>
        <w:t>Правди ж не знають селяни.</w:t>
      </w:r>
    </w:p>
    <w:p>
      <w:r>
        <w:br/>
        <w:t>Дідичів Світязі славних нащадок,&lt;br /&gt;</w:t>
        <w:br/>
        <w:t>Пан у Плужинах багатий,&lt;br /&gt;</w:t>
        <w:br/>
        <w:t>Ці таємниці діставши у спадок,&lt;br /&gt;</w:t>
        <w:br/>
        <w:t>Вирішив їх розгадати.</w:t>
      </w:r>
    </w:p>
    <w:p>
      <w:r>
        <w:br/>
        <w:t>Тож повелів він у ближньому місці&lt;br /&gt;</w:t>
        <w:br/>
        <w:t>Довгі човни будувати,&lt;br /&gt;</w:t>
        <w:br/>
        <w:t>Невід завглибшки аршинів на двісті&lt;br /&gt;</w:t>
        <w:br/>
        <w:t>Кращим рибалкам в'язати.</w:t>
      </w:r>
    </w:p>
    <w:p>
      <w:r>
        <w:br/>
        <w:t>Я остеріг, що тут божої волі&lt;br /&gt;</w:t>
        <w:br/>
        <w:t>Спершу спитатися треба,-&lt;br /&gt;</w:t>
        <w:br/>
        <w:t>Дзвони гудуть не в одному костьолі,&lt;br /&gt;</w:t>
        <w:br/>
        <w:t>Линуть молитви до неба.</w:t>
      </w:r>
    </w:p>
    <w:p>
      <w:r>
        <w:br/>
        <w:t>Ксьондз із Цирина прибув на посвяту,&lt;br /&gt;</w:t>
        <w:br/>
        <w:t>Благословення складає,&lt;br /&gt;</w:t>
        <w:br/>
        <w:t>Ловлю за пановим гаслом почато,&lt;br /&gt;</w:t>
        <w:br/>
        <w:t>Невід у воду пірнає.</w:t>
      </w:r>
    </w:p>
    <w:p>
      <w:r>
        <w:br/>
        <w:t>Тоне, потяг поплавці за собою,&lt;br /&gt;</w:t>
        <w:br/>
        <w:t>Вглиб — нескінченна дорога.&lt;br /&gt;</w:t>
        <w:br/>
        <w:t>Стелиться слід за ним пінний стягою...&lt;br /&gt;</w:t>
        <w:br/>
        <w:t>Певне, не зловлять нічого!</w:t>
      </w:r>
    </w:p>
    <w:p>
      <w:r>
        <w:br/>
        <w:t>Ось підтягають до берега крила,&lt;br /&gt;</w:t>
        <w:br/>
        <w:t>Мокрі зближаються сіті...&lt;br /&gt;</w:t>
        <w:br/>
        <w:t>Що за страховище хвиля укрила?&lt;br /&gt;</w:t>
        <w:br/>
        <w:t>Хто б то повірив у світі!</w:t>
      </w:r>
    </w:p>
    <w:p>
      <w:r>
        <w:br/>
        <w:t>Ні, не страховище — жінку впіймали&lt;br /&gt;</w:t>
        <w:br/>
        <w:t>Десь у підводній яскині:&lt;br /&gt;</w:t>
        <w:br/>
        <w:t>Кучері білі, уста мов корали,&lt;br /&gt;</w:t>
        <w:br/>
        <w:t>Очі великі та сині.</w:t>
      </w:r>
    </w:p>
    <w:p>
      <w:r>
        <w:br/>
        <w:t>Плине до берега дивна істота.&lt;br /&gt;</w:t>
        <w:br/>
        <w:t>Люди стоять остовпілі,&lt;br /&gt;</w:t>
        <w:br/>
        <w:t>Дехто й тікати лаштується потай,-&lt;br /&gt;</w:t>
        <w:br/>
        <w:t>Жінка підводиться з хвилі,</w:t>
      </w:r>
    </w:p>
    <w:p>
      <w:r>
        <w:br/>
        <w:t>Каже: "Чи знаєте ви, що донині&lt;br /&gt;</w:t>
        <w:br/>
        <w:t>Всіх, хто тут плавав зухвало,&lt;br /&gt;</w:t>
        <w:br/>
        <w:t>Озеро, знявши вали білопінні,&lt;br /&gt;</w:t>
        <w:br/>
        <w:t>В прірві підводній ховало?</w:t>
      </w:r>
    </w:p>
    <w:p>
      <w:r>
        <w:br/>
        <w:t>Тож за цікавість пусту в нагороду&lt;br /&gt;</w:t>
        <w:br/>
        <w:t>Всім вам загинути б нині,-&lt;br /&gt;</w:t>
        <w:br/>
        <w:t>Тільки ж бо нашого, пане, ти роду,&lt;br /&gt;</w:t>
        <w:br/>
        <w:t>Славного в рідній країні!</w:t>
      </w:r>
    </w:p>
    <w:p>
      <w:r>
        <w:br/>
        <w:t>Тим, що цей розшук почавши без тями,&lt;br /&gt;</w:t>
        <w:br/>
        <w:t>Бога ви все ж не забули,&lt;br /&gt;</w:t>
        <w:br/>
        <w:t>Бог вам сьогодні моїми устами&lt;br /&gt;</w:t>
        <w:br/>
        <w:t>Давнє повіда минуле.</w:t>
      </w:r>
    </w:p>
    <w:p>
      <w:r>
        <w:br/>
        <w:t>Тут, де сумні простягаються піски,&lt;br /&gt;</w:t>
        <w:br/>
        <w:t>Аїр росте та купава,&lt;br /&gt;</w:t>
        <w:br/>
        <w:t>Місто колись було, сповнене блиску,&lt;br /&gt;</w:t>
        <w:br/>
        <w:t>Пишна Туганів держава.</w:t>
      </w:r>
    </w:p>
    <w:p>
      <w:r>
        <w:br/>
        <w:t>Світязь, ясною багата красою,&lt;br /&gt;</w:t>
        <w:br/>
        <w:t>Мужньою силою воїв,&lt;br /&gt;</w:t>
        <w:br/>
        <w:t>Під можновладних державців рукою&lt;br /&gt;</w:t>
        <w:br/>
        <w:t>Квітла у славі й спокої.</w:t>
      </w:r>
    </w:p>
    <w:p>
      <w:r>
        <w:br/>
        <w:t>Там, де цей ліс простягнувся похмурий,&lt;br /&gt;</w:t>
        <w:br/>
        <w:t>Ниви стелилися здавна,&lt;br /&gt;</w:t>
        <w:br/>
        <w:t>Ген Новгрудок здіймав свої мури,&lt;br /&gt;</w:t>
        <w:br/>
        <w:t>Древня столиця преславна.</w:t>
      </w:r>
    </w:p>
    <w:p>
      <w:r>
        <w:br/>
        <w:t>Раз по Литві покотилась тривога:&lt;br /&gt;</w:t>
        <w:br/>
        <w:t>Цар із Русі наступає,&lt;br /&gt;</w:t>
        <w:br/>
        <w:t>Військо його оточило Мендога,&lt;br /&gt;</w:t>
        <w:br/>
        <w:t>Сили ж у князя немає.</w:t>
      </w:r>
    </w:p>
    <w:p>
      <w:r>
        <w:br/>
        <w:t>З дальніх кордонів він кличе дружину,&lt;br /&gt;</w:t>
        <w:br/>
        <w:t>Пише до князя Тугана:&lt;br /&gt;</w:t>
        <w:br/>
        <w:t>"Княже, рятуй! Поможи, бо загину!&lt;br /&gt;</w:t>
        <w:br/>
        <w:t>Сила іде нездоланна".</w:t>
      </w:r>
    </w:p>
    <w:p>
      <w:r>
        <w:br/>
        <w:t>Батько мій, те прочитавши послання,&lt;br /&gt;</w:t>
        <w:br/>
        <w:t>Кличе: "Збирайтеся, вої!"&lt;br /&gt;</w:t>
        <w:br/>
        <w:t>От і зійшлися вони на світанні,&lt;br /&gt;</w:t>
        <w:br/>
        <w:t>Всяк при коні та при зброї.</w:t>
      </w:r>
    </w:p>
    <w:p>
      <w:r>
        <w:br/>
        <w:t>Гримнули сурми, дружина рушає,&lt;br /&gt;</w:t>
        <w:br/>
        <w:t>Князь виїжджає в діброву.&lt;br /&gt;</w:t>
        <w:br/>
        <w:t>Раптом стає він і руки ламає,&lt;br /&gt;</w:t>
        <w:br/>
        <w:t>В замок звертаючи знову.</w:t>
      </w:r>
    </w:p>
    <w:p>
      <w:r>
        <w:br/>
        <w:t>Каже до мене: "Як власних підданців&lt;br /&gt;</w:t>
        <w:br/>
        <w:t>Сам на поталу я кину?&lt;br /&gt;</w:t>
        <w:br/>
        <w:t>Світязь не має ні мурів, ні шанців,&lt;br /&gt;</w:t>
        <w:br/>
        <w:t>Тільки-но смілу дружину.</w:t>
      </w:r>
    </w:p>
    <w:p>
      <w:r>
        <w:br/>
        <w:t>Як розділю своє військо надвоє,&lt;br /&gt;</w:t>
        <w:br/>
        <w:t>Князю не дам оборони,&lt;br /&gt;</w:t>
        <w:br/>
        <w:t>А коли всі ми підемо до бою,-&lt;br /&gt;</w:t>
        <w:br/>
        <w:t>Як будуть діти і жони?"</w:t>
      </w:r>
    </w:p>
    <w:p>
      <w:r>
        <w:br/>
        <w:t>"Батьку,— кажу я,— снагою і хистом&lt;br /&gt;</w:t>
        <w:br/>
        <w:t>Допоможи батьківщині!&lt;br /&gt;</w:t>
        <w:br/>
        <w:t>Бог захистить нас. Вночі я над містом&lt;br /&gt;</w:t>
        <w:br/>
        <w:t>Ангела бачила нині.</w:t>
      </w:r>
    </w:p>
    <w:p>
      <w:r>
        <w:br/>
        <w:t>Світязь мечем він укрив на хвилину,&lt;br /&gt;</w:t>
        <w:br/>
        <w:t>Мовив, прекрасний, як сонце:&lt;br /&gt;</w:t>
        <w:br/>
        <w:t>"Поки мужі захищають країну,&lt;br /&gt;</w:t>
        <w:br/>
        <w:t>Я буду вам оборонцем!"</w:t>
      </w:r>
    </w:p>
    <w:p>
      <w:r>
        <w:br/>
        <w:t>Батько послухав, рушає до бою,&lt;br /&gt;</w:t>
        <w:br/>
        <w:t>Ніч наступає в тривозі.&lt;br /&gt;</w:t>
        <w:br/>
        <w:t>Раптом ми чуємо брязкання зброї,&lt;br /&gt;</w:t>
        <w:br/>
        <w:t>Крики "ура" на дорозі.</w:t>
      </w:r>
    </w:p>
    <w:p>
      <w:r>
        <w:br/>
        <w:t>Гримнув таран, завалилися брами,&lt;br /&gt;</w:t>
        <w:br/>
        <w:t>Сиплються градом уламки,&lt;br /&gt;</w:t>
        <w:br/>
        <w:t>Сиві діди і жіноцтво з дітками&lt;br /&gt;</w:t>
        <w:br/>
        <w:t>Товпляться з плачем до замку.</w:t>
      </w:r>
    </w:p>
    <w:p>
      <w:r>
        <w:br/>
        <w:t>"Леле! — гукають.— Он сунеться військо!&lt;br /&gt;</w:t>
        <w:br/>
        <w:t>Русь за ворітьми лютує!&lt;br /&gt;</w:t>
        <w:br/>
        <w:t>Вбиймо себе, бо загибель вже близько.&lt;br /&gt;</w:t>
        <w:br/>
        <w:t>Смерть від ганьби урятує!"</w:t>
      </w:r>
    </w:p>
    <w:p>
      <w:r>
        <w:br/>
        <w:t>Лють погасила тремтіння тривоги!&lt;br /&gt;</w:t>
        <w:br/>
        <w:t>Люди жалю вже не просять,&lt;br /&gt;</w:t>
        <w:br/>
        <w:t>Золото, шати жбурляють під ноги&lt;br /&gt;</w:t>
        <w:br/>
        <w:t>I смолоскипи приносять.</w:t>
      </w:r>
    </w:p>
    <w:p>
      <w:r>
        <w:br/>
        <w:t>"Хто не умре — буде проклят назавше!"&lt;br /&gt;</w:t>
        <w:br/>
        <w:t>Бачу, рятунку немає:&lt;br /&gt;</w:t>
        <w:br/>
        <w:t>Той занімів, до порога припавши,&lt;br /&gt;</w:t>
        <w:br/>
        <w:t>Той же сокиру здіймає.</w:t>
      </w:r>
    </w:p>
    <w:p>
      <w:r>
        <w:br/>
        <w:t>Що нам — неволю ганебну прийняти,&lt;br /&gt;</w:t>
        <w:br/>
        <w:t>Військо впустивши вороже?&lt;br /&gt;</w:t>
        <w:br/>
        <w:t>А як у себе життя відібрати?&lt;br /&gt;</w:t>
        <w:br/>
        <w:t>"Боже,— гукнула я,— боже!</w:t>
      </w:r>
    </w:p>
    <w:p>
      <w:r>
        <w:br/>
        <w:t>Як не втекти нам від лютої кари,&lt;br /&gt;</w:t>
        <w:br/>
        <w:t>Нас захисти перед нею,&lt;br /&gt;</w:t>
        <w:br/>
        <w:t>Громом убий із високої хмари&lt;br /&gt;</w:t>
        <w:br/>
        <w:t>Чи заховай під землею!"</w:t>
      </w:r>
    </w:p>
    <w:p>
      <w:r>
        <w:br/>
        <w:t>Ледве останнє я мовила слово —&lt;br /&gt;</w:t>
        <w:br/>
        <w:t>Біле нас щось огортає.&lt;br /&gt;</w:t>
        <w:br/>
        <w:t>Очі втопила я в землю раптово —&lt;br /&gt;</w:t>
        <w:br/>
        <w:t>Бачу: землі вже немає.</w:t>
      </w:r>
    </w:p>
    <w:p>
      <w:r>
        <w:br/>
        <w:t>Так врятувався народ безборонний,&lt;br /&gt;</w:t>
        <w:br/>
        <w:t>Так ми уникли неслави.&lt;br /&gt;</w:t>
        <w:br/>
        <w:t>Бачиш квітки? То дівчата і жони,&lt;br /&gt;</w:t>
        <w:br/>
        <w:t>Змінені в білі купави.</w:t>
      </w:r>
    </w:p>
    <w:p>
      <w:r>
        <w:br/>
        <w:t>Мов сніжно-білі метелики, линуть&lt;br /&gt;</w:t>
        <w:br/>
        <w:t>Скрізь над водою німою,&lt;br /&gt;</w:t>
        <w:br/>
        <w:t>В листі зеленім, як віття ялини,&lt;br /&gt;</w:t>
        <w:br/>
        <w:t>Всипане снігом зимою.</w:t>
      </w:r>
    </w:p>
    <w:p>
      <w:r>
        <w:br/>
        <w:t>Образ чарівний дівочої цноти&lt;br /&gt;</w:t>
        <w:br/>
        <w:t>Барви квіток затаїли,&lt;br /&gt;</w:t>
        <w:br/>
        <w:t>Тут їх життя обминають турботи,&lt;br /&gt;</w:t>
        <w:br/>
        <w:t>Смерті незборної сили.</w:t>
      </w:r>
    </w:p>
    <w:p>
      <w:r>
        <w:br/>
        <w:t>Царські війська, розпалившись у битві,&lt;br /&gt;</w:t>
        <w:br/>
        <w:t>Владу їх встигли спізнати.&lt;br /&gt;</w:t>
        <w:br/>
        <w:t>Тут зупинились вони по гонитві,&lt;br /&gt;</w:t>
        <w:br/>
        <w:t>Цвітом квітчаючи лати.</w:t>
      </w:r>
    </w:p>
    <w:p>
      <w:r>
        <w:br/>
        <w:t>Хто лиш сягнув там рукою у воду,&lt;br /&gt;</w:t>
        <w:br/>
        <w:t>Вирвав вологі стеблини,&lt;br /&gt;</w:t>
        <w:br/>
        <w:t>Раптом, хворобою вбитий страшною,&lt;br /&gt;</w:t>
        <w:br/>
        <w:t>Згинув тієї-ж хвилини.</w:t>
      </w:r>
    </w:p>
    <w:p>
      <w:r>
        <w:br/>
        <w:t>Давню подію забуто, здається,&lt;br /&gt;</w:t>
        <w:br/>
        <w:t>Є тільки відгомін кари:&lt;br /&gt;</w:t>
        <w:br/>
        <w:t>Цвіт цей "цар-зілля" в народі зоветься,&lt;br /&gt;</w:t>
        <w:br/>
        <w:t>Так його вславлено чари"</w:t>
      </w:r>
    </w:p>
    <w:p>
      <w:r>
        <w:br/>
        <w:t>Мовила й зникла княжна під водою,&lt;br /&gt;</w:t>
        <w:br/>
        <w:t>З нею човни всі та сіті,&lt;br /&gt;</w:t>
        <w:br/>
        <w:t>З плескотом враз розійшлися надвоє&lt;br /&gt;</w:t>
        <w:br/>
        <w:t>Води, туманом повиті.</w:t>
      </w:r>
    </w:p>
    <w:p>
      <w:r>
        <w:br/>
        <w:t>Клекотом хвиля стрясає діброву,&lt;br /&gt;</w:t>
        <w:br/>
        <w:t>З хвилі ніхто не зринає.&lt;br /&gt;</w:t>
        <w:br/>
        <w:t>Води розгойдані сходяться знову,&lt;br /&gt;</w:t>
        <w:br/>
        <w:t>Дівчини й сліду немає.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Світязь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