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Сплигнула ніч з шумких дерев,&lt;br /&gt;</w:t>
        <w:br/>
        <w:t>втікаючи понад дахами.&lt;br /&gt;</w:t>
        <w:br/>
        <w:t>Замаяв голуб і дере&lt;br /&gt;</w:t>
        <w:br/>
        <w:t>крильми хмарин іржаві плями.</w:t>
      </w:r>
    </w:p>
    <w:p>
      <w:r>
        <w:br/>
        <w:t>Мов дзенькіт товчених склянок,&lt;br /&gt;</w:t>
        <w:br/>
        <w:t>ясна музика підпливає.&lt;br /&gt;</w:t>
        <w:br/>
        <w:t>Світанку куриться вино,&lt;br /&gt;</w:t>
        <w:br/>
        <w:t>і небо в синяві безкрає.</w:t>
      </w:r>
    </w:p>
    <w:p>
      <w:r>
        <w:br/>
        <w:t>Аж юне серце затремтить,&lt;br /&gt;</w:t>
        <w:br/>
        <w:t>незаспокоєне й несите.&lt;br /&gt;</w:t>
        <w:br/>
        <w:t>Устами спраглими в цю мить&lt;br /&gt;</w:t>
        <w:br/>
        <w:t>всю хмільність світу хочу спити.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