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Світання</w:t>
      </w:r>
    </w:p>
    <w:p>
      <w:r>
        <w:br/>
        <w:t xml:space="preserve"> Федеріко Гарсія Лорка&lt;br /&gt;</w:t>
        <w:br/>
        <w:t>Світання</w:t>
      </w:r>
    </w:p>
    <w:p>
      <w:r>
        <w:br/>
        <w:t>Перекладач: М. Москаленко</w:t>
      </w:r>
    </w:p>
    <w:p>
      <w:r>
        <w:br/>
        <w:t>Серед нью-йоркського світання&lt;br /&gt;</w:t>
        <w:br/>
        <w:t>чотири є колони з твані —&lt;br /&gt;</w:t>
        <w:br/>
        <w:t>над ураганом чорних горлиць,&lt;br /&gt;</w:t>
        <w:br/>
        <w:t>що хлюпаються в мертвих водах.</w:t>
      </w:r>
    </w:p>
    <w:p>
      <w:r>
        <w:br/>
        <w:t>Світання у Нью-Йорку стогне&lt;br /&gt;</w:t>
        <w:br/>
        <w:t>на височезних крутосходах,&lt;br /&gt;</w:t>
        <w:br/>
        <w:t>шукаючи по гострих пругах&lt;br /&gt;</w:t>
        <w:br/>
        <w:t>жасмини писаної туги.</w:t>
      </w:r>
    </w:p>
    <w:p>
      <w:r>
        <w:br/>
        <w:t>Грядущого світання ніхто в уста не прийме,&lt;br /&gt;</w:t>
        <w:br/>
        <w:t>бо тут немає "завтра", немає сподівання.&lt;br /&gt;</w:t>
        <w:br/>
        <w:t>Лише монети часом нестямними роями&lt;br /&gt;</w:t>
        <w:br/>
        <w:t>жалять і пожирають покинуту дитину.</w:t>
      </w:r>
    </w:p>
    <w:p>
      <w:r>
        <w:br/>
        <w:t>Найперші, що відходять, кістками розуміють:&lt;br /&gt;</w:t>
        <w:br/>
        <w:t>не буде ні кохання безлистого, ні раю.&lt;br /&gt;</w:t>
        <w:br/>
        <w:t>їх тихо поглинає твань чисел і законів,&lt;br /&gt;</w:t>
        <w:br/>
        <w:t>та ігри без мистецтва, та сік без тверді плоду.</w:t>
      </w:r>
    </w:p>
    <w:p>
      <w:r>
        <w:br/>
        <w:t>Бо світло поховали кайдани, гуркотнеча&lt;br /&gt;</w:t>
        <w:br/>
        <w:t>та безсоромні грозьби тих знань, що без коріння.&lt;br /&gt;</w:t>
        <w:br/>
        <w:t>І люди по кварталах тиняються безсонно —&lt;br /&gt;</w:t>
        <w:br/>
        <w:t>так, ніби щойно вийшли з кривавого потопу.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