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Свій брат</w:t>
      </w:r>
    </w:p>
    <w:p>
      <w:r>
        <w:br/>
        <w:t xml:space="preserve"> &lt;p&gt;СВІЙ БРАТ</w:t>
      </w:r>
    </w:p>
    <w:p>
      <w:r>
        <w:br/>
        <w:t>Маланюк</w:t>
      </w:r>
    </w:p>
    <w:p>
      <w:r>
        <w:br/>
        <w:t>--------------------------------------</w:t>
      </w:r>
    </w:p>
    <w:p>
      <w:r>
        <w:br/>
        <w:t>Давно вже дядько Павло у городі був. Як вийшов з тюрми тому місяців два, походив по базарю, та й досі. Іде пішоходом він зараз, чогось у поліцію звуть. І городок невеликий неначе, а метушня така, ті туди, ті звідтіля, євреї, пани... Не село, що й казать.</w:t>
      </w:r>
    </w:p>
    <w:p>
      <w:r>
        <w:br/>
        <w:t>Дерево ось понад пішоходом іде. Тоді таке зелене було, а зараз жовте-жовте стоїть. "Манополька" ось, он лікарня, а ось і той дім, де судили його, білий високий. Карета якась нова з дверцями коло його стоїть. Візник у балахоні якомусь дрімає на козлах. А коні — страх! Сиві, здорові і запряжені по два: два ззаду, два спереду. Живуть люде!</w:t>
      </w:r>
    </w:p>
    <w:p>
      <w:r>
        <w:br/>
        <w:t>Двері в коридор того дому одчинені. Якась пані, на голові птиця приколота, пішла по східцях туди. Панок у пальті... Що таке? Може, судять і зараз кого? Зайти б і Павлові подивитись туди та й погріться, до речі. Холодно, хмарно надворі. Та ще полем ішов, так змерз. А до поліції ж... далеченько неначе.</w:t>
      </w:r>
    </w:p>
    <w:p>
      <w:r>
        <w:br/>
        <w:t>Увійшов у прихожу Павло. Шуб, шуб на вішалці висить, та все такі... смушки руді, вороні і аж полискуються, дорогі все якісь. А калош он стоїть! Шафа в кутку. Панки якісь два стоять коло неї. Піджачки смугнастень-кі, комірці білі в обох. Курять, балакають.</w:t>
      </w:r>
    </w:p>
    <w:p>
      <w:r>
        <w:br/>
        <w:t>— Да-а, — каже один. — Так наше собрание земское... Провалило доклад о прибавко жалованья учителям.</w:t>
      </w:r>
    </w:p>
    <w:p>
      <w:r>
        <w:br/>
        <w:t>Ага, так це земське зібрання! Розгладжує чуб Павло пальцями, підступа до дверей, де, чуть, один хтось бала-ка. Двері одхилені, і видно йому: лави ось ззаду стоять, стільці спереду он. Лави порожні, а на стільцях сидять панки, панії... А там он, до царських портретів туди, і зібрання те земське, здається. Панів, панів сидить за столами. Лисі, пузаті, в погонах... Яких тільки немає. За столом он заднім одним, між панками в піджачках сіреньких, сидить і дядьків декілько. Багатирі, видно, усе. Чумарки такі сині на їх. А той хтось один, пан якийсь високий, тонкий, одно щось балака й балака стоїть. Так кортить і Павлові туди увійти, послухать, що пани теревенять. Тільки... як увійти? Воно-то, видно, увіходить можна туди, отож для чогось і лави стоять, і ті ж он сидять на стільцях, та... страшно якось, скрізь панота сама. — Зазирає, стоїть. — Хоча... чого страшно? Не такий чоловік хіба й він? Хіба як мужик він, то у його душа з лопуцька, чи що? Хм-хм!.. Неначе хлопчик який — страшно! Не перед такими панами он був і не так; окружним судом он судився, у тюрмі більше году сидів-Вали!.. — Запхнув шапку у свиту, протер вуси долонею, ввіходить. — Ху!.. Так неначе на його й дивляться всі. Нехай... А де б сісти? Стільці й лави... Вали на стілець, чоловік усе рівно. Сів. Отепер хай... Роззирає. Спереду в його сидить пані та з птицею. Вбрання таке чорне, блискуче на їй, і сама — туша така. Рядом з ним через стілець сидить молоденька пані якась, пахне-пахне од неї. Далі туди, і вбік, і вперед, багато сидить. Ніхто нічого йому. Хм-хм!.. І бояться нічого, значить, було. І кожному ж звісно що й мужик чоловік.</w:t>
      </w:r>
    </w:p>
    <w:p>
      <w:r>
        <w:br/>
        <w:t>А там, за столом, уже другий пан балака, лисий, в погонах.</w:t>
      </w:r>
    </w:p>
    <w:p>
      <w:r>
        <w:br/>
        <w:t>— Увести, — каже, — необходимо увести в школи гимнастику, приемн военньїе... Не смутьянов, но солдат хороших должнн мьі воспитьівать.</w:t>
      </w:r>
    </w:p>
    <w:p>
      <w:r>
        <w:br/>
        <w:t>Схитнув головою Павло. Пригадались йому тут і "солдати хорошие", і "приеми военньїе".</w:t>
      </w:r>
    </w:p>
    <w:p>
      <w:r>
        <w:br/>
        <w:t>Чоловік він бідний. І саме тоді, під завірюху під ту, служив у економії в Редьки. Сила народу тоді служила у його. Багатий пан і здоровий такий сам. Почали требувать прибавки плати у його. І от зійшлись раз до його у двір. Ждуть: ось-ось пан вийде до їх. Нема. Аж ось де салдати взялись. "Разойдись!" — "Чого, що?" Слово по слову... Бух! — солдати на їх. Лежать і убиті й поранені. Стільки тоді страхіття того набрався Павло! Ех, пани... А це й у школу "приемьі военньїе"... Так от! А як жалування вчителям он, так і провалили, мовляв.</w:t>
      </w:r>
    </w:p>
    <w:p>
      <w:r>
        <w:br/>
        <w:t>Балакає пан, і голос його страх противний Павлові. А пика! Сало так і двигтить. Та в роті як чорно, — видно, злий. У, пани!.. А он ще за другим столом яка пика сидить. Червоні щоки, червоні! Прищурює очі, оддува воло... Я не я. А ось... де ось ця ще пика взялась? Очі, як у вола. Іде, несе пузо. У, аріяка! О, зупинивсь ось коло панії ції з птицею. Пригинається, пригинається... тьху! у руку... в рукавичку цілує її. І то ж мода! А вона ще й не дивиться неначе на його. Хе-хе! Суне далі до грубки. А грубка яка! Дрова ставма горять, стояча якась, з зубчиками. Хтось довбеться у їй, піджак з бобрику, борідка руденька — салдат. А, з Пеньків. Літом укупі на роботі бували... Павло з тюрми, він з волі. Та й чого це він тут?</w:t>
      </w:r>
    </w:p>
    <w:p>
      <w:r>
        <w:br/>
        <w:t>— Ну, что? ходил ко мне за папиросами? — пан до його так хрипко, суворо. Жахнувсь той.</w:t>
      </w:r>
    </w:p>
    <w:p>
      <w:r>
        <w:br/>
        <w:t>— Нн... толькі прібєг вот... зовсєм заморочілся... в поліцію бєгав, на пошту, — вийняв хусточку, утирає лоба, мокрий-мокрий!</w:t>
      </w:r>
    </w:p>
    <w:p>
      <w:r>
        <w:br/>
        <w:t>— Я же кому говорил?.. С-скотина! — процідив крізь зуби пан.</w:t>
      </w:r>
    </w:p>
    <w:p>
      <w:r>
        <w:br/>
        <w:t>— Січас... — зігнувсь, чкурнув.</w:t>
      </w:r>
    </w:p>
    <w:p>
      <w:r>
        <w:br/>
        <w:t>Дивиться Павло... "Скотина" на чоловіка... Так от! Які вуси у його, дома діти має які... Його скотиною звуть, ганяють отак.</w:t>
      </w:r>
    </w:p>
    <w:p>
      <w:r>
        <w:br/>
        <w:t>Сидить коло панії пан, шкірить зуби.</w:t>
      </w:r>
    </w:p>
    <w:p>
      <w:r>
        <w:br/>
        <w:t>— Сторож, понимаете, наш, из управьі земской, такой негодяй.</w:t>
      </w:r>
    </w:p>
    <w:p>
      <w:r>
        <w:br/>
        <w:t>"Ага, так це тепер сторожем він", — здивувався про себе Павло.</w:t>
      </w:r>
    </w:p>
    <w:p>
      <w:r>
        <w:br/>
        <w:t>— А я смотрю, — внапівголос далі балакає пан, — Неонила Степановна будто би... Подхожу — она. Как же вьі поживаєте, дорогая? Так уже вас видел давно... Ха-ха!</w:t>
      </w:r>
    </w:p>
    <w:p>
      <w:r>
        <w:br/>
        <w:t>"У, харя, цуцик! — злиться Павло. — До цієї який, а до того який. А! Це, здається, жінка члена окружного суду; бачив колись — ішли під руку удвох. Так".</w:t>
      </w:r>
    </w:p>
    <w:p>
      <w:r>
        <w:br/>
        <w:t>— Ну, что же, — до пана вона, — остаєтесь й на дальше членом управи?..</w:t>
      </w:r>
    </w:p>
    <w:p>
      <w:r>
        <w:br/>
        <w:t>— Благо дарю, да, — оскиряється пан. З'являється сторож. Потихеньку-потихеньку до пана підходить.</w:t>
      </w:r>
    </w:p>
    <w:p>
      <w:r>
        <w:br/>
        <w:t>— Зводьтесь... — вклоняється. Оддав, знов до грубки. Дивиться Павло у спину йому.</w:t>
      </w:r>
    </w:p>
    <w:p>
      <w:r>
        <w:br/>
        <w:t>"Життя... — думає, — отак зневажають тебе, отак бігай, вклоняйсь... Сердешний! Як це все здається йому? Що він це дума?.. А знать би, який він тепер. Літом, як носили цеглу укупі, розказував Павло про дещо йому, про Редьку, про те, за віщо сидить. Що, мов, тих поранили, тих побили, а їх багатьох душать по тюрмах. Нічого, потакував. А як не було надзирателя близько, арештанти самі, то й лаяв панів: сякі-такі вони, каже. Звісно, свій брат, мужик. А побалакать би оце з ним, привітаться. Не взнає, мабуть, або не помітив ще й досі. А гляди б, привітав. Як же! Страждав он стільки, а за віщо? Не за кражу, знає ж і він. І йому б же легше було, якби тоді повезло було.</w:t>
      </w:r>
    </w:p>
    <w:p>
      <w:r>
        <w:br/>
        <w:t>Страждав, а це й знов, мабуть, видралось щось. Чого б оце його через старосту у поліцію звали? Це донесено, мабуть, на його, що он до дядьків обізвався в неділю у зборні. "Стіймо, мов, усі за одно, — сказав, — то ніхто, ніякі багачі не осилять нас". А багачі за подать тоді були завели, щоб он на волость не од десятини платить, а од хати. Розумні... Що ж? їх і право буде. Якби воно всі за одно. Казав тоді літом це й сторож оцей: якби всі, каже. Чоловік, видно, гарний. На службі, каже, добивався, й поліцейські й офіцери, каже, боялись його.</w:t>
      </w:r>
    </w:p>
    <w:p>
      <w:r>
        <w:br/>
        <w:t>— Да, да, — все ще балакає до панії пан внапівголоса, — зачем мужику разглагольствования, финтифлюшки там разньїе! Дисциплиньї побольше ему, в руки по-крепче его.</w:t>
      </w:r>
    </w:p>
    <w:p>
      <w:r>
        <w:br/>
        <w:t>"Бач, що! — схитнув головою Павло. — Бач, як для нашого брата пани!"</w:t>
      </w:r>
    </w:p>
    <w:p>
      <w:r>
        <w:br/>
        <w:t>Так йому хочеться з кимсь, з своїм братом, побалакать про це, переглянуться хоч. Дивиться на сторожа. Стоїть коло дверей, в книгу розносну дивиться.</w:t>
      </w:r>
    </w:p>
    <w:p>
      <w:r>
        <w:br/>
        <w:t>"Ніколи небораці глянуть і вгору, — думає Павло далі. — Хоч би хоч раз глянув на мене, усміхнуться б до його. Чув це, здається, і він, — "в руки покрепче его", був всміхнувся неначе. Як він про це?"</w:t>
      </w:r>
    </w:p>
    <w:p>
      <w:r>
        <w:br/>
        <w:t>Згорнув сторож книжку, руки "по швам", стоїть. Дивиться, дивиться на свиту сіру Павлові, на чоботи здорові йому. Підходе до Павла, усміхається Павло, чоломкає, з свитки руку виймає... Той...</w:t>
      </w:r>
    </w:p>
    <w:p>
      <w:r>
        <w:br/>
        <w:t>Сторож:</w:t>
      </w:r>
    </w:p>
    <w:p>
      <w:r>
        <w:br/>
        <w:t>— А вам чіво здєсь? — так суворо на його, зовсім пан на самого тоді. — Нідзя на стульцє, назад туда йді. Дивиться Павло. Почервонів.</w:t>
      </w:r>
    </w:p>
    <w:p>
      <w:r>
        <w:br/>
        <w:t>— Не взнаєте?</w:t>
      </w:r>
    </w:p>
    <w:p>
      <w:r>
        <w:br/>
        <w:t>— А що мне... Господа здєсь! Не відіш?.. А сам зирк-зирк на пана того. Пускає дим у ніс пан, озирається, озирається й пані, ще дехто, дивляться всі так задоволене. Оскиряеться сторож, облизується. Похнюпивсь Павло. Встав, посунув у двері.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Свій брат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