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Свідомість</w:t>
      </w:r>
    </w:p>
    <w:p>
      <w:r>
        <w:br/>
        <w:t xml:space="preserve"> I</w:t>
      </w:r>
    </w:p>
    <w:p>
      <w:r>
        <w:br/>
        <w:t>Рань землю й небо розхиля;&lt;br /&gt;</w:t>
        <w:br/>
        <w:t>дня світле й радісне провістя&lt;br /&gt;</w:t>
        <w:br/>
        <w:t>дітей і кузьок звеселя,&lt;br /&gt;</w:t>
        <w:br/>
        <w:t>що висипали в передмістя.&lt;br /&gt;</w:t>
        <w:br/>
        <w:t>Даль осяйна така і чиста,&lt;br /&gt;</w:t>
        <w:br/>
        <w:t>мла ледве мріє віддаля...&lt;br /&gt;</w:t>
        <w:br/>
        <w:t>Вночі метеликами листя&lt;br /&gt;</w:t>
        <w:br/>
        <w:t>понасідало на гілля.</w:t>
      </w:r>
    </w:p>
    <w:p>
      <w:r>
        <w:br/>
        <w:t>II</w:t>
      </w:r>
    </w:p>
    <w:p>
      <w:r>
        <w:br/>
        <w:t>Було, що сни ішли підряд&lt;br /&gt;</w:t>
        <w:br/>
        <w:t>червоні, сині, жовті — барвні,&lt;br /&gt;</w:t>
        <w:br/>
        <w:t>і думалось: оце-то лад,&lt;br /&gt;</w:t>
        <w:br/>
        <w:t>де місце є й пилинці марній.&lt;br /&gt;</w:t>
        <w:br/>
        <w:t>Та зблякли ті видіння гарні,&lt;br /&gt;</w:t>
        <w:br/>
        <w:t>бо світ залізний — рад-не-рад...&lt;br /&gt;</w:t>
        <w:br/>
        <w:t>Вдень в серці місяць блима хмарний,&lt;br /&gt;</w:t>
        <w:br/>
        <w:t>вночі вирує сонцепад.</w:t>
      </w:r>
    </w:p>
    <w:p>
      <w:r>
        <w:br/>
        <w:t>III</w:t>
      </w:r>
    </w:p>
    <w:p>
      <w:r>
        <w:br/>
        <w:t>Я схуд, на хлібові сидівши,&lt;br /&gt;</w:t>
        <w:br/>
        <w:t>а серед шушвалі й пролаз&lt;br /&gt;</w:t>
        <w:br/>
        <w:t>шкода шукати щось певніше&lt;br /&gt;</w:t>
        <w:br/>
        <w:t>за карти випадковий тас.&lt;br /&gt;</w:t>
        <w:br/>
        <w:t>Жирок боків мені не пас,&lt;br /&gt;</w:t>
        <w:br/>
        <w:t>синок душі мені не тішив —&lt;br /&gt;</w:t>
        <w:br/>
        <w:t>в хаті й надворі воднораз&lt;br /&gt;</w:t>
        <w:br/>
        <w:t>найкращий кіт не вловить миші.</w:t>
      </w:r>
    </w:p>
    <w:p>
      <w:r>
        <w:br/>
        <w:t>IV</w:t>
      </w:r>
    </w:p>
    <w:p>
      <w:r>
        <w:br/>
        <w:t>Цей світ порубано на дрова,&lt;br /&gt;</w:t>
        <w:br/>
        <w:t>не стос, а купа, як на те,&lt;br /&gt;</w:t>
        <w:br/>
        <w:t>і кожне кожного до слова&lt;br /&gt;</w:t>
        <w:br/>
        <w:t>тут давить, тисне, мне і тре&lt;br /&gt;</w:t>
        <w:br/>
        <w:t>детерміновано й дійово.&lt;br /&gt;</w:t>
        <w:br/>
        <w:t>Чого нема — зросте казково,&lt;br /&gt;</w:t>
        <w:br/>
        <w:t>що буде — буйно розцвіте,&lt;br /&gt;</w:t>
        <w:br/>
        <w:t>що є — згниє обов'язково.</w:t>
      </w:r>
    </w:p>
    <w:p>
      <w:r>
        <w:br/>
        <w:t>V</w:t>
      </w:r>
    </w:p>
    <w:p>
      <w:r>
        <w:br/>
        <w:t>Я на товарній причаївсь,&lt;br /&gt;</w:t>
        <w:br/>
        <w:t>до пня туливсь, мов тиші кусень.&lt;br /&gt;</w:t>
        <w:br/>
        <w:t>Густий бур'ян навколо ріс,&lt;br /&gt;</w:t>
        <w:br/>
        <w:t>в рот лоскотав мене і в вуси.&lt;br /&gt;</w:t>
        <w:br/>
        <w:t>За сторожем я стежить мусив,&lt;br /&gt;</w:t>
        <w:br/>
        <w:t>що тінь його якось навкіс&lt;br /&gt;</w:t>
        <w:br/>
        <w:t>ламалася з платформи брусів&lt;br /&gt;</w:t>
        <w:br/>
        <w:t>на вугілля росистий блиск.</w:t>
      </w:r>
    </w:p>
    <w:p>
      <w:r>
        <w:br/>
        <w:t>VI</w:t>
      </w:r>
    </w:p>
    <w:p>
      <w:r>
        <w:br/>
        <w:t>В тобі самім твої страждання,&lt;br /&gt;</w:t>
        <w:br/>
        <w:t>поза тобою їх резон.&lt;br /&gt;</w:t>
        <w:br/>
        <w:t>Цей світ — твоя пекуча рана,&lt;br /&gt;</w:t>
        <w:br/>
        <w:t>що душу кидає в огонь.&lt;br /&gt;</w:t>
        <w:br/>
        <w:t>Поки бунтуєш — раб рабом;&lt;br /&gt;</w:t>
        <w:br/>
        <w:t>настане воля та жадана,&lt;br /&gt;</w:t>
        <w:br/>
        <w:t>як до будованих хорoм&lt;br /&gt;</w:t>
        <w:br/>
        <w:t>не пустиш дармовиса пана.</w:t>
      </w:r>
    </w:p>
    <w:p>
      <w:r>
        <w:br/>
        <w:t>VII</w:t>
      </w:r>
    </w:p>
    <w:p>
      <w:r>
        <w:br/>
        <w:t>З-під вечора я зір послав&lt;br /&gt;</w:t>
        <w:br/>
        <w:t>у неба мерехку зубчатку:&lt;br /&gt;</w:t>
        <w:br/>
        <w:t>верстат минулого там ткав&lt;br /&gt;</w:t>
        <w:br/>
        <w:t>ясний закон з ниток випадку.&lt;br /&gt;</w:t>
        <w:br/>
        <w:t>Та постеріг я неполадку&lt;br /&gt;</w:t>
        <w:br/>
        <w:t>крізь снів моїх імлистий плав:&lt;br /&gt;</w:t>
        <w:br/>
        <w:t>не все ішло в тканині гладко,&lt;br /&gt;</w:t>
        <w:br/>
        <w:t>там десь пробіл, а там провал.</w:t>
      </w:r>
    </w:p>
    <w:p>
      <w:r>
        <w:br/>
        <w:t>VIII</w:t>
      </w:r>
    </w:p>
    <w:p>
      <w:r>
        <w:br/>
        <w:t>Пробило північ. Мир і лад.&lt;br /&gt;</w:t>
        <w:br/>
        <w:t>Вертайся на юнацькі броди&lt;br /&gt;</w:t>
        <w:br/>
        <w:t>чи між цементних тих громад&lt;br /&gt;</w:t>
        <w:br/>
        <w:t>шукай хоч кришечку свободи.&lt;br /&gt;</w:t>
        <w:br/>
        <w:t>Та на мовчазнім небозводі&lt;br /&gt;</w:t>
        <w:br/>
        <w:t>сузір'я Воза і Плеяд&lt;br /&gt;</w:t>
        <w:br/>
        <w:t>блищать, байдужі та холодні,&lt;br /&gt;</w:t>
        <w:br/>
        <w:t>подібно до тюремних грат.</w:t>
      </w:r>
    </w:p>
    <w:p>
      <w:r>
        <w:br/>
        <w:t>IX</w:t>
      </w:r>
    </w:p>
    <w:p>
      <w:r>
        <w:br/>
        <w:t>Заліза плач і сміх дощу&lt;br /&gt;</w:t>
        <w:br/>
        <w:t>я чув не раз в свою бездомність.&lt;br /&gt;</w:t>
        <w:br/>
        <w:t>Минуле тріснуло, я чув,&lt;br /&gt;</w:t>
        <w:br/>
        <w:t>і мрії кануть в невідомість:&lt;br /&gt;</w:t>
        <w:br/>
        <w:t>любити можу я натомість,&lt;br /&gt;</w:t>
        <w:br/>
        <w:t>хоч під вагою аж пищу!&lt;br /&gt;</w:t>
        <w:br/>
        <w:t>Невже, о золота свідомість,&lt;br /&gt;</w:t>
        <w:br/>
        <w:t>тебе на зброю я пущу?</w:t>
      </w:r>
    </w:p>
    <w:p>
      <w:r>
        <w:br/>
        <w:t>X</w:t>
      </w:r>
    </w:p>
    <w:p>
      <w:r>
        <w:br/>
        <w:t>Дорослий тільки той, по суті,&lt;br /&gt;</w:t>
        <w:br/>
        <w:t>хто серцем круглий сирота,&lt;br /&gt;</w:t>
        <w:br/>
        <w:t>хто зна, що лиш додатком куцим&lt;br /&gt;</w:t>
        <w:br/>
        <w:t>до смерті додано життя,&lt;br /&gt;</w:t>
        <w:br/>
        <w:t>той, хто його, як час спита,&lt;br /&gt;</w:t>
        <w:br/>
        <w:t>ладен щохвилі повернути,&lt;br /&gt;</w:t>
        <w:br/>
        <w:t>той, хто за Бога чи попа&lt;br /&gt;</w:t>
        <w:br/>
        <w:t>собі й комусь не хоче бути.</w:t>
      </w:r>
    </w:p>
    <w:p>
      <w:r>
        <w:br/>
        <w:t>XI</w:t>
      </w:r>
    </w:p>
    <w:p>
      <w:r>
        <w:br/>
        <w:t>Я бачив щастя в півтора&lt;br /&gt;</w:t>
        <w:br/>
        <w:t>центнери — лагідне й біляве:&lt;br /&gt;</w:t>
        <w:br/>
        <w:t>по щільнім морогу двора&lt;br /&gt;</w:t>
        <w:br/>
        <w:t>воно всміхалось кучеряво,&lt;br /&gt;</w:t>
        <w:br/>
        <w:t>а потім плюх в калюжу прямо,&lt;br /&gt;</w:t>
        <w:br/>
        <w:t>моргнуло, хрокнуло: "Ура!"&lt;br /&gt;</w:t>
        <w:br/>
        <w:t>I досі бачу, як імлаво&lt;br /&gt;</w:t>
        <w:br/>
        <w:t>в його щетині сонце гра.</w:t>
      </w:r>
    </w:p>
    <w:p>
      <w:r>
        <w:br/>
        <w:t>XII</w:t>
      </w:r>
    </w:p>
    <w:p>
      <w:r>
        <w:br/>
        <w:t>Живу при колії. Лічу&lt;br /&gt;</w:t>
        <w:br/>
        <w:t>ті поїзди, що, невгомонні,&lt;br /&gt;</w:t>
        <w:br/>
        <w:t>туди-сюди біжать-течуть,&lt;br /&gt;</w:t>
        <w:br/>
        <w:t>вогнями світяться в віконні.&lt;br /&gt;</w:t>
        <w:br/>
        <w:t>Отак і дні в шаленім гоні&lt;br /&gt;</w:t>
        <w:br/>
        <w:t>пітьму пронизують нічну,&lt;br /&gt;</w:t>
        <w:br/>
        <w:t>а я у кожному вагоні&lt;br /&gt;</w:t>
        <w:br/>
        <w:t>стою, і слухаю, й мовчу.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Свідомість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