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Свято, яке завжди з тобою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Свято, яке завжди з тобою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