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Свята земля Індії</w:t>
      </w:r>
    </w:p>
    <w:p>
      <w:r>
        <w:br/>
        <w:t xml:space="preserve"> Глянь, о душе моя,— ось жадана земля,&lt;br /&gt;</w:t>
        <w:br/>
        <w:t>Ось земля споконвічна прочан.&lt;br /&gt;</w:t>
        <w:br/>
        <w:t>Глянь на Індію ти, на той берег святий,&lt;br /&gt;</w:t>
        <w:br/>
        <w:t>Де вселюдства шумить океан.</w:t>
      </w:r>
    </w:p>
    <w:p>
      <w:r>
        <w:br/>
        <w:t>Тут побожно спинись, руки звівши увись,&lt;br /&gt;</w:t>
        <w:br/>
        <w:t>І людині, як богу, вклонись,-&lt;br /&gt;</w:t>
        <w:br/>
        <w:t>Кращим словом пісень, вищим зльотом натхнень,&lt;br /&gt;</w:t>
        <w:br/>
        <w:t>Слав людину ти завше і скрізь.</w:t>
      </w:r>
    </w:p>
    <w:p>
      <w:r>
        <w:br/>
        <w:t>Ось безмежжя долин, де річок в'ється плин,&lt;br /&gt;</w:t>
        <w:br/>
        <w:t>Ось замислених гір караван.&lt;br /&gt;</w:t>
        <w:br/>
        <w:t>Глянь на Індію ти, на той берег святий,&lt;br /&gt;</w:t>
        <w:br/>
        <w:t>Де вселюдства шумить океан.</w:t>
      </w:r>
    </w:p>
    <w:p>
      <w:r>
        <w:br/>
        <w:t>Невідомо — звідкіль, валом юрб, наче хвиль,&lt;br /&gt;</w:t>
        <w:br/>
        <w:t>Лився в Індію людський потік,-&lt;br /&gt;</w:t>
        <w:br/>
        <w:t>Він ішов звіддалік і губився навік&lt;br /&gt;</w:t>
        <w:br/>
        <w:t>В океані, як паводок рік.</w:t>
      </w:r>
    </w:p>
    <w:p>
      <w:r>
        <w:br/>
        <w:t>Тут арійці були, неарійці ішли,&lt;br /&gt;</w:t>
        <w:br/>
        <w:t>Тут китаєць, і гуни, і патан,&lt;br /&gt;</w:t>
        <w:br/>
        <w:t>І племен скіфських рід, і могол, і дравид&lt;br /&gt;</w:t>
        <w:br/>
        <w:t>Позливались в один океан.</w:t>
      </w:r>
    </w:p>
    <w:p>
      <w:r>
        <w:br/>
        <w:t>А тепер Захід сам біля наших став брам,-&lt;br /&gt;</w:t>
        <w:br/>
        <w:t>Чи повірим його ми дарам?&lt;br /&gt;</w:t>
        <w:br/>
        <w:t>Дасть та й візьме назад, запровадить свій лад&lt;br /&gt;</w:t>
        <w:br/>
        <w:t>І насильство вживе, і обман,&lt;br /&gt;</w:t>
        <w:br/>
        <w:t>Щоб на Індію йти, на той берег святий,&lt;br /&gt;</w:t>
        <w:br/>
        <w:t>Де вселюдства шумить океан.</w:t>
      </w:r>
    </w:p>
    <w:p>
      <w:r>
        <w:br/>
        <w:t>Хто приходив сюди вічним шляхом орди&lt;br /&gt;</w:t>
        <w:br/>
        <w:t>З гуком битв і пісень бойових&lt;br /&gt;</w:t>
        <w:br/>
        <w:t>Крізь пустель дикий шир, крізь ущелини гір,-&lt;br /&gt;</w:t>
        <w:br/>
        <w:t>Голоси їх і вигуки їх.</w:t>
      </w:r>
    </w:p>
    <w:p>
      <w:r>
        <w:br/>
        <w:t>Всі вони — у мені, наче луни грізні,&lt;br /&gt;</w:t>
        <w:br/>
        <w:t>Оживають, живуть самохіть.&lt;br /&gt;</w:t>
        <w:br/>
        <w:t>Гомін їх голосів — дивовижний їх спів&lt;br /&gt;</w:t>
        <w:br/>
        <w:t>В шумі крові моєї звучить.</w:t>
      </w:r>
    </w:p>
    <w:p>
      <w:r>
        <w:br/>
        <w:t>Віна Рудри1! Ти грай, ти заграй, не змовкай!&lt;br /&gt;</w:t>
        <w:br/>
        <w:t>Ті, які зневажають наш край,&lt;br /&gt;</w:t>
        <w:br/>
        <w:t>Теж колись у свій час мирно прийдуть до нас,&lt;br /&gt;</w:t>
        <w:br/>
        <w:t>До великого кола краян,&lt;br /&gt;</w:t>
        <w:br/>
        <w:t>Тут, у Індії цій, на той берег святий,&lt;br /&gt;</w:t>
        <w:br/>
        <w:t>Де вселюдства шумить океан.</w:t>
      </w:r>
    </w:p>
    <w:p>
      <w:r>
        <w:br/>
        <w:t>Тут за давніх сторіч пролунав віщий клич.&lt;br /&gt;</w:t>
        <w:br/>
        <w:t>Заповітне провіщення — "ом"2.&lt;br /&gt;</w:t>
        <w:br/>
        <w:t>Як єство молитов, клич по людях пройшов,&lt;br /&gt;</w:t>
        <w:br/>
        <w:t>Задзвенів по країні кругом.</w:t>
      </w:r>
    </w:p>
    <w:p>
      <w:r>
        <w:br/>
        <w:t>Став збиратися тут різних вір різний люд&lt;br /&gt;</w:t>
        <w:br/>
        <w:t>І багаття одне розпалив,&lt;br /&gt;</w:t>
        <w:br/>
        <w:t>Зрікся розбрату й чвар і майбутньому в дар&lt;br /&gt;</w:t>
        <w:br/>
        <w:t>Серце спільне й велике створив.</w:t>
      </w:r>
    </w:p>
    <w:p>
      <w:r>
        <w:br/>
        <w:t>Храм братерства оцей і тепер для людей&lt;br /&gt;</w:t>
        <w:br/>
        <w:t>Не замкнув своїх світлих дверей,-&lt;br /&gt;</w:t>
        <w:br/>
        <w:t>Хай прочанин ввійде і тут ниць упаде&lt;br /&gt;</w:t>
        <w:br/>
        <w:t>Для достойних благань і пошан,&lt;br /&gt;</w:t>
        <w:br/>
        <w:t>Тут, у Індії цій, на той берег святий,&lt;br /&gt;</w:t>
        <w:br/>
        <w:t>Де вселюдства шумить океан.</w:t>
      </w:r>
    </w:p>
    <w:p>
      <w:r>
        <w:br/>
        <w:t>Глянь, як зводиться дим над багаттям стрімким,-&lt;br /&gt;</w:t>
        <w:br/>
        <w:t>Пломінь нашого горя встає.&lt;br /&gt;</w:t>
        <w:br/>
        <w:t>Від багаття не йди, бо весь пломінь біди&lt;br /&gt;</w:t>
        <w:br/>
        <w:t>Мусить винести серце твоє.</w:t>
      </w:r>
    </w:p>
    <w:p>
      <w:r>
        <w:br/>
        <w:t>Стерплять наші серця жар біди до кінця,&lt;br /&gt;</w:t>
        <w:br/>
        <w:t>Спільна клятва єднає юрбу:&lt;br /&gt;</w:t>
        <w:br/>
        <w:t>Ми байдужість і страх подолаєм в серцях,&lt;br /&gt;</w:t>
        <w:br/>
        <w:t>Ми потопчем образу й ганьбу!</w:t>
      </w:r>
    </w:p>
    <w:p>
      <w:r>
        <w:br/>
        <w:t>Зникне горе й одчай, для біди прийде край,&lt;br /&gt;</w:t>
        <w:br/>
        <w:t>І життя розпочнеться розмай.&lt;br /&gt;</w:t>
        <w:br/>
        <w:t>Тьму прогнавши нічну, мати встане зі сну,&lt;br /&gt;</w:t>
        <w:br/>
        <w:t>Ступить радо на рідний свій лан,&lt;br /&gt;</w:t>
        <w:br/>
        <w:t>Тут, у Індії цій, на той берег святий,&lt;br /&gt;</w:t>
        <w:br/>
        <w:t>Де вселюдства шумить океан.</w:t>
      </w:r>
    </w:p>
    <w:p>
      <w:r>
        <w:br/>
        <w:t>І на матері клич племена всіх наріч,&lt;br /&gt;</w:t>
        <w:br/>
        <w:t>Люди різних говірок і рас,&lt;br /&gt;</w:t>
        <w:br/>
        <w:t>І англійці в цей час з мусульманами враз&lt;br /&gt;</w:t>
        <w:br/>
        <w:t>Поприходять, вітаючи нас.</w:t>
      </w:r>
    </w:p>
    <w:p>
      <w:r>
        <w:br/>
        <w:t>Мусиш, брахмане3, ти вкупі з іншими йти,&lt;br /&gt;</w:t>
        <w:br/>
        <w:t>Руку брата затисши в своїй,&lt;br /&gt;</w:t>
        <w:br/>
        <w:t>І ти, парію, теж разом з ними прийдеш,&lt;br /&gt;</w:t>
        <w:br/>
        <w:t>Бо мине час принижень тяжкий.</w:t>
      </w:r>
    </w:p>
    <w:p>
      <w:r>
        <w:br/>
        <w:t>Мати кличе сюди,— не барися, іди,&lt;br /&gt;</w:t>
        <w:br/>
        <w:t>В монгол-гхоті4 всім стане води.&lt;br /&gt;</w:t>
        <w:br/>
        <w:t>Б'є святе джерело, щоб омити чоло&lt;br /&gt;</w:t>
        <w:br/>
        <w:t>Всіх прочан, що зійшлись в дружній стан&lt;br /&gt;</w:t>
        <w:br/>
        <w:t>Тут, у Індії цій, на той берег святий,&lt;br /&gt;</w:t>
        <w:br/>
        <w:t>Де вселюдства шумить океан.</w:t>
      </w:r>
    </w:p>
    <w:p>
      <w:r>
        <w:br/>
        <w:t>1910</w:t>
      </w:r>
    </w:p>
    <w:p>
      <w:r>
        <w:br/>
        <w:t>-------------------------&lt;br /&gt;</w:t>
        <w:br/>
        <w:t>1 Віна — музичний струнний інструмент.&lt;br /&gt;</w:t>
        <w:br/>
        <w:t>Рудра — один з образів бога Шіви.&lt;br /&gt;</w:t>
        <w:br/>
        <w:t>2 "Ом" — священне слово, проказуване&lt;br /&gt;</w:t>
        <w:br/>
        <w:t>на початку молитви.&lt;br /&gt;</w:t>
        <w:br/>
        <w:t>3 Брахман — найвища, а парій — найнижча каста в Індії.&lt;br /&gt;</w:t>
        <w:br/>
        <w:t>4 Монгол-гхот — дослівно "глечик щастя",&lt;br /&gt;</w:t>
        <w:br/>
        <w:t>посудина з водою на учті богів.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Свята земля Індії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