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Суворий вірш</w:t>
      </w:r>
    </w:p>
    <w:p>
      <w:r>
        <w:br/>
        <w:t xml:space="preserve"> Не втекти вже, дарма, від жорстоких цих днів,&lt;br /&gt;</w:t>
        <w:br/>
        <w:t>не втекти вже ні в мрію, ні в пісню.&lt;br /&gt;</w:t>
        <w:br/>
        <w:t>Мов фальшива струна, так дзвенить кожний спів&lt;br /&gt;</w:t>
        <w:br/>
        <w:t>під суворих світань весну пізню.</w:t>
      </w:r>
    </w:p>
    <w:p>
      <w:r>
        <w:br/>
        <w:t>Вже не вирватись більше з затислих обійм,&lt;br /&gt;</w:t>
        <w:br/>
        <w:t>треба глянути дням просто в вічі,&lt;br /&gt;</w:t>
        <w:br/>
        <w:t>хоч навпроти вдаряє скажений прибій,&lt;br /&gt;</w:t>
        <w:br/>
        <w:t>невблаганним нас визовом кличе.</w:t>
      </w:r>
    </w:p>
    <w:p>
      <w:r>
        <w:br/>
        <w:t>Не сховатись, дарма, в тиху тінь самоти,&lt;br /&gt;</w:t>
        <w:br/>
        <w:t>не закрити долонями зору.&lt;br /&gt;</w:t>
        <w:br/>
        <w:t>Гострий відблиск і відгомін хвиль долетить&lt;br /&gt;</w:t>
        <w:br/>
        <w:t>крізь імлу, хоч найбільш непрозору.</w:t>
      </w:r>
    </w:p>
    <w:p>
      <w:r>
        <w:br/>
        <w:t>Не сховатись, дарма, під наметом краси,&lt;br /&gt;</w:t>
        <w:br/>
        <w:t>в чаді п'яному строф кришталевих.&lt;br /&gt;</w:t>
        <w:br/>
        <w:t>Вітре днів, мої власні слова рознеси,&lt;br /&gt;</w:t>
        <w:br/>
        <w:t>на шляхах їх розвій стомилевих!</w:t>
      </w:r>
    </w:p>
    <w:p>
      <w:r>
        <w:br/>
        <w:t>О поете, дарма, вже тобі не втекти,&lt;br /&gt;</w:t>
        <w:br/>
        <w:t>треба визнати те, що найгірше:&lt;br /&gt;</w:t>
        <w:br/>
        <w:t>чи самого себе не оббріхуєш ти&lt;br /&gt;</w:t>
        <w:br/>
        <w:t>в цих п'янливих, розспіваних віршах?</w:t>
      </w:r>
    </w:p>
    <w:p>
      <w:r>
        <w:br/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Суворий вірш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