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Сувеніри</w:t>
      </w:r>
    </w:p>
    <w:p>
      <w:r>
        <w:br/>
        <w:t xml:space="preserve"> Ти що заробив на сухій різьбі?&lt;br /&gt;</w:t>
        <w:br/>
        <w:t>Те, що заробляв на своїм горбі.&lt;br /&gt;</w:t>
        <w:br/>
        <w:t>Замало тут інкрустацій.&lt;br /&gt;</w:t>
        <w:br/>
        <w:t>Якщо ти розумний – Союз велик –&lt;br /&gt;</w:t>
        <w:br/>
        <w:t>куди і не хочеш веде язик,&lt;br /&gt;</w:t>
        <w:br/>
        <w:t>де, окрім країв і націй,</w:t>
      </w:r>
    </w:p>
    <w:p>
      <w:r>
        <w:br/>
        <w:t>є дуже багато потрібних баз,&lt;br /&gt;</w:t>
        <w:br/>
        <w:t>там завше чекають тебе якраз –&lt;br /&gt;</w:t>
        <w:br/>
        <w:t>під маркою "сувеніри".&lt;br /&gt;</w:t>
        <w:br/>
        <w:t>І хто б там не морщив які лоби,&lt;br /&gt;</w:t>
        <w:br/>
        <w:t>у тебе – замовлення на торби&lt;br /&gt;</w:t>
        <w:br/>
        <w:t>хоч з дідька самого шкіри.</w:t>
      </w:r>
    </w:p>
    <w:p>
      <w:r>
        <w:br/>
        <w:t>Лиш був би малюнок – сюжетів тьма.&lt;br /&gt;</w:t>
        <w:br/>
        <w:t>Ковбой чи Леонтьєв – проблем нема.&lt;br /&gt;</w:t>
        <w:br/>
        <w:t>Як мовиться – мав би фацу.&lt;br /&gt;</w:t>
        <w:br/>
        <w:t>По той бік Карпат – благодать, як скрізь:&lt;br /&gt;</w:t>
        <w:br/>
        <w:t>з тайги закарпатці привозять ліс –&lt;br /&gt;</w:t>
        <w:br/>
        <w:t>будують хати-палаци.</w:t>
      </w:r>
    </w:p>
    <w:p>
      <w:r>
        <w:br/>
        <w:t>Та я про торби. Не повірить маг:&lt;br /&gt;</w:t>
        <w:br/>
        <w:t>будинки вміщаються в тих торбах,&lt;br /&gt;</w:t>
        <w:br/>
        <w:t>бува, й кількаповерхові.&lt;br /&gt;</w:t>
        <w:br/>
        <w:t>Ще й різні машини, і ще, і ще… –&lt;br /&gt;</w:t>
        <w:br/>
        <w:t>У декого і… бомбосховище…&lt;br /&gt;</w:t>
        <w:br/>
        <w:t>Лише б у добрі й любові.</w:t>
      </w:r>
    </w:p>
    <w:p>
      <w:r>
        <w:br/>
        <w:t>Батьки помирали у мозолях.&lt;br /&gt;</w:t>
        <w:br/>
        <w:t>Не знають вони у вузьких гробах,&lt;br /&gt;</w:t>
        <w:br/>
        <w:t>що їх наймудріші чада&lt;br /&gt;</w:t>
        <w:br/>
        <w:t>не на полонинах і не в лісах,&lt;br /&gt;</w:t>
        <w:br/>
        <w:t>не в світі, а тут, біля них, в торбах&lt;br /&gt;</w:t>
        <w:br/>
        <w:t>знайшли собі "все, що нада".</w:t>
      </w:r>
    </w:p>
    <w:p>
      <w:r>
        <w:br/>
        <w:t>Бо мудрий не той, хто торби ті шив,&lt;br /&gt;</w:t>
        <w:br/>
        <w:t>а той, хто купив і продать зумів&lt;br /&gt;</w:t>
        <w:br/>
        <w:t>дорожче, стократ дорожче.&lt;br /&gt;</w:t>
        <w:br/>
        <w:t>Ото вже і голови. І не гріх&lt;br /&gt;</w:t>
        <w:br/>
        <w:t>колись поіменно назвати їх,&lt;br /&gt;</w:t>
        <w:br/>
        <w:t>бо доки вже: гроші, гроші…</w:t>
      </w:r>
    </w:p>
    <w:p>
      <w:r>
        <w:br/>
        <w:t>Та я про торби. На семи горбах&lt;br /&gt;</w:t>
        <w:br/>
        <w:t>стояв Древній Рим. На страшних торбах&lt;br /&gt;</w:t>
        <w:br/>
        <w:t>настоялась Гуцулія.&lt;br /&gt;</w:t>
        <w:br/>
        <w:t>Ми вірили: все на землі мина.&lt;br /&gt;</w:t>
        <w:br/>
        <w:t>А нині куди вже нам сатана&lt;br /&gt;</w:t>
        <w:br/>
        <w:t>модерні торби пришиє?</w:t>
      </w:r>
    </w:p>
    <w:p>
      <w:r>
        <w:br/>
        <w:t>Було, наші предки з торбами йшли,&lt;br /&gt;</w:t>
        <w:br/>
        <w:t>ми знаємо, що в тих торбах несли,&lt;br /&gt;</w:t>
        <w:br/>
        <w:t>тому ми й прийшли до тями.&lt;br /&gt;</w:t>
        <w:br/>
        <w:t>Є все в нас. В достатках сини ростуть.&lt;br /&gt;</w:t>
        <w:br/>
        <w:t>Але на Страшний (не забули?) Суд&lt;br /&gt;</w:t>
        <w:br/>
        <w:t>з чим прийдемо ми?</w:t>
      </w:r>
    </w:p>
    <w:p>
      <w:r>
        <w:br/>
        <w:t>З торбами.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Сувеніри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