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Сучасникам</w:t>
      </w:r>
    </w:p>
    <w:p>
      <w:r>
        <w:br/>
        <w:t xml:space="preserve"> "Не треба слів! Хай буде тільки діло!&lt;br /&gt;</w:t>
        <w:br/>
        <w:t>Його роби — спокійний і суворий,&lt;br /&gt;</w:t>
        <w:br/>
        <w:t>Не плутай душу у горіння тіла,&lt;br /&gt;</w:t>
        <w:br/>
        <w:t>Сховай свій біль. Зломи раптовий порив".</w:t>
      </w:r>
    </w:p>
    <w:p>
      <w:r>
        <w:br/>
        <w:t>Але для мене — у святім союзі:&lt;br /&gt;</w:t>
        <w:br/>
        <w:t>Душа і тіло, щастя з гострим болем.&lt;br /&gt;</w:t>
        <w:br/>
        <w:t>Мій біль бринить, зате коли сміюся,&lt;br /&gt;</w:t>
        <w:br/>
        <w:t>То сміх мій рветься джерелом на волю!</w:t>
      </w:r>
    </w:p>
    <w:p>
      <w:r>
        <w:br/>
        <w:t>Не лічу слів. Даю без міри ніжність.&lt;br /&gt;</w:t>
        <w:br/>
        <w:t>А може в цьому й є моя сміливість:&lt;br /&gt;</w:t>
        <w:br/>
        <w:t>Палити серце в хуртовині сніжній,&lt;br /&gt;</w:t>
        <w:br/>
        <w:t>Купати душу у холодній зливі.</w:t>
      </w:r>
    </w:p>
    <w:p>
      <w:r>
        <w:br/>
        <w:t>Вітрами й сонцем Бог мій шлях намітив,&lt;br /&gt;</w:t>
        <w:br/>
        <w:t>Та там, де треба, — я тверда й сувора.&lt;br /&gt;</w:t>
        <w:br/>
        <w:t>О, краю мій, моїх ясних привітів&lt;br /&gt;</w:t>
        <w:br/>
        <w:t>Не діставав від мене жодний ворог.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Сучасникам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