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Сцена з Фауста</w:t>
      </w:r>
    </w:p>
    <w:p>
      <w:r>
        <w:br/>
        <w:t xml:space="preserve"> Перекладач: Л. С. Первомайський</w:t>
      </w:r>
    </w:p>
    <w:p>
      <w:r>
        <w:br/>
        <w:t>Берег моря. Фауст і Мефістофель.</w:t>
      </w:r>
    </w:p>
    <w:p>
      <w:r>
        <w:br/>
        <w:t>Фауст</w:t>
      </w:r>
    </w:p>
    <w:p>
      <w:r>
        <w:br/>
        <w:t>Я знудивсь, бісе.</w:t>
      </w:r>
    </w:p>
    <w:p>
      <w:r>
        <w:br/>
        <w:t>Мефістофель</w:t>
      </w:r>
    </w:p>
    <w:p>
      <w:r>
        <w:br/>
        <w:t>Що ж бо, Фауст?&lt;br /&gt;</w:t>
        <w:br/>
        <w:t>Ніхто ще не переступав&lt;br /&gt;</w:t>
        <w:br/>
        <w:t>Межі, що вас усіх межує.&lt;br /&gt;</w:t>
        <w:br/>
        <w:t>Геть вся розумна твар нудьгує:&lt;br /&gt;</w:t>
        <w:br/>
        <w:t>Той з лінощів, а той від справ;&lt;br /&gt;</w:t>
        <w:br/>
        <w:t>Хто вірить, хто затратив віру;&lt;br /&gt;</w:t>
        <w:br/>
        <w:t>Той насолод не досить мав,&lt;br /&gt;</w:t>
        <w:br/>
        <w:t>Зажив їх інший понад міру,&lt;br /&gt;</w:t>
        <w:br/>
        <w:t>І кожний позіхає й зна,&lt;br /&gt;</w:t>
        <w:br/>
        <w:t>Що зазіха на всіх труна.&lt;br /&gt;</w:t>
        <w:br/>
        <w:t>Й ти позіхай.</w:t>
      </w:r>
    </w:p>
    <w:p>
      <w:r>
        <w:br/>
        <w:t>Фауст</w:t>
      </w:r>
    </w:p>
    <w:p>
      <w:r>
        <w:br/>
        <w:t>Нікчемні жарти!&lt;br /&gt;</w:t>
        <w:br/>
        <w:t>Мені розвагу, як колись,&lt;br /&gt;</w:t>
        <w:br/>
        <w:t>Знайшов би ліпше.</w:t>
      </w:r>
    </w:p>
    <w:p>
      <w:r>
        <w:br/>
        <w:t>Мефістофель</w:t>
      </w:r>
    </w:p>
    <w:p>
      <w:r>
        <w:br/>
        <w:t>Покладись&lt;br /&gt;</w:t>
        <w:br/>
        <w:t>На розум, він довіри вартий,&lt;br /&gt;</w:t>
        <w:br/>
        <w:t>В своїм альбомі запиши:&lt;br /&gt;</w:t>
        <w:br/>
        <w:t>Fastidium est quies: скука —&lt;br /&gt;</w:t>
        <w:br/>
        <w:t>Перепочинок для душі.&lt;br /&gt;</w:t>
        <w:br/>
        <w:t>Психолог я... О, це наука!&lt;br /&gt;</w:t>
        <w:br/>
        <w:t>Чи ти коли не нудьгував?&lt;br /&gt;</w:t>
        <w:br/>
        <w:t>Подумай, зваж... Чи тої хвилі,&lt;br /&gt;</w:t>
        <w:br/>
        <w:t>Як над Вергілієм дрімав,&lt;br /&gt;</w:t>
        <w:br/>
        <w:t>А розум твій різки будили?&lt;br /&gt;</w:t>
        <w:br/>
        <w:t>Чи як трояндами вінчав&lt;br /&gt;</w:t>
        <w:br/>
        <w:t>Дівчат прихильних в час дозвілля&lt;br /&gt;</w:t>
        <w:br/>
        <w:t>І в буйстві шумнім дарував&lt;br /&gt;</w:t>
        <w:br/>
        <w:t>Їм пал вечірнього похмілля?&lt;br /&gt;</w:t>
        <w:br/>
        <w:t>Чи в дні, як дух заглибивсь твій&lt;br /&gt;</w:t>
        <w:br/>
        <w:t>У вир великодушних мрій,&lt;br /&gt;</w:t>
        <w:br/>
        <w:t>В наук незвідані глибо&amp;#769;ти?&lt;br /&gt;</w:t>
        <w:br/>
        <w:t>Але чи не тоді, з нудоти,&lt;br /&gt;</w:t>
        <w:br/>
        <w:t>Як арлекіну, ти мені&lt;br /&gt;</w:t>
        <w:br/>
        <w:t>Звелів явитись у вогні?&lt;br /&gt;</w:t>
        <w:br/>
        <w:t>Я бісом влесливим звивався,&lt;br /&gt;</w:t>
        <w:br/>
        <w:t>Тебе розважить намагався,&lt;br /&gt;</w:t>
        <w:br/>
        <w:t>По духах, по відьма&amp;#769;х возив.&lt;br /&gt;</w:t>
        <w:br/>
        <w:t>І що ж? Нічим не звеселив.&lt;br /&gt;</w:t>
        <w:br/>
        <w:t>Бажав ти слави — і діждався,&lt;br /&gt;</w:t>
        <w:br/>
        <w:t>Хотів кохатись — закохався.&lt;br /&gt;</w:t>
        <w:br/>
        <w:t>Узяв з життя, що можна лиш,&lt;br /&gt;</w:t>
        <w:br/>
        <w:t>Чи ж був щасливий ти?</w:t>
      </w:r>
    </w:p>
    <w:p>
      <w:r>
        <w:br/>
        <w:t>Фауст</w:t>
      </w:r>
    </w:p>
    <w:p>
      <w:r>
        <w:br/>
        <w:t>Облиш,&lt;br /&gt;</w:t>
        <w:br/>
        <w:t>Не порпайсь в рані потаємній.&lt;br /&gt;</w:t>
        <w:br/>
        <w:t>В глибинах знань нема життя,&lt;br /&gt;</w:t>
        <w:br/>
        <w:t>Прокляв я їх без каяття,&lt;br /&gt;</w:t>
        <w:br/>
        <w:t>А слава... Промінь її темний&lt;br /&gt;</w:t>
        <w:br/>
        <w:t>Завжди невловний... Людська честь&lt;br /&gt;</w:t>
        <w:br/>
        <w:t>Безглузда, мов той сон... Та єсть&lt;br /&gt;</w:t>
        <w:br/>
        <w:t>Одверте благо: це єднання&lt;br /&gt;</w:t>
        <w:br/>
        <w:t>Двох душ...</w:t>
      </w:r>
    </w:p>
    <w:p>
      <w:r>
        <w:br/>
        <w:t>Мефістофель</w:t>
      </w:r>
    </w:p>
    <w:p>
      <w:r>
        <w:br/>
        <w:t>Мить першого спіткання,&lt;br /&gt;</w:t>
        <w:br/>
        <w:t>А ще б пак! Так би ти й сказав!&lt;br /&gt;</w:t>
        <w:br/>
        <w:t>Чи ти не Гретхен пригадав&lt;br /&gt;</w:t>
        <w:br/>
        <w:t>Знічев'я?</w:t>
      </w:r>
    </w:p>
    <w:p>
      <w:r>
        <w:br/>
        <w:t>Фауст</w:t>
      </w:r>
    </w:p>
    <w:p>
      <w:r>
        <w:br/>
        <w:t>О, чарівний спомин!&lt;br /&gt;</w:t>
        <w:br/>
        <w:t>О, чисті почуття мої!&lt;br /&gt;</w:t>
        <w:br/>
        <w:t>Там, там, де тінь, де лісу гомін,&lt;br /&gt;</w:t>
        <w:br/>
        <w:t>Де дзвін солодкий течії,&lt;br /&gt;</w:t>
        <w:br/>
        <w:t>Там, до грудей її розкішних&lt;br /&gt;</w:t>
        <w:br/>
        <w:t>Схиливши втомлене чоло,&lt;br /&gt;</w:t>
        <w:br/>
        <w:t>Я щастя мав...</w:t>
      </w:r>
    </w:p>
    <w:p>
      <w:r>
        <w:br/>
        <w:t>Мефістофель</w:t>
      </w:r>
    </w:p>
    <w:p>
      <w:r>
        <w:br/>
        <w:t>Творець всевишній!&lt;br /&gt;</w:t>
        <w:br/>
        <w:t>Невже це, Фауст, все було?&lt;br /&gt;</w:t>
        <w:br/>
        <w:t>Ти мариш спомином, в'являнням&lt;br /&gt;</w:t>
        <w:br/>
        <w:t>Себе ти дуриш, далебі!&lt;br /&gt;</w:t>
        <w:br/>
        <w:t>Хіба не я своїм старанням&lt;br /&gt;</w:t>
        <w:br/>
        <w:t>Оту красу здобув тобі?&lt;br /&gt;</w:t>
        <w:br/>
        <w:t>Не я північною порою&lt;br /&gt;</w:t>
        <w:br/>
        <w:t>З тобою звів її? Тоді&lt;br /&gt;</w:t>
        <w:br/>
        <w:t>Плодами по своїм труді&lt;br /&gt;</w:t>
        <w:br/>
        <w:t>Я розважався самотою,&lt;br /&gt;</w:t>
        <w:br/>
        <w:t>А ви — все пам'ятаю я.&lt;br /&gt;</w:t>
        <w:br/>
        <w:t>Коли вона, краса твоя,&lt;br /&gt;</w:t>
        <w:br/>
        <w:t>Від насолоди зомлівала,&lt;br /&gt;</w:t>
        <w:br/>
        <w:t>Твоя душа знов без надій&lt;br /&gt;</w:t>
        <w:br/>
        <w:t>В холодний роздум поринала&lt;br /&gt;</w:t>
        <w:br/>
        <w:t>(А нам доводить тверджень рій,&lt;br /&gt;</w:t>
        <w:br/>
        <w:t>Що роздум — це нудьги насіння).&lt;br /&gt;</w:t>
        <w:br/>
        <w:t>І хочеш знать, філософ мій,&lt;br /&gt;</w:t>
        <w:br/>
        <w:t>Що думав ти в ту мить сп'яніння,&lt;br /&gt;</w:t>
        <w:br/>
        <w:t>Коли не думає ніхто?&lt;br /&gt;</w:t>
        <w:br/>
        <w:t>Сказати?</w:t>
      </w:r>
    </w:p>
    <w:p>
      <w:r>
        <w:br/>
        <w:t>Фауст</w:t>
      </w:r>
    </w:p>
    <w:p>
      <w:r>
        <w:br/>
        <w:t>Говори, ну, що?</w:t>
      </w:r>
    </w:p>
    <w:p>
      <w:r>
        <w:br/>
        <w:t>Мефістофель</w:t>
      </w:r>
    </w:p>
    <w:p>
      <w:r>
        <w:br/>
        <w:t>Ти думав: агнець мій покірний!&lt;br /&gt;</w:t>
        <w:br/>
        <w:t>Як палко я тебе бажав!&lt;br /&gt;</w:t>
        <w:br/>
        <w:t>Як в хитрості своїй безмірній&lt;br /&gt;</w:t>
        <w:br/>
        <w:t>Я серце діви розпікав!&lt;br /&gt;</w:t>
        <w:br/>
        <w:t>Любові знадній, безкорисній&lt;br /&gt;</w:t>
        <w:br/>
        <w:t>Вона безвинно віддалась...&lt;br /&gt;</w:t>
        <w:br/>
        <w:t>Чому ж душа моя зайшлась&lt;br /&gt;</w:t>
        <w:br/>
        <w:t>В нудоті й тузі ненависній?&lt;br /&gt;</w:t>
        <w:br/>
        <w:t>На жертву примхи власних мрій&lt;br /&gt;</w:t>
        <w:br/>
        <w:t>Дивлюсь, вщасливлений тобою,&lt;br /&gt;</w:t>
        <w:br/>
        <w:t>З непереборною гидо&amp;#769;ю:&lt;br /&gt;</w:t>
        <w:br/>
        <w:t>Так нерозумний лиходій,&lt;br /&gt;</w:t>
        <w:br/>
        <w:t>На здирство зважившись невміло,&lt;br /&gt;</w:t>
        <w:br/>
        <w:t>Убивши ланця завчасу,&lt;br /&gt;</w:t>
        <w:br/>
        <w:t>Обідране ганьбує тіло;&lt;br /&gt;</w:t>
        <w:br/>
        <w:t>Так на куповану красу,&lt;br /&gt;</w:t>
        <w:br/>
        <w:t>З якою втіхи заживає,&lt;br /&gt;</w:t>
        <w:br/>
        <w:t>Розпуста скоса поглядає...&lt;br /&gt;</w:t>
        <w:br/>
        <w:t>А там вже з цих сумних речей&lt;br /&gt;</w:t>
        <w:br/>
        <w:t>Зробило висновок сумління...</w:t>
      </w:r>
    </w:p>
    <w:p>
      <w:r>
        <w:br/>
        <w:t>Фауст</w:t>
      </w:r>
    </w:p>
    <w:p>
      <w:r>
        <w:br/>
        <w:t>О, згинь, пекельне сотворіння,&lt;br /&gt;</w:t>
        <w:br/>
        <w:t>Чи зникни геть з моїх очей!</w:t>
      </w:r>
    </w:p>
    <w:p>
      <w:r>
        <w:br/>
        <w:t>Мефістофель</w:t>
      </w:r>
    </w:p>
    <w:p>
      <w:r>
        <w:br/>
        <w:t>Гаразд. Який наказ я маю?&lt;br /&gt;</w:t>
        <w:br/>
        <w:t>Без діла, вірна тінь твоя,&lt;br /&gt;</w:t>
        <w:br/>
        <w:t>Тебе не смію кидать я —&lt;br /&gt;</w:t>
        <w:br/>
        <w:t>Я марно час не витрачаю.</w:t>
      </w:r>
    </w:p>
    <w:p>
      <w:r>
        <w:br/>
        <w:t>Фауст</w:t>
      </w:r>
    </w:p>
    <w:p>
      <w:r>
        <w:br/>
        <w:t>Що там біліє? Говори.</w:t>
      </w:r>
    </w:p>
    <w:p>
      <w:r>
        <w:br/>
        <w:t>Мефістофель</w:t>
      </w:r>
    </w:p>
    <w:p>
      <w:r>
        <w:br/>
        <w:t>Фрегат іспанський трищогловий,&lt;br /&gt;</w:t>
        <w:br/>
        <w:t>В Голландію прибуть готовий.&lt;br /&gt;</w:t>
        <w:br/>
        <w:t>На нім мерзенців сотні три,&lt;br /&gt;</w:t>
        <w:br/>
        <w:t>У бочках злото, мавпенята,&lt;br /&gt;</w:t>
        <w:br/>
        <w:t>Вантаж коштовний шоколата&lt;br /&gt;</w:t>
        <w:br/>
        <w:t>Та модна хворість: в ці краї&lt;br /&gt;</w:t>
        <w:br/>
        <w:t>Недавно завезли її.</w:t>
      </w:r>
    </w:p>
    <w:p>
      <w:r>
        <w:br/>
        <w:t>Фауст</w:t>
      </w:r>
    </w:p>
    <w:p>
      <w:r>
        <w:br/>
        <w:t>Все потопить.</w:t>
      </w:r>
    </w:p>
    <w:p>
      <w:r>
        <w:br/>
        <w:t>Мефістофель</w:t>
      </w:r>
    </w:p>
    <w:p>
      <w:r>
        <w:br/>
        <w:t>Я враз.</w:t>
      </w:r>
    </w:p>
    <w:p>
      <w:r>
        <w:br/>
        <w:t>(Зникає)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Сцена з Фауста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