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Струмок</w:t>
      </w:r>
    </w:p>
    <w:p>
      <w:r>
        <w:br/>
        <w:t xml:space="preserve"> &lt;p&gt;Жвавий струмок дзюркотів по каміннях, шився попід осокою, гучно гримів у яснім водоспаді. Жалівсь прибережним билинкам, що доля лиха присудила йому плазувати без шляху по бридких плитких калюжках та всихати на сонці.</w:t>
      </w:r>
    </w:p>
    <w:p>
      <w:r>
        <w:br/>
        <w:t>Заздро було поглядати згори на тихий спокійний ставок, що мов дзеркало срібносинясте, розкинувсь у пишній зеленій долині.</w:t>
      </w:r>
    </w:p>
    <w:p>
      <w:r>
        <w:br/>
        <w:t>Заздрив струмочок глибокому річищу, повній, як око, воді, оксамитно зеленим його берегам, піскуватому чистому дну.</w:t>
      </w:r>
    </w:p>
    <w:p>
      <w:r>
        <w:br/>
        <w:t>І, заздрячи, люто струмок воркотів і пролизував глинясті кручі, стрибав по камінні, зносив траву прибережну та скарживсь, що всі заступають дорогу.</w:t>
      </w:r>
    </w:p>
    <w:p>
      <w:r>
        <w:br/>
        <w:t>Доля гірка нещаслива! Коли-то вже я доберуся до пишних долин? Коли-то вже позбавлюся клопоту-праці з камінням отим осоружним, з намулом та сміттям, що воду мою лиш псує?</w:t>
      </w:r>
    </w:p>
    <w:p>
      <w:r>
        <w:br/>
        <w:t>Коли запанію, криштально ясний, та блакить усю одіб’ю, не ламаючи жодної хмарки? Тоді вже я буду щасливий, бо буду спокійний, бо буду багатий – могутній!</w:t>
      </w:r>
    </w:p>
    <w:p>
      <w:r>
        <w:br/>
        <w:t>Набрався струмок спересердя відваги, ще раз обкрутнувся круг скелі і разом попався у млин.</w:t>
      </w:r>
    </w:p>
    <w:p>
      <w:r>
        <w:br/>
        <w:t>Загув, зашумів на тісних лотоках, зіп’явсь, заклубоцивсь, мов білая грива, метнувся на колесі вгору і, там перегнувшись, посипав бризками в опуст.</w:t>
      </w:r>
    </w:p>
    <w:p>
      <w:r>
        <w:br/>
        <w:t>Кипів-лютував під опустом, рив спересердя глибокую прірву, струсював цілим млином, а далі втоми й побіг помаленьку між густих кущів верболозу.</w:t>
      </w:r>
    </w:p>
    <w:p>
      <w:r>
        <w:br/>
        <w:t>Долина уже недалечко. Вже видко, як сонцю назустріч із неї встає, звивається в білі сувої смуток-туман і розносить важке отрутнеє дихання долини.</w:t>
      </w:r>
    </w:p>
    <w:p>
      <w:r>
        <w:br/>
        <w:t>Пітніє од віддиху того каміння, плачуть од смутку надрічнії верби, посивіла густо нуга, осока і жовкне на дереві листя.</w:t>
      </w:r>
    </w:p>
    <w:p>
      <w:r>
        <w:br/>
        <w:t>Струмок не вважа на зловрогі прикмети, спішить-поспішає до любого ставу і дзвінко співає свої дзюркотливі привіти.</w:t>
      </w:r>
    </w:p>
    <w:p>
      <w:r>
        <w:br/>
        <w:t>Добіг! Укотився в бажаний ставок, збудив його сонну поверхню, розбігся кругами по ній, пошився на дно, сколотив бакаї, розігнав куширі, оббіг круг всіх берегів, змовк, занімів незабаром.</w:t>
      </w:r>
    </w:p>
    <w:p>
      <w:r>
        <w:br/>
        <w:t>Струмок заспокоївсь: не чути сердитих скарг та прокльонів, не чути і жадної розмови з квітками, уже не гискріє, як перше, лукою весельчаста хвиля, не гра рясним самоцвітом, як там десь було в водоспаді, не відає праці тяжкої, жадних перепон та пекучої згаги. Щасливий! Чи й справді щасливий? Чого ж се щасливий той вид заснітило весь цвіллю? Чого він поріс куширами? Чого-бо повітря так дихає смертю?..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Струмок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