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Строфи, написані в бурю</w:t>
      </w:r>
    </w:p>
    <w:p>
      <w:r>
        <w:br/>
        <w:t xml:space="preserve"> Над Піндом пітьма, хвищі шал,&lt;br /&gt;</w:t>
        <w:br/>
        <w:t>Стримлять шпилі похмурі.&lt;br /&gt;</w:t>
        <w:br/>
        <w:t>І гнівно хмари мчать учвал,&lt;br /&gt;</w:t>
        <w:br/>
        <w:t>І дишуть мстою бурі.</w:t>
      </w:r>
    </w:p>
    <w:p>
      <w:r>
        <w:br/>
        <w:t>Ще й провідник із ляку зник,&lt;br /&gt;</w:t>
        <w:br/>
        <w:t>Лиш блискавиці спалах&lt;br /&gt;</w:t>
        <w:br/>
        <w:t>То з пітьми вихопить потік,&lt;br /&gt;</w:t>
        <w:br/>
        <w:t>То урвище у скалах.</w:t>
      </w:r>
    </w:p>
    <w:p>
      <w:r>
        <w:br/>
        <w:t>О! Хижка вигулькнула з мли,—&lt;br /&gt;</w:t>
        <w:br/>
        <w:t>Вона б нас прихистила,&lt;br /&gt;</w:t>
        <w:br/>
        <w:t>Та марна втіха, підійшли:&lt;br /&gt;</w:t>
        <w:br/>
        <w:t>Турецька тут могила.</w:t>
      </w:r>
    </w:p>
    <w:p>
      <w:r>
        <w:br/>
        <w:t>Крізь водоспадів хижий рев&lt;br /&gt;</w:t>
        <w:br/>
        <w:t>Почувся крик одчаю.&lt;br /&gt;</w:t>
        <w:br/>
        <w:t>То десь земляк між скель, дерев&lt;br /&gt;</w:t>
        <w:br/>
        <w:t>До Англії волає.</w:t>
      </w:r>
    </w:p>
    <w:p>
      <w:r>
        <w:br/>
        <w:t>Враз постріл... Ворог то чи друг?&lt;br /&gt;</w:t>
        <w:br/>
        <w:t>І — знов. То б'ють тривогу,—&lt;br /&gt;</w:t>
        <w:br/>
        <w:t>Шлють горцям заклики навкруг —&lt;br /&gt;</w:t>
        <w:br/>
        <w:t>Іти на допомогу.</w:t>
      </w:r>
    </w:p>
    <w:p>
      <w:r>
        <w:br/>
        <w:t>Та хто прийде? У ніч таку&lt;br /&gt;</w:t>
        <w:br/>
        <w:t>І пса б надвір не гнали.&lt;br /&gt;</w:t>
        <w:br/>
        <w:t>В грозу й нечутні гірняку&lt;br /&gt;</w:t>
        <w:br/>
        <w:t>Розпачливі сигнали.</w:t>
      </w:r>
    </w:p>
    <w:p>
      <w:r>
        <w:br/>
        <w:t>Ба, навіть, чуючи, ніхто&lt;br /&gt;</w:t>
        <w:br/>
        <w:t>І глянуть не посміє,&lt;br /&gt;</w:t>
        <w:br/>
        <w:t>Скоріш подумавши, що то&lt;br /&gt;</w:t>
        <w:br/>
        <w:t>Стріляють десь злодії.</w:t>
      </w:r>
    </w:p>
    <w:p>
      <w:r>
        <w:br/>
        <w:t>Гримлять громи, і дощ шумить,&lt;br /&gt;</w:t>
        <w:br/>
        <w:t>Мигтять вогненні стріли.&lt;br /&gt;</w:t>
        <w:br/>
        <w:t>Та невідступніші в цю мить&lt;br /&gt;</w:t>
        <w:br/>
        <w:t>Мене думки обсіли.</w:t>
      </w:r>
    </w:p>
    <w:p>
      <w:r>
        <w:br/>
        <w:t>Йдучи крізь нетрі, де на нас&lt;br /&gt;</w:t>
        <w:br/>
        <w:t>Щокрок чигає згуба,&lt;br /&gt;</w:t>
        <w:br/>
        <w:t>Я тільки й думаю весь час,&lt;br /&gt;</w:t>
        <w:br/>
        <w:t>Де ти, о Флоренс люба.</w:t>
      </w:r>
    </w:p>
    <w:p>
      <w:r>
        <w:br/>
        <w:t>Коли б не в морі! Суходіл&lt;br /&gt;</w:t>
        <w:br/>
        <w:t>Певніший од безодні.&lt;br /&gt;</w:t>
        <w:br/>
        <w:t>Хай лиш мене цей грім знавкіл&lt;br /&gt;</w:t>
        <w:br/>
        <w:t>Разить вогнем сьогодні.</w:t>
      </w:r>
    </w:p>
    <w:p>
      <w:r>
        <w:br/>
        <w:t>Прощались ми. З-за темних скель&lt;br /&gt;</w:t>
        <w:br/>
        <w:t>Тягнув смалкий сірокко.&lt;br /&gt;</w:t>
        <w:br/>
        <w:t>І відійшов твій корабель,&lt;br /&gt;</w:t>
        <w:br/>
        <w:t>Покинувши затоку.</w:t>
      </w:r>
    </w:p>
    <w:p>
      <w:r>
        <w:br/>
        <w:t>Мабуть, іспанських берегів&lt;br /&gt;</w:t>
        <w:br/>
        <w:t>Щасливо досягли ви.&lt;br /&gt;</w:t>
        <w:br/>
        <w:t>Згубить ні грім тебе б не смів,&lt;br /&gt;</w:t>
        <w:br/>
        <w:t>Ні шторми, ані зливи.</w:t>
      </w:r>
    </w:p>
    <w:p>
      <w:r>
        <w:br/>
        <w:t>Про тебе й тут, в цій западні,&lt;br /&gt;</w:t>
        <w:br/>
        <w:t>Я думаю під зливу,&lt;br /&gt;</w:t>
        <w:br/>
        <w:t>Як і тоді, в щасливі дні&lt;br /&gt;</w:t>
        <w:br/>
        <w:t>Веселощів і співу.</w:t>
      </w:r>
    </w:p>
    <w:p>
      <w:r>
        <w:br/>
        <w:t>Як Кадіс пут іще не зна,&lt;br /&gt;</w:t>
        <w:br/>
        <w:t>Згадай і ти про мене.&lt;br /&gt;</w:t>
        <w:br/>
        <w:t>У залі світлій із вікна&lt;br /&gt;</w:t>
        <w:br/>
        <w:t>На море глянь шалене.</w:t>
      </w:r>
    </w:p>
    <w:p>
      <w:r>
        <w:br/>
        <w:t>Каліпсо острів між валів&lt;br /&gt;</w:t>
        <w:br/>
        <w:t>В'яви перед собою.&lt;br /&gt;</w:t>
        <w:br/>
        <w:t>...Всміхнися іншим сто разів,&lt;br /&gt;</w:t>
        <w:br/>
        <w:t>А раз зітхни за мною.</w:t>
      </w:r>
    </w:p>
    <w:p>
      <w:r>
        <w:br/>
        <w:t>Коли ж сльозу в очах твоїх&lt;br /&gt;</w:t>
        <w:br/>
        <w:t>Закоханці помітять,&lt;br /&gt;</w:t>
        <w:br/>
        <w:t>Вгамуй печаль свою. Хай сміх&lt;br /&gt;</w:t>
        <w:br/>
        <w:t>Твоє лице освітить.</w:t>
      </w:r>
    </w:p>
    <w:p>
      <w:r>
        <w:br/>
        <w:t>Уникнеш жартів їх, образ,&lt;br /&gt;</w:t>
        <w:br/>
        <w:t>Слізьми не показавши,&lt;br /&gt;</w:t>
        <w:br/>
        <w:t>Що ти того згадала раз,&lt;br /&gt;</w:t>
        <w:br/>
        <w:t>Хто снить тобою завше.</w:t>
      </w:r>
    </w:p>
    <w:p>
      <w:r>
        <w:br/>
        <w:t>Поймає серце розпач, жах:&lt;br /&gt;</w:t>
        <w:br/>
        <w:t>Мій дух, як той незрячий,&lt;br /&gt;</w:t>
        <w:br/>
        <w:t>Шука твого, блука в світах&lt;br /&gt;</w:t>
        <w:br/>
        <w:t>І, не знайшовши, плаче.</w:t>
      </w:r>
    </w:p>
    <w:p>
      <w:r>
        <w:br/>
        <w:t>11 жовтня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Строфи, написані в бурю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