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Страшенно голосно і неймовірно близько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Страшенно голосно і неймовірно близько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