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Століття — в зачарованому колі...</w:t>
      </w:r>
    </w:p>
    <w:p>
      <w:r>
        <w:br/>
        <w:t xml:space="preserve"> &lt;blockquote&gt;(Івану Драчеві)&lt;/blockquote&gt;</w:t>
      </w:r>
    </w:p>
    <w:p>
      <w:r>
        <w:br/>
        <w:t>Століття — в зачарованому колі,&lt;br /&gt;</w:t>
        <w:br/>
        <w:t>немов у скриньці втомлений вертеп...&lt;br /&gt;</w:t>
        <w:br/>
        <w:t>Там, де розсипав Бог насіння волі,&lt;br /&gt;</w:t>
        <w:br/>
        <w:t>розкинув руки захмілілий степ.&lt;br /&gt;</w:t>
        <w:br/>
        <w:t>Ще не світало в нім. Ще глупа ніч в нім&lt;br /&gt;</w:t>
        <w:br/>
        <w:t>гуде гуняво, ніби тятива, —&lt;br /&gt;</w:t>
        <w:br/>
        <w:t>і не одного в мареві панічнім&lt;br /&gt;</w:t>
        <w:br/>
        <w:t>холодний піт стрілою пробива.&lt;br /&gt;</w:t>
        <w:br/>
        <w:t>А хто не спить — і ті зоднаковіли;&lt;br /&gt;</w:t>
        <w:br/>
        <w:t>їм у безсонні сонячно й у сні...</w:t>
      </w:r>
    </w:p>
    <w:p>
      <w:r>
        <w:br/>
        <w:t>І тільки слово стереже могили —&lt;br /&gt;</w:t>
        <w:br/>
        <w:t>як мертвий скіф на мертвому коні.</w:t>
      </w:r>
    </w:p>
    <w:p>
      <w:r>
        <w:br/>
        <w:t>Пощо ж у мушлі шепоти химерні&lt;br /&gt;</w:t>
        <w:br/>
        <w:t>про край, де Бог умерти не велів?&lt;br /&gt;</w:t>
        <w:br/>
        <w:t>Там затишно мелодії в таверні&lt;br /&gt;</w:t>
        <w:br/>
        <w:t>й поетові у списку кораблів,&lt;br /&gt;</w:t>
        <w:br/>
        <w:t>там воля — безконечна і бездонна,&lt;br /&gt;</w:t>
        <w:br/>
        <w:t>там кожен вільний — скіф і гречкосій,&lt;br /&gt;</w:t>
        <w:br/>
        <w:t>там по сей день тризубом Посейдона&lt;br /&gt;</w:t>
        <w:br/>
        <w:t>вершиться влада віршів і стихій,&lt;br /&gt;</w:t>
        <w:br/>
        <w:t>там древній запах молодого тіла&lt;br /&gt;</w:t>
        <w:br/>
        <w:t>спалахує від погляду, як хмиз...</w:t>
      </w:r>
    </w:p>
    <w:p>
      <w:r>
        <w:br/>
        <w:t>Там Змієборець (мушля шепотіла)&lt;br /&gt;</w:t>
        <w:br/>
        <w:t>трима свічу в десниці, а не спис.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Століття — в зачарованому колі...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