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Стою, вдивляючись до щемних сліз...</w:t>
      </w:r>
    </w:p>
    <w:p>
      <w:r>
        <w:br/>
        <w:t xml:space="preserve"> Стою, вдивляючись до щемних сліз&lt;br /&gt;</w:t>
        <w:br/>
        <w:t>У неба шовк. Десь там зоря висока&lt;br /&gt;</w:t>
        <w:br/>
        <w:t>Мого кохання. І Великий Віз&lt;br /&gt;</w:t>
        <w:br/>
        <w:t>Зорить на мене поглядом пророка.</w:t>
      </w:r>
    </w:p>
    <w:p>
      <w:r>
        <w:br/>
        <w:t>А я йому кажу: серед сльоти,&lt;br /&gt;</w:t>
        <w:br/>
        <w:t>Серед добра і зла у плині років,&lt;br /&gt;</w:t>
        <w:br/>
        <w:t>Напоєний любов'ю, буду йти&lt;br /&gt;</w:t>
        <w:br/>
        <w:t>Назустріч мріям чистим, яснооким.</w:t>
      </w:r>
    </w:p>
    <w:p>
      <w:r>
        <w:br/>
        <w:t>Душа моя вже висохлий горіх,&lt;br /&gt;</w:t>
        <w:br/>
        <w:t>Як тихий смуток і безмовний гріх,&lt;br /&gt;</w:t>
        <w:br/>
        <w:t>Але у ній снаги ще до безмір'я.</w:t>
      </w:r>
    </w:p>
    <w:p>
      <w:r>
        <w:br/>
        <w:t>Тож задивляюсь часто в неба шовк,&lt;br /&gt;</w:t>
        <w:br/>
        <w:t>Щоби мого кохання чути крок&lt;br /&gt;</w:t>
        <w:br/>
        <w:t>І не втопитись в простоті зневіри.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Стою, вдивляючись до щемних сліз...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