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 і кобзар</w:t>
      </w:r>
    </w:p>
    <w:p>
      <w:r>
        <w:br/>
        <w:t xml:space="preserve"> &lt;blockquote class="cita" style='text-align:left'&gt;Степ і кобзар&lt;br /&gt;</w:t>
        <w:br/>
        <w:t>(Історична поема, присвячена пам’яти Т. Г. Шевченка) &lt;/blockquote&gt;&lt;br /&gt;</w:t>
        <w:br/>
        <w:t>&lt;blockquote&gt;Свивая, славню обаполье сего времене.&lt;br /&gt;</w:t>
        <w:br/>
        <w:t>Слово о полку Ігоревім&lt;/blockquote&gt;&lt;br /&gt;</w:t>
        <w:br/>
        <w:t>&lt;blockquote&gt;І бистрокрилих орлів немає.&lt;br /&gt;</w:t>
        <w:br/>
        <w:t>В. Ярошенко&lt;/blockquote&gt;&lt;br /&gt;</w:t>
        <w:br/>
        <w:t>1</w:t>
      </w:r>
    </w:p>
    <w:p>
      <w:r>
        <w:br/>
        <w:t>Червоногривий кінь заходу&lt;br /&gt;</w:t>
        <w:br/>
        <w:t>Далеко гривою махнув.&lt;br /&gt;</w:t>
        <w:br/>
        <w:t>На степову розкішну вроду&lt;br /&gt;</w:t>
        <w:br/>
        <w:t>Мов хтось імлою повінув.</w:t>
      </w:r>
    </w:p>
    <w:p>
      <w:r>
        <w:br/>
        <w:t>І засвітились в небі очи,&lt;br /&gt;</w:t>
        <w:br/>
        <w:t>І під їх впливом, в темноті,&lt;br /&gt;</w:t>
        <w:br/>
        <w:t>В степу, в безлюдній самоті,&lt;br /&gt;</w:t>
        <w:br/>
        <w:t>Встають, встають примари ночи…</w:t>
      </w:r>
    </w:p>
    <w:p>
      <w:r>
        <w:br/>
        <w:t>2</w:t>
      </w:r>
    </w:p>
    <w:p>
      <w:r>
        <w:br/>
        <w:t>Неначе у вічі відживлені міти&lt;br /&gt;</w:t>
        <w:br/>
        <w:t>Встають Геродотові "царськії скити",&lt;br /&gt;</w:t>
        <w:br/>
        <w:t>Як бачим на вазах, як в давніх роках,&lt;br /&gt;</w:t>
        <w:br/>
        <w:t>На конях, у шкірах, і лук у руках.</w:t>
      </w:r>
    </w:p>
    <w:p>
      <w:r>
        <w:br/>
        <w:t>Міцні, бородаті, з плесковатим видом&lt;br /&gt;</w:t>
        <w:br/>
        <w:t>Майнули по степу з гуканнями – кликом,&lt;br /&gt;</w:t>
        <w:br/>
        <w:t>І степ закурився, трава прилягла,&lt;br /&gt;</w:t>
        <w:br/>
        <w:t>І знов степовая шумить ковила…</w:t>
      </w:r>
    </w:p>
    <w:p>
      <w:r>
        <w:br/>
        <w:t>3</w:t>
      </w:r>
    </w:p>
    <w:p>
      <w:r>
        <w:br/>
        <w:t>І знову йдуть гунни, лихі азіяти&lt;br /&gt;</w:t>
        <w:br/>
        <w:t>Європу західню під владу узяти,&lt;br /&gt;</w:t>
        <w:br/>
        <w:t>З очима косими, вогонь-скакуни!&lt;br /&gt;</w:t>
        <w:br/>
        <w:t>Піддайтеся, готи! Це Долі сини!</w:t>
      </w:r>
    </w:p>
    <w:p>
      <w:r>
        <w:br/>
        <w:t>І знову минуло, і тихо все стало…&lt;br /&gt;</w:t>
        <w:br/>
        <w:t>Їх скільки, народів, у степ завітало!&lt;br /&gt;</w:t>
        <w:br/>
        <w:t>Оті проминули, оті полягли, —&lt;br /&gt;</w:t>
        <w:br/>
        <w:t>І шум лиш зостався по них ковили…</w:t>
      </w:r>
    </w:p>
    <w:p>
      <w:r>
        <w:br/>
        <w:t>4</w:t>
      </w:r>
    </w:p>
    <w:p>
      <w:r>
        <w:br/>
        <w:t>Бачу: печеніги,&lt;br /&gt;</w:t>
        <w:br/>
        <w:t>Про свої набіги&lt;br /&gt;</w:t>
        <w:br/>
        <w:t>Радячись, вартують у степу пустім.&lt;br /&gt;</w:t>
        <w:br/>
        <w:t>Пролунала слава&lt;br /&gt;</w:t>
        <w:br/>
        <w:t>Князя Святослава,&lt;br /&gt;</w:t>
        <w:br/>
        <w:t>Він верта, – щоб згинуть в повороті тім.</w:t>
      </w:r>
    </w:p>
    <w:p>
      <w:r>
        <w:br/>
        <w:t>Дужий, довговусий,&lt;br /&gt;</w:t>
        <w:br/>
        <w:t>Він верта до Руси.&lt;br /&gt;</w:t>
        <w:br/>
        <w:t>Любить князя вітер, роздимає чуб.&lt;br /&gt;</w:t>
        <w:br/>
        <w:t>Печеніги стрінуть,&lt;br /&gt;</w:t>
        <w:br/>
        <w:t>Череп з князя здінуть. —&lt;br /&gt;</w:t>
        <w:br/>
        <w:t>Пий з його хто хоче, прикладай до губ.</w:t>
      </w:r>
    </w:p>
    <w:p>
      <w:r>
        <w:br/>
        <w:t>5</w:t>
      </w:r>
    </w:p>
    <w:p>
      <w:r>
        <w:br/>
        <w:t>Див гукає, половців звучи.&lt;br /&gt;</w:t>
        <w:br/>
        <w:t>Йдуть у степ хоробрі Русичі.&lt;br /&gt;</w:t>
        <w:br/>
        <w:t>В мідних бронях, панцерах, шоломах.&lt;br /&gt;</w:t>
        <w:br/>
        <w:t>Ярославна плаче у хоромах.</w:t>
      </w:r>
    </w:p>
    <w:p>
      <w:r>
        <w:br/>
        <w:t>Поскакав князь Всеволод Буй-тур.&lt;br /&gt;</w:t>
        <w:br/>
        <w:t>Не звалив він половецький мур,&lt;br /&gt;</w:t>
        <w:br/>
        <w:t>Скрізь по степу, розпластавши руки,&lt;br /&gt;</w:t>
        <w:br/>
        <w:t>Розляглися Дажбога онуки.</w:t>
      </w:r>
    </w:p>
    <w:p>
      <w:r>
        <w:br/>
        <w:t>Ярославна вітер заклина,&lt;br /&gt;</w:t>
        <w:br/>
        <w:t>І Дніпро, і сонце жалібна,&lt;br /&gt;</w:t>
        <w:br/>
        <w:t>Жовна дзьоба і не чуть ворону.&lt;br /&gt;</w:t>
        <w:br/>
        <w:t>Повертає Ігорь князь з полону.</w:t>
      </w:r>
    </w:p>
    <w:p>
      <w:r>
        <w:br/>
        <w:t>6</w:t>
      </w:r>
    </w:p>
    <w:p>
      <w:r>
        <w:br/>
        <w:t>Знов, як гуни, йдуть татари,&lt;br /&gt;</w:t>
        <w:br/>
        <w:t>Як вовки ті на отари,&lt;br /&gt;</w:t>
        <w:br/>
        <w:t>На повки і на міста.&lt;br /&gt;</w:t>
        <w:br/>
        <w:t>Земле! Станеш ти пуста!</w:t>
      </w:r>
    </w:p>
    <w:p>
      <w:r>
        <w:br/>
        <w:t>Коні ржуть; од коней пара&lt;br /&gt;</w:t>
        <w:br/>
        <w:t>Густо стелеться, мов хмара.&lt;br /&gt;</w:t>
        <w:br/>
        <w:t>З криком, в куряві, в імлі&lt;br /&gt;</w:t>
        <w:br/>
        <w:t>Йдуть вони, гроза землі!</w:t>
      </w:r>
    </w:p>
    <w:p>
      <w:r>
        <w:br/>
        <w:t>Золотий застогне Київ,&lt;br /&gt;</w:t>
        <w:br/>
        <w:t>Стане Київ той – Батиїв.&lt;br /&gt;</w:t>
        <w:br/>
        <w:t>Стане купою руїн&lt;br /&gt;</w:t>
        <w:br/>
        <w:t>Від церков погребний дзвін!</w:t>
      </w:r>
    </w:p>
    <w:p>
      <w:r>
        <w:br/>
        <w:t>7</w:t>
      </w:r>
    </w:p>
    <w:p>
      <w:r>
        <w:br/>
        <w:t>Знову пітьма, знову тиша,&lt;br /&gt;</w:t>
        <w:br/>
        <w:t>Вітер марева колише,&lt;br /&gt;</w:t>
        <w:br/>
        <w:t>В морі степу розтають,&lt;br /&gt;</w:t>
        <w:br/>
        <w:t>Віють, віють Часу крила,&lt;br /&gt;</w:t>
        <w:br/>
        <w:t>На могилі тінь замріла,&lt;br /&gt;</w:t>
        <w:br/>
        <w:t>Кобзаревий голос чуть!</w:t>
      </w:r>
    </w:p>
    <w:p>
      <w:r>
        <w:br/>
        <w:t>8</w:t>
      </w:r>
    </w:p>
    <w:p>
      <w:r>
        <w:br/>
        <w:t>Де ви, мої діти, запорожці милі!&lt;br /&gt;</w:t>
        <w:br/>
        <w:t>Ти заграй, бандуро, пробуди мерців!&lt;br /&gt;</w:t>
        <w:br/>
        <w:t>Зареви ти, Дніпре, підійми ти хвилі!&lt;br /&gt;</w:t>
        <w:br/>
        <w:t>Встань, пінобородий, у бурхливій силі!&lt;br /&gt;</w:t>
        <w:br/>
        <w:t>Чуєш стон країни, чуєш плач серців?</w:t>
      </w:r>
    </w:p>
    <w:p>
      <w:r>
        <w:br/>
        <w:t>9</w:t>
      </w:r>
    </w:p>
    <w:p>
      <w:r>
        <w:br/>
        <w:t>Залунало! тупіт і сурми!&lt;br /&gt;</w:t>
        <w:br/>
        <w:t>Пізнаю я, хто зараз іде.&lt;br /&gt;</w:t>
        <w:br/>
        <w:t>Запорозькі узброєні юрми&lt;br /&gt;</w:t>
        <w:br/>
        <w:t>Сунуть степом, і степ весь гуде.</w:t>
      </w:r>
    </w:p>
    <w:p>
      <w:r>
        <w:br/>
        <w:t>Знає степ запорозьку шаблюку,&lt;br /&gt;</w:t>
        <w:br/>
        <w:t>Знає шляхта, і знає султан,&lt;br /&gt;</w:t>
        <w:br/>
        <w:t>І здригається край весь од гуку,&lt;br /&gt;</w:t>
        <w:br/>
        <w:t>Як веде своє військо гетьман.</w:t>
      </w:r>
    </w:p>
    <w:p>
      <w:r>
        <w:br/>
        <w:t>Запорозькая сурма заграє,&lt;br /&gt;</w:t>
        <w:br/>
        <w:t>Проголосить на славу бучну,&lt;br /&gt;</w:t>
        <w:br/>
        <w:t>На все дикеє поле безкрає,&lt;br /&gt;</w:t>
        <w:br/>
        <w:t>Що козацтво іде на війну!</w:t>
      </w:r>
    </w:p>
    <w:p>
      <w:r>
        <w:br/>
        <w:t>Як заб’ються передні на герці,&lt;br /&gt;</w:t>
        <w:br/>
        <w:t>Як на військо гетьман загука,&lt;br /&gt;</w:t>
        <w:br/>
        <w:t>Ти зрадій, запорозькеє серце,&lt;br /&gt;</w:t>
        <w:br/>
        <w:t>Заходи, запорозька рука!</w:t>
      </w:r>
    </w:p>
    <w:p>
      <w:r>
        <w:br/>
        <w:t>Степом сунуться лави їх далі,&lt;br /&gt;</w:t>
        <w:br/>
        <w:t>І корогви горять, бунчуки,&lt;br /&gt;</w:t>
        <w:br/>
        <w:t>І на сонці блискочуть пищалі,&lt;br /&gt;</w:t>
        <w:br/>
        <w:t>Б’ють литаври, – проходять повки!..</w:t>
      </w:r>
    </w:p>
    <w:p>
      <w:r>
        <w:br/>
        <w:t>10</w:t>
      </w:r>
    </w:p>
    <w:p>
      <w:r>
        <w:br/>
        <w:t>Ой заплакав сивий з невитерпних мук!&lt;br /&gt;</w:t>
        <w:br/>
        <w:t>Ой розбив він кобзу – перетявся звук.&lt;br /&gt;</w:t>
        <w:br/>
        <w:t>Голосно він хлипнув, степ аж загудів:&lt;br /&gt;</w:t>
        <w:br/>
        <w:t>"Бачив я вас, рідних степу лебедів!"</w:t>
      </w:r>
    </w:p>
    <w:p>
      <w:r>
        <w:br/>
        <w:t>Прокляті гетьмани, зрадники пани&lt;br /&gt;</w:t>
        <w:br/>
        <w:t>Окропили кров’ю вашою лани,&lt;br /&gt;</w:t>
        <w:br/>
        <w:t>Люд закріпостили, і Дніпро реве:&lt;br /&gt;</w:t>
        <w:br/>
        <w:t>"Що лягло в могилу, вже не оживе!"</w:t>
      </w:r>
    </w:p>
    <w:p>
      <w:r>
        <w:br/>
        <w:t>Чи на те ж то ляхів покосив Богдан,&lt;br /&gt;</w:t>
        <w:br/>
        <w:t>Щоб кукіль розрісся: свій же власний пан?&lt;br /&gt;</w:t>
        <w:br/>
        <w:t>Гей, поріс би краще край весь бур’яном,&lt;br /&gt;</w:t>
        <w:br/>
        <w:t>Щоб ота минувшість не була і сном!</w:t>
      </w:r>
    </w:p>
    <w:p>
      <w:r>
        <w:br/>
        <w:t>Ой і горе ж серцю від неситих дум!&lt;br /&gt;</w:t>
        <w:br/>
        <w:t>Ой візьми ж ти, Дніпре, потопи мій сум,&lt;br /&gt;</w:t>
        <w:br/>
        <w:t>Бо, як не потопиш, в сумі потоплю&lt;br /&gt;</w:t>
        <w:br/>
        <w:t>Ту країну бідну, що над все люблю.</w:t>
      </w:r>
    </w:p>
    <w:p>
      <w:r>
        <w:br/>
        <w:t>Тільки ця бандура у житті й трима,&lt;br /&gt;</w:t>
        <w:br/>
        <w:t>Бринькне і розважить, хоч смутна й сама,&lt;br /&gt;</w:t>
        <w:br/>
        <w:t>Знов колишню славу внукам нагада,&lt;br /&gt;</w:t>
        <w:br/>
        <w:t>Що сплила навіки, як в Дніпрі вода.</w:t>
      </w:r>
    </w:p>
    <w:p>
      <w:r>
        <w:br/>
        <w:t>Та про славу годі вже мені співать:&lt;br /&gt;</w:t>
        <w:br/>
        <w:t>Буду я мовчати, буду сумувать.&lt;br /&gt;</w:t>
        <w:br/>
        <w:t>Прагне серце щастя, волю призива,&lt;br /&gt;</w:t>
        <w:br/>
        <w:t>Буйний вітер стоном думи розвіва.</w:t>
      </w:r>
    </w:p>
    <w:p>
      <w:r>
        <w:br/>
        <w:t>11</w:t>
      </w:r>
    </w:p>
    <w:p>
      <w:r>
        <w:br/>
        <w:t>Вози сунуть, воли ремиґають,&lt;br /&gt;</w:t>
        <w:br/>
        <w:t>Наближається валка чумацька —&lt;br /&gt;</w:t>
        <w:br/>
        <w:t>Ось навіщо здалася для краю&lt;br /&gt;</w:t>
        <w:br/>
        <w:t>Ти, залізная міць гайдамацька!</w:t>
      </w:r>
    </w:p>
    <w:p>
      <w:r>
        <w:br/>
        <w:t>Стали вози зненацька з волами,&lt;br /&gt;</w:t>
        <w:br/>
        <w:t>Вже, як перш чумаки не ступають.&lt;br /&gt;</w:t>
        <w:br/>
        <w:t>Бо нема вже орла над орлами, —&lt;br /&gt;</w:t>
        <w:br/>
        <w:t>У степу вони яму копають.</w:t>
      </w:r>
    </w:p>
    <w:p>
      <w:r>
        <w:br/>
        <w:t>Занедужавши серед дороги,&lt;br /&gt;</w:t>
        <w:br/>
        <w:t>Їх товариш – чумак помирає.&lt;br /&gt;</w:t>
        <w:br/>
        <w:t>"Ви прощайте, воли круторогії&lt;br /&gt;</w:t>
        <w:br/>
        <w:t>Жаль за милую серденько крає.</w:t>
      </w:r>
    </w:p>
    <w:p>
      <w:r>
        <w:br/>
        <w:t>Скоро биться воно вже не стане…&lt;br /&gt;</w:t>
        <w:br/>
        <w:t>Навістіть ви, братове, дівчину&lt;br /&gt;</w:t>
        <w:br/>
        <w:t>І скажіть, як питаючи гляне,&lt;br /&gt;</w:t>
        <w:br/>
        <w:t>Що кохав я її – до загину!"</w:t>
      </w:r>
    </w:p>
    <w:p>
      <w:r>
        <w:br/>
        <w:t>Гей же, гей ви, воли наші ріднії,&lt;br /&gt;</w:t>
        <w:br/>
        <w:t>Сунь же степом чумацькая валка!&lt;br /&gt;</w:t>
        <w:br/>
        <w:t>Без товариша стали ми, бідні.&lt;br /&gt;</w:t>
        <w:br/>
        <w:t>Треба далі іти, хоч і жалко.</w:t>
      </w:r>
    </w:p>
    <w:p>
      <w:r>
        <w:br/>
        <w:t>12</w:t>
      </w:r>
    </w:p>
    <w:p>
      <w:r>
        <w:br/>
        <w:t>Знов з могили чую&lt;br /&gt;</w:t>
        <w:br/>
        <w:t>Кобзаря я мову,&lt;br /&gt;</w:t>
        <w:br/>
        <w:t>Кобзу золотую&lt;br /&gt;</w:t>
        <w:br/>
        <w:t>Лагодить він знову.</w:t>
      </w:r>
    </w:p>
    <w:p>
      <w:r>
        <w:br/>
        <w:t>Струни він ладнає,&lt;br /&gt;</w:t>
        <w:br/>
        <w:t>На могилі, плаче,&lt;br /&gt;</w:t>
        <w:br/>
        <w:t>Пісню починає&lt;br /&gt;</w:t>
        <w:br/>
        <w:t>Жалібну, тремтяче:</w:t>
      </w:r>
    </w:p>
    <w:p>
      <w:r>
        <w:br/>
        <w:t>"Поховали волю&lt;br /&gt;</w:t>
        <w:br/>
        <w:t>Спить в могилі тихо.&lt;br /&gt;</w:t>
        <w:br/>
        <w:t>Походжа по полю&lt;br /&gt;</w:t>
        <w:br/>
        <w:t>Невсипуще лихо.</w:t>
      </w:r>
    </w:p>
    <w:p>
      <w:r>
        <w:br/>
        <w:t>Не пізнать громади,&lt;br /&gt;</w:t>
        <w:br/>
        <w:t>Скрізь панва погана!&lt;br /&gt;</w:t>
        <w:br/>
        <w:t>Нам не ждать поради&lt;br /&gt;</w:t>
        <w:br/>
        <w:t>Від царя й гетьмана.</w:t>
      </w:r>
    </w:p>
    <w:p>
      <w:r>
        <w:br/>
        <w:t>Ні порад, ні суду&lt;br /&gt;</w:t>
        <w:br/>
        <w:t>Розсудити горе,&lt;br /&gt;</w:t>
        <w:br/>
        <w:t>Ллються звідусюду&lt;br /&gt;</w:t>
        <w:br/>
        <w:t>Степом сльози в море.</w:t>
      </w:r>
    </w:p>
    <w:p>
      <w:r>
        <w:br/>
        <w:t>Думи, ж мої діти!&lt;br /&gt;</w:t>
        <w:br/>
        <w:t>Розбудіть ви волю!&lt;br /&gt;</w:t>
        <w:br/>
        <w:t>Сумно так сидіти&lt;br /&gt;</w:t>
        <w:br/>
        <w:t>Й бачити недолю".</w:t>
      </w:r>
    </w:p>
    <w:p>
      <w:r>
        <w:br/>
        <w:t>І замовкнув знову,&lt;br /&gt;</w:t>
        <w:br/>
        <w:t>Важко зажурився,&lt;br /&gt;</w:t>
        <w:br/>
        <w:t>Слухать степу мову&lt;br /&gt;</w:t>
        <w:br/>
        <w:t>У туман укрився.</w:t>
      </w:r>
    </w:p>
    <w:p>
      <w:r>
        <w:br/>
        <w:t>13</w:t>
      </w:r>
    </w:p>
    <w:p>
      <w:r>
        <w:br/>
        <w:t>Я глибоко затаїв дихання,&lt;br /&gt;</w:t>
        <w:br/>
        <w:t>Всі примари, як люди, поснули,&lt;br /&gt;</w:t>
        <w:br/>
        <w:t>І почулося степу зідхання:&lt;br /&gt;</w:t>
        <w:br/>
        <w:t>Велетенські мов груди зідхнули.</w:t>
      </w:r>
    </w:p>
    <w:p>
      <w:r>
        <w:br/>
        <w:t>"Помираю я, степ, помираю&lt;br /&gt;</w:t>
        <w:br/>
        <w:t>Вслід за тими, що взнав їх потугу.&lt;br /&gt;</w:t>
        <w:br/>
        <w:t>І мені, що не мав собі краю,&lt;br /&gt;</w:t>
        <w:br/>
        <w:t>Наступає вже край – смерть од плугу".</w:t>
      </w:r>
    </w:p>
    <w:p>
      <w:r>
        <w:br/>
        <w:t>14</w:t>
      </w:r>
    </w:p>
    <w:p>
      <w:r>
        <w:br/>
        <w:t>І знову бачу на могилі&lt;br /&gt;</w:t>
        <w:br/>
        <w:t>Немов пророк, кобзар устав&lt;br /&gt;</w:t>
        <w:br/>
        <w:t>І руки зніс, вже не безсилі,&lt;br /&gt;</w:t>
        <w:br/>
        <w:t>І рідний степ він привітав:</w:t>
      </w:r>
    </w:p>
    <w:p>
      <w:r>
        <w:br/>
        <w:t>"Вмирай, корись! Часи минули.&lt;br /&gt;</w:t>
        <w:br/>
        <w:t>І час новітній настає.&lt;br /&gt;</w:t>
        <w:br/>
        <w:t>Про що старі вовік не чули, —&lt;br /&gt;</w:t>
        <w:br/>
        <w:t>То революція дає.</w:t>
      </w:r>
    </w:p>
    <w:p>
      <w:r>
        <w:br/>
        <w:t>Лилася морем кров червона&lt;br /&gt;</w:t>
        <w:br/>
        <w:t>Тобою, степ, від давніх літ.&lt;br /&gt;</w:t>
        <w:br/>
        <w:t>"Нового діждемось закона",&lt;br /&gt;</w:t>
        <w:br/>
        <w:t>Зачервоніє волі квіт.</w:t>
      </w:r>
    </w:p>
    <w:p>
      <w:r>
        <w:br/>
        <w:t>Спаде невільництва прокляття,&lt;br /&gt;</w:t>
        <w:br/>
        <w:t>Все, що пригнічувало нас,&lt;br /&gt;</w:t>
        <w:br/>
        <w:t>І опанують люди-браття&lt;br /&gt;</w:t>
        <w:br/>
        <w:t>Тебе, о степ, на вічний час.</w:t>
      </w:r>
    </w:p>
    <w:p>
      <w:r>
        <w:br/>
        <w:t>І паротяги й пароплави&lt;br /&gt;</w:t>
        <w:br/>
        <w:t>Помчаться полем і Дніпром,&lt;br /&gt;</w:t>
        <w:br/>
        <w:t>І борозни нової слави&lt;br /&gt;</w:t>
        <w:br/>
        <w:t>Проорють, щедрії добром.</w:t>
      </w:r>
    </w:p>
    <w:p>
      <w:r>
        <w:br/>
        <w:t>Обійме всіх одна родина,&lt;br /&gt;</w:t>
        <w:br/>
        <w:t>Як сонце, стане все ясне&lt;br /&gt;</w:t>
        <w:br/>
        <w:t>І лиш, як пісня лебедина,&lt;br /&gt;</w:t>
        <w:br/>
        <w:t>Як згадка, може, та єдина,&lt;br /&gt;</w:t>
        <w:br/>
        <w:t>Мій сум в нащадках знов зрине.</w:t>
      </w:r>
    </w:p>
    <w:p>
      <w:r>
        <w:br/>
        <w:t>О степ! співав тебе й любив я,&lt;br /&gt;</w:t>
        <w:br/>
        <w:t>Любив я людськість, світ увесь.&lt;br /&gt;</w:t>
        <w:br/>
        <w:t>І може, співом заробив я&lt;br /&gt;</w:t>
        <w:br/>
        <w:t>Зітхання щиреє чиєсь".</w:t>
      </w:r>
    </w:p>
    <w:p>
      <w:r>
        <w:br/>
        <w:t>Замовкнув, зникнув у тумані&lt;br /&gt;</w:t>
        <w:br/>
        <w:t>Кобзар – пророк, і степ мовчить,&lt;br /&gt;</w:t>
        <w:br/>
        <w:t>І виступа, мов на екрані,&lt;br /&gt;</w:t>
        <w:br/>
        <w:t>Нова знов історична мить.</w:t>
      </w:r>
    </w:p>
    <w:p>
      <w:r>
        <w:br/>
        <w:t>15</w:t>
      </w:r>
    </w:p>
    <w:p>
      <w:r>
        <w:br/>
        <w:t>Крок чугунний Царя-Капітала&lt;br /&gt;</w:t>
        <w:br/>
        <w:t>Я почув тут раптово і вздрів,&lt;br /&gt;</w:t>
        <w:br/>
        <w:t>Наче фата-моргана повстала,&lt;br /&gt;</w:t>
        <w:br/>
        <w:t>Місто, фабрики, дим з димарів.</w:t>
      </w:r>
    </w:p>
    <w:p>
      <w:r>
        <w:br/>
        <w:t>Там на обрії дивно замріло,&lt;br /&gt;</w:t>
        <w:br/>
        <w:t>І відтіль, мов шляхи простяглись&lt;br /&gt;</w:t>
        <w:br/>
        <w:t>В степ, сюди, – (залізниці то діло)&lt;br /&gt;</w:t>
        <w:br/>
        <w:t>Телеграфні стовпи піднеслись.</w:t>
      </w:r>
    </w:p>
    <w:p>
      <w:r>
        <w:br/>
        <w:t>Степ звужається. Шляхи – гадюки&lt;br /&gt;</w:t>
        <w:br/>
        <w:t>Дусять, давлять; рілля вироста,&lt;br /&gt;</w:t>
        <w:br/>
        <w:t>Бродить серп і коса через луки,&lt;br /&gt;</w:t>
        <w:br/>
        <w:t>Гупа молот, людняться міста…</w:t>
      </w:r>
    </w:p>
    <w:p>
      <w:r>
        <w:br/>
        <w:t>Крок чавунний ступа без упину,&lt;br /&gt;</w:t>
        <w:br/>
        <w:t>І встають селянин, пролетар&lt;br /&gt;</w:t>
        <w:br/>
        <w:t>Будувати свою будучину. —&lt;br /&gt;</w:t>
        <w:br/>
        <w:t>Все побачив ти, більше не мар!</w:t>
      </w:r>
    </w:p>
    <w:p>
      <w:r>
        <w:br/>
        <w:t>16</w:t>
      </w:r>
    </w:p>
    <w:p>
      <w:r>
        <w:br/>
        <w:t>Сонце. День. Золотеє колосся!&lt;br /&gt;</w:t>
        <w:br/>
        <w:t>Море праці навкруг розлилося.&lt;br /&gt;</w:t>
        <w:br/>
        <w:t>Ще гудуть, випиваючи мед,&lt;br /&gt;</w:t>
        <w:br/>
        <w:t>Понад степом робочії бджоли,&lt;br /&gt;</w:t>
        <w:br/>
        <w:t>Та все більшеться зоране поле,&lt;br /&gt;</w:t>
        <w:br/>
        <w:t>І іде усе трактор вперед.</w:t>
      </w:r>
    </w:p>
    <w:p>
      <w:r>
        <w:br/>
        <w:t>Ріже він цілину без устану,&lt;br /&gt;</w:t>
        <w:br/>
        <w:t>І навкруг по широкому лану.&lt;br /&gt;</w:t>
        <w:br/>
        <w:t>В колективах працює громада,&lt;br /&gt;</w:t>
        <w:br/>
        <w:t>І яка ж задля неї відрада&lt;br /&gt;</w:t>
        <w:br/>
        <w:t>Працювати собі, не панам.</w:t>
      </w:r>
    </w:p>
    <w:p>
      <w:r>
        <w:br/>
        <w:t>Як бажані всі сонця їм сходи!&lt;br /&gt;</w:t>
        <w:br/>
        <w:t>Чорний дим шлють по небу заводи,&lt;br /&gt;</w:t>
        <w:br/>
        <w:t>Все частіш і все ближче гудки.&lt;br /&gt;</w:t>
        <w:br/>
        <w:t>Проминає доба капітала!&lt;br /&gt;</w:t>
        <w:br/>
        <w:t>Нездоланою силою встала&lt;br /&gt;</w:t>
        <w:br/>
        <w:t>Ваша армія, трудовники!</w:t>
      </w:r>
    </w:p>
    <w:p>
      <w:r>
        <w:br/>
        <w:t>17</w:t>
      </w:r>
    </w:p>
    <w:p>
      <w:r>
        <w:br/>
        <w:t>Вже повіяло волею, люди,&lt;br /&gt;</w:t>
        <w:br/>
        <w:t>І вже рівности блисла зоря,&lt;br /&gt;</w:t>
        <w:br/>
        <w:t>І немає царя, і не буде&lt;br /&gt;</w:t>
        <w:br/>
        <w:t>На всім світі ніде злидаря.</w:t>
      </w:r>
    </w:p>
    <w:p>
      <w:r>
        <w:br/>
        <w:t>Лийтесь, лави народні, як море,&lt;br /&gt;</w:t>
        <w:br/>
        <w:t>І зливайте сваволю і гніт!&lt;br /&gt;</w:t>
        <w:br/>
        <w:t>Що робоча рука не поборе?&lt;br /&gt;</w:t>
        <w:br/>
        <w:t>Тільки дружно, – і визволим світ!..</w:t>
      </w:r>
    </w:p>
    <w:p>
      <w:r>
        <w:br/>
        <w:t>18</w:t>
      </w:r>
    </w:p>
    <w:p>
      <w:r>
        <w:br/>
        <w:t>Кружать голову мрії пророчі,&lt;br /&gt;</w:t>
        <w:br/>
        <w:t>Не відзначу я дійсне від сна,&lt;br /&gt;</w:t>
        <w:br/>
        <w:t>Бачуть працю жниварськую очи, —&lt;br /&gt;</w:t>
        <w:br/>
        <w:t>Все за образом образ зрина.</w:t>
      </w:r>
    </w:p>
    <w:p>
      <w:r>
        <w:br/>
        <w:t>Бачу я женців юрбу,&lt;br /&gt;</w:t>
        <w:br/>
        <w:t>Чую спів.&lt;br /&gt;</w:t>
        <w:br/>
        <w:t>Розіслалась нива,&lt;br /&gt;</w:t>
        <w:br/>
        <w:t>Занехаяли журбу&lt;br /&gt;</w:t>
        <w:br/>
        <w:t>Давніх днів,&lt;br /&gt;</w:t>
        <w:br/>
        <w:t>Веселять їх жнива.</w:t>
      </w:r>
    </w:p>
    <w:p>
      <w:r>
        <w:br/>
        <w:t>19</w:t>
      </w:r>
    </w:p>
    <w:p>
      <w:r>
        <w:br/>
        <w:t>Як півня крик, – кінець примарам&lt;br /&gt;</w:t>
        <w:br/>
        <w:t>Локомотива раптом свист.&lt;br /&gt;</w:t>
        <w:br/>
        <w:t>Скорюсь і я технічним чарам,&lt;br /&gt;</w:t>
        <w:br/>
        <w:t>Хоч і слабий до співу хист.</w:t>
      </w:r>
    </w:p>
    <w:p>
      <w:r>
        <w:br/>
        <w:t>Хай буде образ мій останній, —&lt;br /&gt;</w:t>
        <w:br/>
        <w:t>Крізь степ несеться паротяг,&lt;br /&gt;</w:t>
        <w:br/>
        <w:t>Конем залізним на світанні&lt;br /&gt;</w:t>
        <w:br/>
        <w:t>Влетів у заповідник благ.</w:t>
      </w:r>
    </w:p>
    <w:p>
      <w:r>
        <w:br/>
        <w:t>І раптом став, мов з переляку,&lt;br /&gt;</w:t>
        <w:br/>
        <w:t>Хитнувся, знов назад летить. —&lt;br /&gt;</w:t>
        <w:br/>
        <w:t>Лети й вертай сюди по знаку. —&lt;br /&gt;</w:t>
        <w:br/>
        <w:t>Це Дніпрельстан – титан стоїть!</w:t>
      </w:r>
    </w:p>
    <w:p>
      <w:r>
        <w:br/>
        <w:t>Доба стихійної робітні,&lt;br /&gt;</w:t>
        <w:br/>
        <w:t>Епоха мамутів пройшла,&lt;br /&gt;</w:t>
        <w:br/>
        <w:t>З індустріяльного новітні&lt;br /&gt;</w:t>
        <w:br/>
        <w:t>Колоси виникли кубла.</w:t>
      </w:r>
    </w:p>
    <w:p>
      <w:r>
        <w:br/>
        <w:t>Встають масиви Дніпрельстану. —&lt;br /&gt;</w:t>
        <w:br/>
        <w:t>Він не закриє сонце нам.&lt;br /&gt;</w:t>
        <w:br/>
        <w:t>Він сонце сам, як я погляну,&lt;br /&gt;</w:t>
        <w:br/>
        <w:t>Заводам нашим і ланам.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 і кобзар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