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Стелися, стелися, зелений горшку</w:t>
      </w:r>
    </w:p>
    <w:p>
      <w:r>
        <w:br/>
        <w:t xml:space="preserve"> Стелися, стелися, зелений горшку!&lt;br /&gt;</w:t>
        <w:br/>
        <w:t>Гей, ви не тіштеся, мої вороженьки, моїй пригоді!&lt;br /&gt;</w:t>
        <w:br/>
        <w:t>Бо моя пригода, бо моя пригода, як літня роса,&lt;br /&gt;</w:t>
        <w:br/>
        <w:t>Як вітер повіє, як сонце пригріє, спаде вона вся.&lt;br /&gt;</w:t>
        <w:br/>
        <w:t>Гей ти молоденький, голубе сивенький, не в правді жиєш.&lt;br /&gt;</w:t>
        <w:br/>
        <w:t>Минеш мою хату і мої ворота, а до іншой йдеш.&lt;br /&gt;</w:t>
        <w:br/>
        <w:t>До іншой ідучи, до іншой ідучи, пісеньку пієш.&lt;br /&gt;</w:t>
        <w:br/>
        <w:t>Мені молоденькій, голубе сивенькій, жалю завдаєш.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Стелися, стелися, зелений горшку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